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4A652" w14:textId="77777777" w:rsidR="00984BB7" w:rsidRPr="00633A50" w:rsidRDefault="00984BB7" w:rsidP="00984BB7">
      <w:pPr>
        <w:pStyle w:val="Titelnest"/>
        <w:rPr>
          <w:lang w:val="nl-NL"/>
        </w:rPr>
      </w:pPr>
      <w:r w:rsidRPr="00633A50">
        <w:rPr>
          <w:lang w:val="nl-NL"/>
        </w:rPr>
        <w:t>Aandachtspunten in de begeleiding</w:t>
      </w:r>
    </w:p>
    <w:p w14:paraId="7643D582" w14:textId="77777777" w:rsidR="00B2443C" w:rsidRPr="00AD6F34" w:rsidRDefault="00B2443C" w:rsidP="00F86E45">
      <w:pPr>
        <w:pStyle w:val="Body"/>
        <w:rPr>
          <w:lang w:val="nl-NL"/>
        </w:rPr>
      </w:pPr>
      <w:r w:rsidRPr="00AD6F34">
        <w:rPr>
          <w:lang w:val="nl-NL"/>
        </w:rPr>
        <w:t xml:space="preserve">Verdeel </w:t>
      </w:r>
      <w:r>
        <w:rPr>
          <w:lang w:val="nl-NL"/>
        </w:rPr>
        <w:t>100</w:t>
      </w:r>
      <w:r w:rsidRPr="00AD6F34">
        <w:rPr>
          <w:lang w:val="nl-NL"/>
        </w:rPr>
        <w:t xml:space="preserve"> punten over de aandachtspunten in begeleiding. Als je een aandachtspunt erg belangrijk vindt, geef je meer punten. Aandachtspunten die je minder of niet belangrijk vindt, krijgen minder of geen punten. Het maximaal aantal punten per aandachtspunt is 10.</w:t>
      </w:r>
    </w:p>
    <w:p w14:paraId="2362D816" w14:textId="77777777" w:rsidR="00B2443C" w:rsidRDefault="00B2443C" w:rsidP="00F86E45">
      <w:pPr>
        <w:pStyle w:val="Body"/>
        <w:rPr>
          <w:lang w:val="nl-NL"/>
        </w:rPr>
      </w:pPr>
      <w:r w:rsidRPr="00146C52">
        <w:rPr>
          <w:b/>
          <w:bCs/>
          <w:lang w:val="nl-NL"/>
        </w:rPr>
        <w:t>Advies</w:t>
      </w:r>
      <w:r w:rsidRPr="00AD6F34">
        <w:rPr>
          <w:lang w:val="nl-NL"/>
        </w:rPr>
        <w:t>: lees eerst alle 25 aandachtspunten, voor je punten gaat toekennen.</w:t>
      </w:r>
    </w:p>
    <w:p w14:paraId="22088136" w14:textId="77777777" w:rsidR="00B2443C" w:rsidRDefault="00B2443C" w:rsidP="00F86E45">
      <w:pPr>
        <w:pStyle w:val="Body"/>
        <w:rPr>
          <w:i/>
          <w:iCs/>
          <w:lang w:val="nl-NL"/>
        </w:rPr>
      </w:pPr>
    </w:p>
    <w:p w14:paraId="3B51B774" w14:textId="77777777" w:rsidR="00B2443C" w:rsidRPr="00941EB9" w:rsidRDefault="00B2443C" w:rsidP="00F86E45">
      <w:pPr>
        <w:pStyle w:val="Body"/>
        <w:rPr>
          <w:i/>
          <w:iCs/>
          <w:lang w:val="nl-NL"/>
        </w:rPr>
      </w:pPr>
      <w:r w:rsidRPr="00941EB9">
        <w:rPr>
          <w:i/>
          <w:iCs/>
          <w:lang w:val="nl-NL"/>
        </w:rPr>
        <w:t>Met het invullen geef ik toestemming om deze lijst te delen met mijn werkplekbegeleider. Daar waar gegevens gebruikt worden voor algemene doeleinden, worden deze geanonimiseerd.</w:t>
      </w:r>
    </w:p>
    <w:tbl>
      <w:tblPr>
        <w:tblStyle w:val="TableGrid1"/>
        <w:tblW w:w="5000" w:type="pct"/>
        <w:tblBorders>
          <w:top w:val="single" w:sz="6" w:space="0" w:color="59447B"/>
          <w:left w:val="single" w:sz="6" w:space="0" w:color="59447B"/>
          <w:bottom w:val="single" w:sz="6" w:space="0" w:color="59447B"/>
          <w:right w:val="single" w:sz="6" w:space="0" w:color="59447B"/>
          <w:insideH w:val="single" w:sz="6" w:space="0" w:color="59447B"/>
          <w:insideV w:val="single" w:sz="6" w:space="0" w:color="59447B"/>
        </w:tblBorders>
        <w:tblLook w:val="04A0" w:firstRow="1" w:lastRow="0" w:firstColumn="1" w:lastColumn="0" w:noHBand="0" w:noVBand="1"/>
      </w:tblPr>
      <w:tblGrid>
        <w:gridCol w:w="2384"/>
        <w:gridCol w:w="6681"/>
      </w:tblGrid>
      <w:tr w:rsidR="00F86E45" w:rsidRPr="001149E8" w14:paraId="65B0C23A" w14:textId="77777777" w:rsidTr="00C817E5">
        <w:trPr>
          <w:cantSplit/>
          <w:trHeight w:val="141"/>
        </w:trPr>
        <w:tc>
          <w:tcPr>
            <w:tcW w:w="1315" w:type="pct"/>
            <w:tcBorders>
              <w:top w:val="nil"/>
              <w:left w:val="nil"/>
              <w:bottom w:val="nil"/>
              <w:right w:val="nil"/>
            </w:tcBorders>
            <w:shd w:val="clear" w:color="auto" w:fill="F3F0F7"/>
            <w:tcMar>
              <w:top w:w="80" w:type="dxa"/>
              <w:left w:w="90" w:type="dxa"/>
              <w:bottom w:w="80" w:type="dxa"/>
              <w:right w:w="90" w:type="dxa"/>
            </w:tcMar>
          </w:tcPr>
          <w:p w14:paraId="28588150" w14:textId="77777777" w:rsidR="00F86E45" w:rsidRPr="001149E8" w:rsidRDefault="00F86E45" w:rsidP="006856D6">
            <w:pPr>
              <w:spacing w:line="276" w:lineRule="auto"/>
              <w:jc w:val="right"/>
              <w:rPr>
                <w:rFonts w:ascii="Atkinson Hyperlegible" w:eastAsia="Atkinson Hyperlegible" w:hAnsi="Atkinson Hyperlegible" w:cs="Atkinson Hyperlegible"/>
                <w:b/>
                <w:bCs/>
                <w:color w:val="69598B"/>
              </w:rPr>
            </w:pPr>
            <w:r>
              <w:rPr>
                <w:rFonts w:ascii="Atkinson Hyperlegible" w:eastAsia="Atkinson Hyperlegible" w:hAnsi="Atkinson Hyperlegible" w:cs="Atkinson Hyperlegible"/>
                <w:b/>
                <w:bCs/>
                <w:color w:val="69598B"/>
              </w:rPr>
              <w:t>Naam student</w:t>
            </w:r>
          </w:p>
        </w:tc>
        <w:tc>
          <w:tcPr>
            <w:tcW w:w="3685" w:type="pct"/>
            <w:tcBorders>
              <w:top w:val="single" w:sz="4" w:space="0" w:color="auto"/>
              <w:left w:val="nil"/>
              <w:bottom w:val="single" w:sz="4" w:space="0" w:color="auto"/>
              <w:right w:val="nil"/>
            </w:tcBorders>
            <w:tcMar>
              <w:top w:w="80" w:type="dxa"/>
              <w:left w:w="90" w:type="dxa"/>
              <w:bottom w:w="80" w:type="dxa"/>
              <w:right w:w="90" w:type="dxa"/>
            </w:tcMar>
          </w:tcPr>
          <w:p w14:paraId="6665AD28" w14:textId="77777777" w:rsidR="00F86E45" w:rsidRPr="001149E8" w:rsidRDefault="00F86E45" w:rsidP="006856D6">
            <w:pPr>
              <w:spacing w:line="276" w:lineRule="auto"/>
              <w:rPr>
                <w:rFonts w:ascii="Aptos" w:hAnsi="Aptos" w:cs="Times New Roman"/>
                <w:color w:val="69598B"/>
              </w:rPr>
            </w:pPr>
            <w:r w:rsidRPr="001149E8">
              <w:rPr>
                <w:rFonts w:ascii="Atkinson Hyperlegible" w:eastAsia="Atkinson Hyperlegible" w:hAnsi="Atkinson Hyperlegible" w:cs="Atkinson Hyperlegible"/>
                <w:color w:val="000000"/>
              </w:rPr>
              <w:t>&lt;</w:t>
            </w:r>
            <w:proofErr w:type="spellStart"/>
            <w:r w:rsidRPr="001149E8">
              <w:rPr>
                <w:rFonts w:ascii="Atkinson Hyperlegible" w:eastAsia="Atkinson Hyperlegible" w:hAnsi="Atkinson Hyperlegible" w:cs="Atkinson Hyperlegible"/>
                <w:color w:val="000000"/>
              </w:rPr>
              <w:t>vul</w:t>
            </w:r>
            <w:proofErr w:type="spellEnd"/>
            <w:r w:rsidRPr="001149E8">
              <w:rPr>
                <w:rFonts w:ascii="Atkinson Hyperlegible" w:eastAsia="Atkinson Hyperlegible" w:hAnsi="Atkinson Hyperlegible" w:cs="Atkinson Hyperlegible"/>
                <w:color w:val="000000"/>
              </w:rPr>
              <w:t xml:space="preserve"> in&gt;</w:t>
            </w:r>
          </w:p>
        </w:tc>
      </w:tr>
      <w:tr w:rsidR="00F86E45" w:rsidRPr="001149E8" w14:paraId="68926813" w14:textId="77777777" w:rsidTr="00C817E5">
        <w:trPr>
          <w:cantSplit/>
          <w:trHeight w:val="141"/>
        </w:trPr>
        <w:tc>
          <w:tcPr>
            <w:tcW w:w="1315" w:type="pct"/>
            <w:tcBorders>
              <w:top w:val="nil"/>
              <w:left w:val="nil"/>
              <w:bottom w:val="nil"/>
              <w:right w:val="nil"/>
            </w:tcBorders>
            <w:shd w:val="clear" w:color="auto" w:fill="F3F0F7"/>
            <w:tcMar>
              <w:top w:w="80" w:type="dxa"/>
              <w:left w:w="90" w:type="dxa"/>
              <w:bottom w:w="80" w:type="dxa"/>
              <w:right w:w="90" w:type="dxa"/>
            </w:tcMar>
          </w:tcPr>
          <w:p w14:paraId="49181E16" w14:textId="77777777" w:rsidR="00F86E45" w:rsidRDefault="00F86E45" w:rsidP="006856D6">
            <w:pPr>
              <w:jc w:val="right"/>
              <w:rPr>
                <w:rFonts w:ascii="Atkinson Hyperlegible" w:eastAsia="Atkinson Hyperlegible" w:hAnsi="Atkinson Hyperlegible" w:cs="Atkinson Hyperlegible"/>
                <w:b/>
                <w:bCs/>
                <w:color w:val="69598B"/>
              </w:rPr>
            </w:pPr>
            <w:r>
              <w:rPr>
                <w:rFonts w:ascii="Atkinson Hyperlegible" w:eastAsia="Atkinson Hyperlegible" w:hAnsi="Atkinson Hyperlegible" w:cs="Atkinson Hyperlegible"/>
                <w:b/>
                <w:bCs/>
                <w:color w:val="69598B"/>
              </w:rPr>
              <w:t>Datum</w:t>
            </w:r>
          </w:p>
        </w:tc>
        <w:tc>
          <w:tcPr>
            <w:tcW w:w="3685" w:type="pct"/>
            <w:tcBorders>
              <w:top w:val="single" w:sz="4" w:space="0" w:color="auto"/>
              <w:left w:val="nil"/>
              <w:bottom w:val="single" w:sz="4" w:space="0" w:color="auto"/>
              <w:right w:val="nil"/>
            </w:tcBorders>
            <w:tcMar>
              <w:top w:w="80" w:type="dxa"/>
              <w:left w:w="90" w:type="dxa"/>
              <w:bottom w:w="80" w:type="dxa"/>
              <w:right w:w="90" w:type="dxa"/>
            </w:tcMar>
          </w:tcPr>
          <w:p w14:paraId="3D4704DD" w14:textId="77777777" w:rsidR="00F86E45" w:rsidRPr="001149E8" w:rsidRDefault="00F86E45" w:rsidP="006856D6">
            <w:pPr>
              <w:rPr>
                <w:rFonts w:ascii="Atkinson Hyperlegible" w:eastAsia="Atkinson Hyperlegible" w:hAnsi="Atkinson Hyperlegible" w:cs="Atkinson Hyperlegible"/>
                <w:color w:val="000000"/>
              </w:rPr>
            </w:pPr>
          </w:p>
        </w:tc>
      </w:tr>
    </w:tbl>
    <w:p w14:paraId="7213DCAA" w14:textId="09CF5748" w:rsidR="00227BFB" w:rsidRPr="00DC43B9" w:rsidRDefault="00227BFB" w:rsidP="00DC43B9">
      <w:pPr>
        <w:pStyle w:val="Body"/>
        <w:numPr>
          <w:ilvl w:val="0"/>
          <w:numId w:val="25"/>
        </w:numPr>
        <w:spacing w:after="0"/>
        <w:rPr>
          <w:lang w:val="nl-NL"/>
        </w:rPr>
        <w:sectPr w:rsidR="00227BFB" w:rsidRPr="00DC43B9" w:rsidSect="00322FCD">
          <w:headerReference w:type="default" r:id="rId11"/>
          <w:footerReference w:type="default" r:id="rId12"/>
          <w:pgSz w:w="11900" w:h="16820"/>
          <w:pgMar w:top="2155" w:right="1701" w:bottom="1985" w:left="1134" w:header="720" w:footer="720" w:gutter="0"/>
          <w:cols w:space="720"/>
          <w:docGrid w:linePitch="360"/>
        </w:sectPr>
      </w:pPr>
    </w:p>
    <w:p w14:paraId="72D0FB46" w14:textId="396243C9" w:rsidR="004F0655" w:rsidRPr="00994F06" w:rsidRDefault="004F0655" w:rsidP="004F0655">
      <w:pPr>
        <w:pStyle w:val="Body"/>
        <w:spacing w:after="0"/>
        <w:rPr>
          <w:lang w:val="nl-N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6808"/>
        <w:gridCol w:w="1690"/>
      </w:tblGrid>
      <w:tr w:rsidR="004F0655" w14:paraId="6338BB83" w14:textId="77777777" w:rsidTr="00C817E5">
        <w:tc>
          <w:tcPr>
            <w:tcW w:w="313" w:type="pct"/>
            <w:tcBorders>
              <w:bottom w:val="single" w:sz="36" w:space="0" w:color="FFFFFF" w:themeColor="background1"/>
              <w:right w:val="single" w:sz="4" w:space="0" w:color="FFFFFF"/>
            </w:tcBorders>
            <w:shd w:val="clear" w:color="auto" w:fill="FFFFFF" w:themeFill="background1"/>
          </w:tcPr>
          <w:p w14:paraId="5644A357" w14:textId="77777777" w:rsidR="004F0655" w:rsidRDefault="004F0655" w:rsidP="00E91630">
            <w:pPr>
              <w:pStyle w:val="Body"/>
              <w:rPr>
                <w:lang w:val="nl-NL"/>
              </w:rPr>
            </w:pPr>
          </w:p>
        </w:tc>
        <w:tc>
          <w:tcPr>
            <w:tcW w:w="3755" w:type="pct"/>
            <w:tcBorders>
              <w:left w:val="single" w:sz="4" w:space="0" w:color="FFFFFF"/>
              <w:bottom w:val="single" w:sz="36" w:space="0" w:color="FFFFFF" w:themeColor="background1"/>
              <w:right w:val="single" w:sz="4" w:space="0" w:color="FFFFFF"/>
            </w:tcBorders>
            <w:shd w:val="clear" w:color="auto" w:fill="E27B3B"/>
          </w:tcPr>
          <w:p w14:paraId="223B24A3" w14:textId="77777777" w:rsidR="004F0655" w:rsidRPr="00AD6F34" w:rsidRDefault="004F0655" w:rsidP="00E91630">
            <w:pPr>
              <w:pStyle w:val="Body"/>
              <w:rPr>
                <w:b/>
                <w:bCs/>
                <w:lang w:val="nl-NL"/>
              </w:rPr>
            </w:pPr>
            <w:r w:rsidRPr="00AD6F34">
              <w:rPr>
                <w:b/>
                <w:bCs/>
                <w:lang w:val="nl-NL"/>
              </w:rPr>
              <w:t>In de begeleiding heb ik vooral nodig:</w:t>
            </w:r>
          </w:p>
        </w:tc>
        <w:tc>
          <w:tcPr>
            <w:tcW w:w="932" w:type="pct"/>
            <w:tcBorders>
              <w:left w:val="single" w:sz="4" w:space="0" w:color="FFFFFF"/>
              <w:bottom w:val="single" w:sz="36" w:space="0" w:color="FFFFFF" w:themeColor="background1"/>
            </w:tcBorders>
            <w:shd w:val="clear" w:color="auto" w:fill="E27B3B"/>
          </w:tcPr>
          <w:p w14:paraId="51F9477F" w14:textId="77777777" w:rsidR="004F0655" w:rsidRPr="00AD6F34" w:rsidRDefault="004F0655" w:rsidP="00E91630">
            <w:pPr>
              <w:pStyle w:val="Body"/>
              <w:rPr>
                <w:b/>
                <w:bCs/>
                <w:lang w:val="nl-NL"/>
              </w:rPr>
            </w:pPr>
            <w:r>
              <w:rPr>
                <w:b/>
                <w:bCs/>
                <w:lang w:val="nl-NL"/>
              </w:rPr>
              <w:t>Aantal punten</w:t>
            </w:r>
          </w:p>
        </w:tc>
      </w:tr>
      <w:tr w:rsidR="004F0655" w:rsidRPr="00F329F1" w14:paraId="01555264" w14:textId="77777777" w:rsidTr="00C817E5">
        <w:tc>
          <w:tcPr>
            <w:tcW w:w="313" w:type="pct"/>
            <w:tcBorders>
              <w:top w:val="single" w:sz="36" w:space="0" w:color="FFFFFF" w:themeColor="background1"/>
              <w:bottom w:val="single" w:sz="4" w:space="0" w:color="FFFFFF"/>
              <w:right w:val="single" w:sz="4" w:space="0" w:color="FFFFFF"/>
            </w:tcBorders>
            <w:shd w:val="clear" w:color="auto" w:fill="E27B3B"/>
          </w:tcPr>
          <w:p w14:paraId="127E6B68" w14:textId="77777777" w:rsidR="004F0655" w:rsidRDefault="004F0655" w:rsidP="006856D6">
            <w:pPr>
              <w:pStyle w:val="Body"/>
              <w:rPr>
                <w:lang w:val="nl-NL"/>
              </w:rPr>
            </w:pPr>
            <w:r>
              <w:rPr>
                <w:lang w:val="nl-NL"/>
              </w:rPr>
              <w:t>1</w:t>
            </w:r>
          </w:p>
        </w:tc>
        <w:tc>
          <w:tcPr>
            <w:tcW w:w="3755" w:type="pct"/>
            <w:tcBorders>
              <w:top w:val="single" w:sz="36" w:space="0" w:color="FFFFFF" w:themeColor="background1"/>
              <w:left w:val="single" w:sz="4" w:space="0" w:color="FFFFFF"/>
              <w:bottom w:val="single" w:sz="4" w:space="0" w:color="FFFFFF"/>
              <w:right w:val="single" w:sz="4" w:space="0" w:color="FFFFFF"/>
            </w:tcBorders>
            <w:shd w:val="clear" w:color="auto" w:fill="EBA275"/>
          </w:tcPr>
          <w:p w14:paraId="16EB2DF4" w14:textId="77777777" w:rsidR="004F0655" w:rsidRDefault="004F0655" w:rsidP="006856D6">
            <w:pPr>
              <w:pStyle w:val="Body"/>
              <w:rPr>
                <w:lang w:val="nl-NL"/>
              </w:rPr>
            </w:pPr>
            <w:r w:rsidRPr="00AD6F34">
              <w:rPr>
                <w:lang w:val="nl-NL"/>
              </w:rPr>
              <w:t>te weten over het waarom en waartoe ik dingen doe of dien te doen.</w:t>
            </w:r>
          </w:p>
        </w:tc>
        <w:tc>
          <w:tcPr>
            <w:tcW w:w="932" w:type="pct"/>
            <w:tcBorders>
              <w:top w:val="single" w:sz="36" w:space="0" w:color="FFFFFF" w:themeColor="background1"/>
              <w:left w:val="single" w:sz="4" w:space="0" w:color="FFFFFF"/>
              <w:bottom w:val="single" w:sz="4" w:space="0" w:color="FFFFFF"/>
            </w:tcBorders>
            <w:shd w:val="clear" w:color="auto" w:fill="F4CEB6"/>
          </w:tcPr>
          <w:p w14:paraId="574EB3D2" w14:textId="77777777" w:rsidR="004F0655" w:rsidRDefault="004F0655" w:rsidP="006856D6">
            <w:pPr>
              <w:pStyle w:val="Body"/>
              <w:rPr>
                <w:lang w:val="nl-NL"/>
              </w:rPr>
            </w:pPr>
          </w:p>
        </w:tc>
      </w:tr>
      <w:tr w:rsidR="004F0655" w:rsidRPr="00F329F1" w14:paraId="07AA6EA6" w14:textId="77777777" w:rsidTr="00C817E5">
        <w:tc>
          <w:tcPr>
            <w:tcW w:w="313" w:type="pct"/>
            <w:tcBorders>
              <w:top w:val="single" w:sz="4" w:space="0" w:color="FFFFFF"/>
              <w:bottom w:val="single" w:sz="4" w:space="0" w:color="FFFFFF"/>
              <w:right w:val="single" w:sz="4" w:space="0" w:color="FFFFFF"/>
            </w:tcBorders>
            <w:shd w:val="clear" w:color="auto" w:fill="E27B3B"/>
          </w:tcPr>
          <w:p w14:paraId="4146644D" w14:textId="77777777" w:rsidR="004F0655" w:rsidRDefault="004F0655" w:rsidP="006856D6">
            <w:pPr>
              <w:pStyle w:val="Body"/>
              <w:rPr>
                <w:lang w:val="nl-NL"/>
              </w:rPr>
            </w:pPr>
            <w:r>
              <w:rPr>
                <w:lang w:val="nl-NL"/>
              </w:rPr>
              <w:t>2</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4482AAA0" w14:textId="77777777" w:rsidR="004F0655" w:rsidRDefault="004F0655" w:rsidP="006856D6">
            <w:pPr>
              <w:pStyle w:val="Body"/>
              <w:rPr>
                <w:lang w:val="nl-NL"/>
              </w:rPr>
            </w:pPr>
            <w:r w:rsidRPr="00AD6F34">
              <w:rPr>
                <w:lang w:val="nl-NL"/>
              </w:rPr>
              <w:t>dat mijn waarneming van mijn werkelijkheid verfijnd wordt.</w:t>
            </w:r>
          </w:p>
        </w:tc>
        <w:tc>
          <w:tcPr>
            <w:tcW w:w="932" w:type="pct"/>
            <w:tcBorders>
              <w:top w:val="single" w:sz="4" w:space="0" w:color="FFFFFF"/>
              <w:left w:val="single" w:sz="4" w:space="0" w:color="FFFFFF"/>
              <w:bottom w:val="single" w:sz="4" w:space="0" w:color="FFFFFF"/>
            </w:tcBorders>
            <w:shd w:val="clear" w:color="auto" w:fill="F4CEB6"/>
          </w:tcPr>
          <w:p w14:paraId="63D89A75" w14:textId="77777777" w:rsidR="004F0655" w:rsidRDefault="004F0655" w:rsidP="006856D6">
            <w:pPr>
              <w:pStyle w:val="Body"/>
              <w:rPr>
                <w:lang w:val="nl-NL"/>
              </w:rPr>
            </w:pPr>
          </w:p>
        </w:tc>
      </w:tr>
      <w:tr w:rsidR="004F0655" w:rsidRPr="00F329F1" w14:paraId="77D9DD22" w14:textId="77777777" w:rsidTr="00C817E5">
        <w:tc>
          <w:tcPr>
            <w:tcW w:w="313" w:type="pct"/>
            <w:tcBorders>
              <w:top w:val="single" w:sz="4" w:space="0" w:color="FFFFFF"/>
              <w:right w:val="single" w:sz="4" w:space="0" w:color="FFFFFF"/>
            </w:tcBorders>
            <w:shd w:val="clear" w:color="auto" w:fill="E27B3B"/>
          </w:tcPr>
          <w:p w14:paraId="30637840" w14:textId="77777777" w:rsidR="004F0655" w:rsidRDefault="004F0655" w:rsidP="006856D6">
            <w:pPr>
              <w:pStyle w:val="Body"/>
              <w:rPr>
                <w:lang w:val="nl-NL"/>
              </w:rPr>
            </w:pPr>
            <w:r>
              <w:rPr>
                <w:lang w:val="nl-NL"/>
              </w:rPr>
              <w:t>3</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7308ED96" w14:textId="77777777" w:rsidR="004F0655" w:rsidRDefault="004F0655" w:rsidP="006856D6">
            <w:pPr>
              <w:pStyle w:val="Body"/>
              <w:rPr>
                <w:lang w:val="nl-NL"/>
              </w:rPr>
            </w:pPr>
            <w:r w:rsidRPr="00AD6F34">
              <w:rPr>
                <w:lang w:val="nl-NL"/>
              </w:rPr>
              <w:t>dat er ruimte gemaakt wordt om mij dingen te laten doen die ik (nog) niet zou doen.</w:t>
            </w:r>
          </w:p>
        </w:tc>
        <w:tc>
          <w:tcPr>
            <w:tcW w:w="932" w:type="pct"/>
            <w:tcBorders>
              <w:top w:val="single" w:sz="4" w:space="0" w:color="FFFFFF"/>
              <w:left w:val="single" w:sz="4" w:space="0" w:color="FFFFFF"/>
            </w:tcBorders>
            <w:shd w:val="clear" w:color="auto" w:fill="F4CEB6"/>
          </w:tcPr>
          <w:p w14:paraId="388F987E" w14:textId="77777777" w:rsidR="004F0655" w:rsidRDefault="004F0655" w:rsidP="006856D6">
            <w:pPr>
              <w:pStyle w:val="Body"/>
              <w:rPr>
                <w:lang w:val="nl-NL"/>
              </w:rPr>
            </w:pPr>
          </w:p>
        </w:tc>
      </w:tr>
      <w:tr w:rsidR="004F0655" w14:paraId="3C7BADE7" w14:textId="77777777" w:rsidTr="00C817E5">
        <w:tc>
          <w:tcPr>
            <w:tcW w:w="313" w:type="pct"/>
            <w:tcBorders>
              <w:bottom w:val="single" w:sz="4" w:space="0" w:color="FFFFFF"/>
              <w:right w:val="single" w:sz="4" w:space="0" w:color="FFFFFF"/>
            </w:tcBorders>
            <w:shd w:val="clear" w:color="auto" w:fill="E27B3B"/>
          </w:tcPr>
          <w:p w14:paraId="7C054680" w14:textId="77777777" w:rsidR="004F0655" w:rsidRDefault="004F0655" w:rsidP="006856D6">
            <w:pPr>
              <w:pStyle w:val="Body"/>
              <w:rPr>
                <w:lang w:val="nl-NL"/>
              </w:rPr>
            </w:pPr>
            <w:r>
              <w:rPr>
                <w:lang w:val="nl-NL"/>
              </w:rPr>
              <w:t>4</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716EA517" w14:textId="77777777" w:rsidR="004F0655" w:rsidRDefault="004F0655" w:rsidP="006856D6">
            <w:pPr>
              <w:pStyle w:val="Body"/>
              <w:rPr>
                <w:lang w:val="nl-NL"/>
              </w:rPr>
            </w:pPr>
            <w:proofErr w:type="spellStart"/>
            <w:r w:rsidRPr="009010E8">
              <w:t>kleine</w:t>
            </w:r>
            <w:proofErr w:type="spellEnd"/>
            <w:r w:rsidRPr="009010E8">
              <w:t xml:space="preserve">, concrete </w:t>
            </w:r>
            <w:proofErr w:type="spellStart"/>
            <w:r w:rsidRPr="009010E8">
              <w:t>opdrachten</w:t>
            </w:r>
            <w:proofErr w:type="spellEnd"/>
            <w:r w:rsidRPr="009010E8">
              <w:t>.</w:t>
            </w:r>
          </w:p>
        </w:tc>
        <w:tc>
          <w:tcPr>
            <w:tcW w:w="932" w:type="pct"/>
            <w:tcBorders>
              <w:left w:val="single" w:sz="4" w:space="0" w:color="FFFFFF"/>
              <w:bottom w:val="single" w:sz="4" w:space="0" w:color="FFFFFF"/>
            </w:tcBorders>
            <w:shd w:val="clear" w:color="auto" w:fill="F4CEB6"/>
          </w:tcPr>
          <w:p w14:paraId="3CC068A7" w14:textId="77777777" w:rsidR="004F0655" w:rsidRDefault="004F0655" w:rsidP="006856D6">
            <w:pPr>
              <w:pStyle w:val="Body"/>
              <w:rPr>
                <w:lang w:val="nl-NL"/>
              </w:rPr>
            </w:pPr>
          </w:p>
        </w:tc>
      </w:tr>
      <w:tr w:rsidR="004F0655" w:rsidRPr="00F329F1" w14:paraId="2094A145" w14:textId="77777777" w:rsidTr="00C817E5">
        <w:tc>
          <w:tcPr>
            <w:tcW w:w="313" w:type="pct"/>
            <w:tcBorders>
              <w:top w:val="single" w:sz="4" w:space="0" w:color="FFFFFF"/>
              <w:right w:val="single" w:sz="4" w:space="0" w:color="FFFFFF"/>
            </w:tcBorders>
            <w:shd w:val="clear" w:color="auto" w:fill="E27B3B"/>
          </w:tcPr>
          <w:p w14:paraId="6FCB4B96" w14:textId="77777777" w:rsidR="004F0655" w:rsidRDefault="004F0655" w:rsidP="006856D6">
            <w:pPr>
              <w:pStyle w:val="Body"/>
              <w:rPr>
                <w:lang w:val="nl-NL"/>
              </w:rPr>
            </w:pPr>
            <w:r>
              <w:rPr>
                <w:lang w:val="nl-NL"/>
              </w:rPr>
              <w:t>5</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651F9D12" w14:textId="77777777" w:rsidR="004F0655" w:rsidRDefault="004F0655" w:rsidP="006856D6">
            <w:pPr>
              <w:pStyle w:val="Body"/>
              <w:rPr>
                <w:lang w:val="nl-NL"/>
              </w:rPr>
            </w:pPr>
            <w:r w:rsidRPr="00AD6F34">
              <w:rPr>
                <w:lang w:val="nl-NL"/>
              </w:rPr>
              <w:t>directe feedback op mijn gegeven lessen, met benoemen van specifiek, gewenst gedrag.</w:t>
            </w:r>
          </w:p>
        </w:tc>
        <w:tc>
          <w:tcPr>
            <w:tcW w:w="932" w:type="pct"/>
            <w:tcBorders>
              <w:top w:val="single" w:sz="4" w:space="0" w:color="FFFFFF"/>
              <w:left w:val="single" w:sz="4" w:space="0" w:color="FFFFFF"/>
              <w:bottom w:val="single" w:sz="4" w:space="0" w:color="FFFFFF"/>
            </w:tcBorders>
            <w:shd w:val="clear" w:color="auto" w:fill="F4CEB6"/>
          </w:tcPr>
          <w:p w14:paraId="08D9A4D1" w14:textId="77777777" w:rsidR="004F0655" w:rsidRDefault="004F0655" w:rsidP="006856D6">
            <w:pPr>
              <w:pStyle w:val="Body"/>
              <w:rPr>
                <w:lang w:val="nl-NL"/>
              </w:rPr>
            </w:pPr>
          </w:p>
        </w:tc>
      </w:tr>
      <w:tr w:rsidR="004F0655" w:rsidRPr="00F329F1" w14:paraId="43B65DFF" w14:textId="77777777" w:rsidTr="00C817E5">
        <w:tc>
          <w:tcPr>
            <w:tcW w:w="313" w:type="pct"/>
            <w:tcBorders>
              <w:bottom w:val="single" w:sz="4" w:space="0" w:color="FFFFFF"/>
              <w:right w:val="single" w:sz="4" w:space="0" w:color="FFFFFF"/>
            </w:tcBorders>
            <w:shd w:val="clear" w:color="auto" w:fill="E27B3B"/>
          </w:tcPr>
          <w:p w14:paraId="00FBA884" w14:textId="77777777" w:rsidR="004F0655" w:rsidRDefault="004F0655" w:rsidP="006856D6">
            <w:pPr>
              <w:pStyle w:val="Body"/>
              <w:rPr>
                <w:lang w:val="nl-NL"/>
              </w:rPr>
            </w:pPr>
            <w:r>
              <w:rPr>
                <w:lang w:val="nl-NL"/>
              </w:rPr>
              <w:t>6</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517C7844" w14:textId="77777777" w:rsidR="004F0655" w:rsidRDefault="004F0655" w:rsidP="006856D6">
            <w:pPr>
              <w:pStyle w:val="Body"/>
              <w:rPr>
                <w:lang w:val="nl-NL"/>
              </w:rPr>
            </w:pPr>
            <w:r w:rsidRPr="00AD6F34">
              <w:rPr>
                <w:lang w:val="nl-NL"/>
              </w:rPr>
              <w:t>dat interpretaties worden uitgewisseld over wat is waargenomen.</w:t>
            </w:r>
          </w:p>
        </w:tc>
        <w:tc>
          <w:tcPr>
            <w:tcW w:w="932" w:type="pct"/>
            <w:tcBorders>
              <w:top w:val="single" w:sz="4" w:space="0" w:color="FFFFFF"/>
              <w:left w:val="single" w:sz="4" w:space="0" w:color="FFFFFF"/>
              <w:bottom w:val="single" w:sz="4" w:space="0" w:color="FFFFFF"/>
            </w:tcBorders>
            <w:shd w:val="clear" w:color="auto" w:fill="F4CEB6"/>
          </w:tcPr>
          <w:p w14:paraId="2F1E97E8" w14:textId="77777777" w:rsidR="004F0655" w:rsidRDefault="004F0655" w:rsidP="006856D6">
            <w:pPr>
              <w:pStyle w:val="Body"/>
              <w:rPr>
                <w:lang w:val="nl-NL"/>
              </w:rPr>
            </w:pPr>
          </w:p>
        </w:tc>
      </w:tr>
      <w:tr w:rsidR="004F0655" w:rsidRPr="00F329F1" w14:paraId="0EF81E6F" w14:textId="77777777" w:rsidTr="00C817E5">
        <w:tc>
          <w:tcPr>
            <w:tcW w:w="313" w:type="pct"/>
            <w:tcBorders>
              <w:top w:val="single" w:sz="4" w:space="0" w:color="FFFFFF"/>
              <w:right w:val="single" w:sz="4" w:space="0" w:color="FFFFFF"/>
            </w:tcBorders>
            <w:shd w:val="clear" w:color="auto" w:fill="E27B3B"/>
          </w:tcPr>
          <w:p w14:paraId="4640DAC0" w14:textId="77777777" w:rsidR="004F0655" w:rsidRDefault="004F0655" w:rsidP="006856D6">
            <w:pPr>
              <w:pStyle w:val="Body"/>
              <w:rPr>
                <w:lang w:val="nl-NL"/>
              </w:rPr>
            </w:pPr>
            <w:r>
              <w:rPr>
                <w:lang w:val="nl-NL"/>
              </w:rPr>
              <w:t>7</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4114CCCB" w14:textId="77777777" w:rsidR="004F0655" w:rsidRDefault="004F0655" w:rsidP="006856D6">
            <w:pPr>
              <w:pStyle w:val="Body"/>
              <w:rPr>
                <w:lang w:val="nl-NL"/>
              </w:rPr>
            </w:pPr>
            <w:r w:rsidRPr="00AD6F34">
              <w:rPr>
                <w:lang w:val="nl-NL"/>
              </w:rPr>
              <w:t xml:space="preserve">dat ik met mijn </w:t>
            </w:r>
            <w:proofErr w:type="spellStart"/>
            <w:r w:rsidRPr="00AD6F34">
              <w:rPr>
                <w:lang w:val="nl-NL"/>
              </w:rPr>
              <w:t>wpb</w:t>
            </w:r>
            <w:proofErr w:type="spellEnd"/>
            <w:r w:rsidRPr="00AD6F34">
              <w:rPr>
                <w:lang w:val="nl-NL"/>
              </w:rPr>
              <w:t xml:space="preserve"> criteria uitbreid voor tevredenheid van mijn lessen.</w:t>
            </w:r>
          </w:p>
        </w:tc>
        <w:tc>
          <w:tcPr>
            <w:tcW w:w="932" w:type="pct"/>
            <w:tcBorders>
              <w:top w:val="single" w:sz="4" w:space="0" w:color="FFFFFF"/>
              <w:left w:val="single" w:sz="4" w:space="0" w:color="FFFFFF"/>
              <w:bottom w:val="single" w:sz="4" w:space="0" w:color="FFFFFF"/>
            </w:tcBorders>
            <w:shd w:val="clear" w:color="auto" w:fill="F4CEB6"/>
          </w:tcPr>
          <w:p w14:paraId="560167CE" w14:textId="77777777" w:rsidR="004F0655" w:rsidRDefault="004F0655" w:rsidP="006856D6">
            <w:pPr>
              <w:pStyle w:val="Body"/>
              <w:rPr>
                <w:lang w:val="nl-NL"/>
              </w:rPr>
            </w:pPr>
          </w:p>
        </w:tc>
      </w:tr>
      <w:tr w:rsidR="004F0655" w:rsidRPr="00F329F1" w14:paraId="6369261B" w14:textId="77777777" w:rsidTr="00C817E5">
        <w:tc>
          <w:tcPr>
            <w:tcW w:w="313" w:type="pct"/>
            <w:tcBorders>
              <w:bottom w:val="single" w:sz="4" w:space="0" w:color="FFFFFF"/>
              <w:right w:val="single" w:sz="4" w:space="0" w:color="FFFFFF"/>
            </w:tcBorders>
            <w:shd w:val="clear" w:color="auto" w:fill="E27B3B"/>
          </w:tcPr>
          <w:p w14:paraId="5FB43E92" w14:textId="77777777" w:rsidR="004F0655" w:rsidRDefault="004F0655" w:rsidP="006856D6">
            <w:pPr>
              <w:pStyle w:val="Body"/>
              <w:rPr>
                <w:lang w:val="nl-NL"/>
              </w:rPr>
            </w:pPr>
            <w:r>
              <w:rPr>
                <w:lang w:val="nl-NL"/>
              </w:rPr>
              <w:t>8</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20D1545D" w14:textId="77777777" w:rsidR="004F0655" w:rsidRDefault="004F0655" w:rsidP="006856D6">
            <w:pPr>
              <w:pStyle w:val="Body"/>
              <w:rPr>
                <w:lang w:val="nl-NL"/>
              </w:rPr>
            </w:pPr>
            <w:r w:rsidRPr="00AD6F34">
              <w:rPr>
                <w:lang w:val="nl-NL"/>
              </w:rPr>
              <w:t>dat ik schouderklopjes krijg, ook op zaken die lessen overstijgen.</w:t>
            </w:r>
          </w:p>
        </w:tc>
        <w:tc>
          <w:tcPr>
            <w:tcW w:w="932" w:type="pct"/>
            <w:tcBorders>
              <w:top w:val="single" w:sz="4" w:space="0" w:color="FFFFFF"/>
              <w:left w:val="single" w:sz="4" w:space="0" w:color="FFFFFF"/>
              <w:bottom w:val="single" w:sz="4" w:space="0" w:color="FFFFFF"/>
            </w:tcBorders>
            <w:shd w:val="clear" w:color="auto" w:fill="F4CEB6"/>
          </w:tcPr>
          <w:p w14:paraId="199E27CA" w14:textId="77777777" w:rsidR="004F0655" w:rsidRDefault="004F0655" w:rsidP="006856D6">
            <w:pPr>
              <w:pStyle w:val="Body"/>
              <w:rPr>
                <w:lang w:val="nl-NL"/>
              </w:rPr>
            </w:pPr>
          </w:p>
        </w:tc>
      </w:tr>
      <w:tr w:rsidR="004F0655" w:rsidRPr="00F329F1" w14:paraId="66F15686" w14:textId="77777777" w:rsidTr="00C817E5">
        <w:tc>
          <w:tcPr>
            <w:tcW w:w="313" w:type="pct"/>
            <w:tcBorders>
              <w:top w:val="single" w:sz="4" w:space="0" w:color="FFFFFF"/>
              <w:bottom w:val="single" w:sz="4" w:space="0" w:color="FFFFFF"/>
              <w:right w:val="single" w:sz="4" w:space="0" w:color="FFFFFF"/>
            </w:tcBorders>
            <w:shd w:val="clear" w:color="auto" w:fill="E27B3B"/>
          </w:tcPr>
          <w:p w14:paraId="53E7BCB7" w14:textId="77777777" w:rsidR="004F0655" w:rsidRDefault="004F0655" w:rsidP="006856D6">
            <w:pPr>
              <w:pStyle w:val="Body"/>
              <w:rPr>
                <w:lang w:val="nl-NL"/>
              </w:rPr>
            </w:pPr>
            <w:r>
              <w:rPr>
                <w:lang w:val="nl-NL"/>
              </w:rPr>
              <w:t>9</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7C3F8953" w14:textId="77777777" w:rsidR="004F0655" w:rsidRDefault="004F0655" w:rsidP="006856D6">
            <w:pPr>
              <w:pStyle w:val="Body"/>
              <w:rPr>
                <w:lang w:val="nl-NL"/>
              </w:rPr>
            </w:pPr>
            <w:r w:rsidRPr="00AD6F34">
              <w:rPr>
                <w:lang w:val="nl-NL"/>
              </w:rPr>
              <w:t xml:space="preserve">dat ik niet overvraagd word. </w:t>
            </w:r>
          </w:p>
        </w:tc>
        <w:tc>
          <w:tcPr>
            <w:tcW w:w="932" w:type="pct"/>
            <w:tcBorders>
              <w:top w:val="single" w:sz="4" w:space="0" w:color="FFFFFF"/>
              <w:left w:val="single" w:sz="4" w:space="0" w:color="FFFFFF"/>
              <w:bottom w:val="single" w:sz="4" w:space="0" w:color="FFFFFF"/>
            </w:tcBorders>
            <w:shd w:val="clear" w:color="auto" w:fill="F4CEB6"/>
          </w:tcPr>
          <w:p w14:paraId="2C8434FB" w14:textId="77777777" w:rsidR="004F0655" w:rsidRDefault="004F0655" w:rsidP="006856D6">
            <w:pPr>
              <w:pStyle w:val="Body"/>
              <w:rPr>
                <w:lang w:val="nl-NL"/>
              </w:rPr>
            </w:pPr>
          </w:p>
        </w:tc>
      </w:tr>
      <w:tr w:rsidR="004F0655" w:rsidRPr="00F329F1" w14:paraId="2D0C8E75" w14:textId="77777777" w:rsidTr="00C817E5">
        <w:tc>
          <w:tcPr>
            <w:tcW w:w="313" w:type="pct"/>
            <w:tcBorders>
              <w:top w:val="single" w:sz="4" w:space="0" w:color="FFFFFF"/>
              <w:bottom w:val="single" w:sz="4" w:space="0" w:color="FFFFFF"/>
              <w:right w:val="single" w:sz="4" w:space="0" w:color="FFFFFF"/>
            </w:tcBorders>
            <w:shd w:val="clear" w:color="auto" w:fill="E27B3B"/>
          </w:tcPr>
          <w:p w14:paraId="53914E9C" w14:textId="77777777" w:rsidR="004F0655" w:rsidRDefault="004F0655" w:rsidP="006856D6">
            <w:pPr>
              <w:pStyle w:val="Body"/>
              <w:rPr>
                <w:lang w:val="nl-NL"/>
              </w:rPr>
            </w:pPr>
            <w:r>
              <w:rPr>
                <w:lang w:val="nl-NL"/>
              </w:rPr>
              <w:t>10</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0881A126" w14:textId="77777777" w:rsidR="004F0655" w:rsidRDefault="004F0655" w:rsidP="006856D6">
            <w:pPr>
              <w:pStyle w:val="Body"/>
              <w:rPr>
                <w:lang w:val="nl-NL"/>
              </w:rPr>
            </w:pPr>
            <w:r w:rsidRPr="00AD6F34">
              <w:rPr>
                <w:lang w:val="nl-NL"/>
              </w:rPr>
              <w:t>dat we werken met beelden en metaforen om ratio te omzeilen.</w:t>
            </w:r>
          </w:p>
        </w:tc>
        <w:tc>
          <w:tcPr>
            <w:tcW w:w="932" w:type="pct"/>
            <w:tcBorders>
              <w:top w:val="single" w:sz="4" w:space="0" w:color="FFFFFF"/>
              <w:left w:val="single" w:sz="4" w:space="0" w:color="FFFFFF"/>
              <w:bottom w:val="single" w:sz="4" w:space="0" w:color="FFFFFF"/>
            </w:tcBorders>
            <w:shd w:val="clear" w:color="auto" w:fill="F4CEB6"/>
          </w:tcPr>
          <w:p w14:paraId="700FE68C" w14:textId="77777777" w:rsidR="004F0655" w:rsidRDefault="004F0655" w:rsidP="006856D6">
            <w:pPr>
              <w:pStyle w:val="Body"/>
              <w:rPr>
                <w:lang w:val="nl-NL"/>
              </w:rPr>
            </w:pPr>
          </w:p>
        </w:tc>
      </w:tr>
      <w:tr w:rsidR="004F0655" w:rsidRPr="00F329F1" w14:paraId="7D3E8787" w14:textId="77777777" w:rsidTr="00C817E5">
        <w:tc>
          <w:tcPr>
            <w:tcW w:w="313" w:type="pct"/>
            <w:tcBorders>
              <w:top w:val="single" w:sz="4" w:space="0" w:color="FFFFFF"/>
              <w:bottom w:val="single" w:sz="4" w:space="0" w:color="FFFFFF"/>
              <w:right w:val="single" w:sz="4" w:space="0" w:color="FFFFFF"/>
            </w:tcBorders>
            <w:shd w:val="clear" w:color="auto" w:fill="E27B3B"/>
          </w:tcPr>
          <w:p w14:paraId="55C1F33F" w14:textId="77777777" w:rsidR="004F0655" w:rsidRDefault="004F0655" w:rsidP="006856D6">
            <w:pPr>
              <w:pStyle w:val="Body"/>
              <w:rPr>
                <w:lang w:val="nl-NL"/>
              </w:rPr>
            </w:pPr>
            <w:r>
              <w:rPr>
                <w:lang w:val="nl-NL"/>
              </w:rPr>
              <w:t>11</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0C9DA270" w14:textId="77777777" w:rsidR="004F0655" w:rsidRDefault="004F0655" w:rsidP="006856D6">
            <w:pPr>
              <w:pStyle w:val="Body"/>
              <w:rPr>
                <w:lang w:val="nl-NL"/>
              </w:rPr>
            </w:pPr>
            <w:r w:rsidRPr="00AD6F34">
              <w:rPr>
                <w:lang w:val="nl-NL"/>
              </w:rPr>
              <w:t>dat ik gestimuleerd word te vari</w:t>
            </w:r>
            <w:r w:rsidRPr="00AD6F34">
              <w:rPr>
                <w:rFonts w:hint="cs"/>
                <w:lang w:val="nl-NL"/>
              </w:rPr>
              <w:t>ë</w:t>
            </w:r>
            <w:r w:rsidRPr="00AD6F34">
              <w:rPr>
                <w:lang w:val="nl-NL"/>
              </w:rPr>
              <w:t>ren in lesopzet, werkvormen en vraagtechnieken.</w:t>
            </w:r>
          </w:p>
        </w:tc>
        <w:tc>
          <w:tcPr>
            <w:tcW w:w="932" w:type="pct"/>
            <w:tcBorders>
              <w:top w:val="single" w:sz="4" w:space="0" w:color="FFFFFF"/>
              <w:left w:val="single" w:sz="4" w:space="0" w:color="FFFFFF"/>
              <w:bottom w:val="single" w:sz="4" w:space="0" w:color="FFFFFF"/>
            </w:tcBorders>
            <w:shd w:val="clear" w:color="auto" w:fill="F4CEB6"/>
          </w:tcPr>
          <w:p w14:paraId="166D6168" w14:textId="77777777" w:rsidR="004F0655" w:rsidRDefault="004F0655" w:rsidP="006856D6">
            <w:pPr>
              <w:pStyle w:val="Body"/>
              <w:rPr>
                <w:lang w:val="nl-NL"/>
              </w:rPr>
            </w:pPr>
          </w:p>
        </w:tc>
      </w:tr>
      <w:tr w:rsidR="004F0655" w:rsidRPr="00F329F1" w14:paraId="00992FC0" w14:textId="77777777" w:rsidTr="00C817E5">
        <w:tc>
          <w:tcPr>
            <w:tcW w:w="313" w:type="pct"/>
            <w:tcBorders>
              <w:top w:val="single" w:sz="4" w:space="0" w:color="FFFFFF"/>
              <w:bottom w:val="single" w:sz="4" w:space="0" w:color="FFFFFF"/>
              <w:right w:val="single" w:sz="4" w:space="0" w:color="FFFFFF"/>
            </w:tcBorders>
            <w:shd w:val="clear" w:color="auto" w:fill="E27B3B"/>
          </w:tcPr>
          <w:p w14:paraId="62E24173" w14:textId="77777777" w:rsidR="004F0655" w:rsidRDefault="004F0655" w:rsidP="006856D6">
            <w:pPr>
              <w:pStyle w:val="Body"/>
              <w:rPr>
                <w:lang w:val="nl-NL"/>
              </w:rPr>
            </w:pPr>
            <w:r>
              <w:rPr>
                <w:lang w:val="nl-NL"/>
              </w:rPr>
              <w:t>12</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1CF5B8EA" w14:textId="77777777" w:rsidR="004F0655" w:rsidRDefault="004F0655" w:rsidP="006856D6">
            <w:pPr>
              <w:pStyle w:val="Body"/>
              <w:rPr>
                <w:lang w:val="nl-NL"/>
              </w:rPr>
            </w:pPr>
            <w:r w:rsidRPr="00AD6F34">
              <w:rPr>
                <w:lang w:val="nl-NL"/>
              </w:rPr>
              <w:t>dat ik de mogelijkheid krijg het nieuw geleerde veel te kunnen herhalen om in te oefenen en het me eigen te maken.</w:t>
            </w:r>
          </w:p>
        </w:tc>
        <w:tc>
          <w:tcPr>
            <w:tcW w:w="932" w:type="pct"/>
            <w:tcBorders>
              <w:top w:val="single" w:sz="4" w:space="0" w:color="FFFFFF"/>
              <w:left w:val="single" w:sz="4" w:space="0" w:color="FFFFFF"/>
              <w:bottom w:val="single" w:sz="4" w:space="0" w:color="FFFFFF"/>
            </w:tcBorders>
            <w:shd w:val="clear" w:color="auto" w:fill="F4CEB6"/>
          </w:tcPr>
          <w:p w14:paraId="19C39E36" w14:textId="77777777" w:rsidR="004F0655" w:rsidRDefault="004F0655" w:rsidP="006856D6">
            <w:pPr>
              <w:pStyle w:val="Body"/>
              <w:rPr>
                <w:lang w:val="nl-NL"/>
              </w:rPr>
            </w:pPr>
          </w:p>
        </w:tc>
      </w:tr>
      <w:tr w:rsidR="004F0655" w:rsidRPr="00F329F1" w14:paraId="399022C3" w14:textId="77777777" w:rsidTr="00C817E5">
        <w:tc>
          <w:tcPr>
            <w:tcW w:w="313" w:type="pct"/>
            <w:tcBorders>
              <w:top w:val="single" w:sz="4" w:space="0" w:color="FFFFFF"/>
              <w:bottom w:val="single" w:sz="4" w:space="0" w:color="FFFFFF"/>
              <w:right w:val="single" w:sz="4" w:space="0" w:color="FFFFFF"/>
            </w:tcBorders>
            <w:shd w:val="clear" w:color="auto" w:fill="E27B3B"/>
          </w:tcPr>
          <w:p w14:paraId="0FC979B9" w14:textId="77777777" w:rsidR="004F0655" w:rsidRDefault="004F0655" w:rsidP="006856D6">
            <w:pPr>
              <w:pStyle w:val="Body"/>
              <w:rPr>
                <w:lang w:val="nl-NL"/>
              </w:rPr>
            </w:pPr>
            <w:r>
              <w:rPr>
                <w:lang w:val="nl-NL"/>
              </w:rPr>
              <w:t>13</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3F4F5EB0" w14:textId="77777777" w:rsidR="004F0655" w:rsidRDefault="004F0655" w:rsidP="006856D6">
            <w:pPr>
              <w:pStyle w:val="Body"/>
              <w:rPr>
                <w:lang w:val="nl-NL"/>
              </w:rPr>
            </w:pPr>
            <w:r w:rsidRPr="00AD6F34">
              <w:rPr>
                <w:lang w:val="nl-NL"/>
              </w:rPr>
              <w:t>dat ik positief bekrachtigd word waar dat kan.</w:t>
            </w:r>
          </w:p>
        </w:tc>
        <w:tc>
          <w:tcPr>
            <w:tcW w:w="932" w:type="pct"/>
            <w:tcBorders>
              <w:top w:val="single" w:sz="4" w:space="0" w:color="FFFFFF"/>
              <w:left w:val="single" w:sz="4" w:space="0" w:color="FFFFFF"/>
              <w:bottom w:val="single" w:sz="4" w:space="0" w:color="FFFFFF"/>
            </w:tcBorders>
            <w:shd w:val="clear" w:color="auto" w:fill="F4CEB6"/>
          </w:tcPr>
          <w:p w14:paraId="62F058EB" w14:textId="77777777" w:rsidR="004F0655" w:rsidRDefault="004F0655" w:rsidP="006856D6">
            <w:pPr>
              <w:pStyle w:val="Body"/>
              <w:rPr>
                <w:lang w:val="nl-NL"/>
              </w:rPr>
            </w:pPr>
          </w:p>
        </w:tc>
      </w:tr>
      <w:tr w:rsidR="004F0655" w:rsidRPr="00F329F1" w14:paraId="389F6E9D" w14:textId="77777777" w:rsidTr="00C817E5">
        <w:tc>
          <w:tcPr>
            <w:tcW w:w="313" w:type="pct"/>
            <w:tcBorders>
              <w:top w:val="single" w:sz="4" w:space="0" w:color="FFFFFF"/>
              <w:bottom w:val="single" w:sz="4" w:space="0" w:color="FFFFFF"/>
              <w:right w:val="single" w:sz="4" w:space="0" w:color="FFFFFF"/>
            </w:tcBorders>
            <w:shd w:val="clear" w:color="auto" w:fill="E27B3B"/>
          </w:tcPr>
          <w:p w14:paraId="69926230" w14:textId="77777777" w:rsidR="004F0655" w:rsidRDefault="004F0655" w:rsidP="006856D6">
            <w:pPr>
              <w:pStyle w:val="Body"/>
              <w:rPr>
                <w:lang w:val="nl-NL"/>
              </w:rPr>
            </w:pPr>
            <w:r>
              <w:rPr>
                <w:lang w:val="nl-NL"/>
              </w:rPr>
              <w:t>14</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2FCDB2FD" w14:textId="77777777" w:rsidR="004F0655" w:rsidRDefault="004F0655" w:rsidP="006856D6">
            <w:pPr>
              <w:pStyle w:val="Body"/>
              <w:rPr>
                <w:lang w:val="nl-NL"/>
              </w:rPr>
            </w:pPr>
            <w:r w:rsidRPr="00AD6F34">
              <w:rPr>
                <w:lang w:val="nl-NL"/>
              </w:rPr>
              <w:t>dat ik bevraagd word op hoe ik tegen zaken aankijk (mijn visie expliciteren).</w:t>
            </w:r>
          </w:p>
        </w:tc>
        <w:tc>
          <w:tcPr>
            <w:tcW w:w="932" w:type="pct"/>
            <w:tcBorders>
              <w:top w:val="single" w:sz="4" w:space="0" w:color="FFFFFF"/>
              <w:left w:val="single" w:sz="4" w:space="0" w:color="FFFFFF"/>
              <w:bottom w:val="single" w:sz="4" w:space="0" w:color="FFFFFF"/>
            </w:tcBorders>
            <w:shd w:val="clear" w:color="auto" w:fill="F4CEB6"/>
          </w:tcPr>
          <w:p w14:paraId="01586ECD" w14:textId="77777777" w:rsidR="004F0655" w:rsidRDefault="004F0655" w:rsidP="006856D6">
            <w:pPr>
              <w:pStyle w:val="Body"/>
              <w:rPr>
                <w:lang w:val="nl-NL"/>
              </w:rPr>
            </w:pPr>
          </w:p>
        </w:tc>
      </w:tr>
      <w:tr w:rsidR="004F0655" w:rsidRPr="00F329F1" w14:paraId="42FF81B7" w14:textId="77777777" w:rsidTr="00C817E5">
        <w:tc>
          <w:tcPr>
            <w:tcW w:w="313" w:type="pct"/>
            <w:tcBorders>
              <w:top w:val="single" w:sz="4" w:space="0" w:color="FFFFFF"/>
              <w:bottom w:val="single" w:sz="4" w:space="0" w:color="FFFFFF"/>
              <w:right w:val="single" w:sz="4" w:space="0" w:color="FFFFFF"/>
            </w:tcBorders>
            <w:shd w:val="clear" w:color="auto" w:fill="E27B3B"/>
          </w:tcPr>
          <w:p w14:paraId="57634318" w14:textId="77777777" w:rsidR="004F0655" w:rsidRDefault="004F0655" w:rsidP="006856D6">
            <w:pPr>
              <w:pStyle w:val="Body"/>
              <w:rPr>
                <w:lang w:val="nl-NL"/>
              </w:rPr>
            </w:pPr>
            <w:r>
              <w:rPr>
                <w:lang w:val="nl-NL"/>
              </w:rPr>
              <w:t>15</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1611CEA8" w14:textId="77777777" w:rsidR="004F0655" w:rsidRDefault="004F0655" w:rsidP="006856D6">
            <w:pPr>
              <w:pStyle w:val="Body"/>
              <w:rPr>
                <w:lang w:val="nl-NL"/>
              </w:rPr>
            </w:pPr>
            <w:r w:rsidRPr="00AD6F34">
              <w:rPr>
                <w:lang w:val="nl-NL"/>
              </w:rPr>
              <w:t xml:space="preserve">dat de </w:t>
            </w:r>
            <w:proofErr w:type="spellStart"/>
            <w:r w:rsidRPr="00AD6F34">
              <w:rPr>
                <w:lang w:val="nl-NL"/>
              </w:rPr>
              <w:t>wpb</w:t>
            </w:r>
            <w:proofErr w:type="spellEnd"/>
            <w:r w:rsidRPr="00AD6F34">
              <w:rPr>
                <w:lang w:val="nl-NL"/>
              </w:rPr>
              <w:t xml:space="preserve"> ook blijk geeft van twijfel of zoeken in eigen handelen.</w:t>
            </w:r>
          </w:p>
        </w:tc>
        <w:tc>
          <w:tcPr>
            <w:tcW w:w="932" w:type="pct"/>
            <w:tcBorders>
              <w:top w:val="single" w:sz="4" w:space="0" w:color="FFFFFF"/>
              <w:left w:val="single" w:sz="4" w:space="0" w:color="FFFFFF"/>
              <w:bottom w:val="single" w:sz="4" w:space="0" w:color="FFFFFF"/>
            </w:tcBorders>
            <w:shd w:val="clear" w:color="auto" w:fill="F4CEB6"/>
          </w:tcPr>
          <w:p w14:paraId="4431BBD4" w14:textId="77777777" w:rsidR="004F0655" w:rsidRDefault="004F0655" w:rsidP="006856D6">
            <w:pPr>
              <w:pStyle w:val="Body"/>
              <w:rPr>
                <w:lang w:val="nl-NL"/>
              </w:rPr>
            </w:pPr>
          </w:p>
        </w:tc>
      </w:tr>
      <w:tr w:rsidR="004F0655" w:rsidRPr="00F329F1" w14:paraId="2421F1DE" w14:textId="77777777" w:rsidTr="00C817E5">
        <w:tc>
          <w:tcPr>
            <w:tcW w:w="313" w:type="pct"/>
            <w:tcBorders>
              <w:top w:val="single" w:sz="4" w:space="0" w:color="FFFFFF"/>
              <w:bottom w:val="single" w:sz="4" w:space="0" w:color="FFFFFF"/>
              <w:right w:val="single" w:sz="4" w:space="0" w:color="FFFFFF"/>
            </w:tcBorders>
            <w:shd w:val="clear" w:color="auto" w:fill="E27B3B"/>
          </w:tcPr>
          <w:p w14:paraId="5F20312E" w14:textId="77777777" w:rsidR="004F0655" w:rsidRDefault="004F0655" w:rsidP="006856D6">
            <w:pPr>
              <w:pStyle w:val="Body"/>
              <w:rPr>
                <w:lang w:val="nl-NL"/>
              </w:rPr>
            </w:pPr>
            <w:r>
              <w:rPr>
                <w:lang w:val="nl-NL"/>
              </w:rPr>
              <w:t>16</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710B9A88" w14:textId="77777777" w:rsidR="004F0655" w:rsidRDefault="004F0655" w:rsidP="006856D6">
            <w:pPr>
              <w:pStyle w:val="Body"/>
              <w:rPr>
                <w:lang w:val="nl-NL"/>
              </w:rPr>
            </w:pPr>
            <w:r w:rsidRPr="00AD6F34">
              <w:rPr>
                <w:lang w:val="nl-NL"/>
              </w:rPr>
              <w:t>dat ik gestimuleerd word de theorie te koppelen aan mijn praktijk.</w:t>
            </w:r>
          </w:p>
        </w:tc>
        <w:tc>
          <w:tcPr>
            <w:tcW w:w="932" w:type="pct"/>
            <w:tcBorders>
              <w:top w:val="single" w:sz="4" w:space="0" w:color="FFFFFF"/>
              <w:left w:val="single" w:sz="4" w:space="0" w:color="FFFFFF"/>
              <w:bottom w:val="single" w:sz="4" w:space="0" w:color="FFFFFF"/>
            </w:tcBorders>
            <w:shd w:val="clear" w:color="auto" w:fill="F4CEB6"/>
          </w:tcPr>
          <w:p w14:paraId="65345807" w14:textId="77777777" w:rsidR="004F0655" w:rsidRDefault="004F0655" w:rsidP="006856D6">
            <w:pPr>
              <w:pStyle w:val="Body"/>
              <w:rPr>
                <w:lang w:val="nl-NL"/>
              </w:rPr>
            </w:pPr>
          </w:p>
        </w:tc>
      </w:tr>
      <w:tr w:rsidR="004F0655" w:rsidRPr="00F329F1" w14:paraId="290F06A5" w14:textId="77777777" w:rsidTr="00C817E5">
        <w:tc>
          <w:tcPr>
            <w:tcW w:w="313" w:type="pct"/>
            <w:tcBorders>
              <w:top w:val="single" w:sz="4" w:space="0" w:color="FFFFFF"/>
              <w:bottom w:val="single" w:sz="4" w:space="0" w:color="FFFFFF"/>
              <w:right w:val="single" w:sz="4" w:space="0" w:color="FFFFFF"/>
            </w:tcBorders>
            <w:shd w:val="clear" w:color="auto" w:fill="E27B3B"/>
          </w:tcPr>
          <w:p w14:paraId="454885A6" w14:textId="77777777" w:rsidR="004F0655" w:rsidRDefault="004F0655" w:rsidP="006856D6">
            <w:pPr>
              <w:pStyle w:val="Body"/>
              <w:rPr>
                <w:lang w:val="nl-NL"/>
              </w:rPr>
            </w:pPr>
            <w:r>
              <w:rPr>
                <w:lang w:val="nl-NL"/>
              </w:rPr>
              <w:t>17</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0A3C0D65" w14:textId="77777777" w:rsidR="004F0655" w:rsidRDefault="004F0655" w:rsidP="006856D6">
            <w:pPr>
              <w:pStyle w:val="Body"/>
              <w:rPr>
                <w:lang w:val="nl-NL"/>
              </w:rPr>
            </w:pPr>
            <w:r w:rsidRPr="00AD6F34">
              <w:rPr>
                <w:lang w:val="nl-NL"/>
              </w:rPr>
              <w:t xml:space="preserve">dat ik zicht krijg op mijn drijfveren en kernkwaliteiten (= kwaliteiten die onvervreemdbaar bij mijn persoon horen). </w:t>
            </w:r>
          </w:p>
        </w:tc>
        <w:tc>
          <w:tcPr>
            <w:tcW w:w="932" w:type="pct"/>
            <w:tcBorders>
              <w:top w:val="single" w:sz="4" w:space="0" w:color="FFFFFF"/>
              <w:left w:val="single" w:sz="4" w:space="0" w:color="FFFFFF"/>
              <w:bottom w:val="single" w:sz="4" w:space="0" w:color="FFFFFF"/>
            </w:tcBorders>
            <w:shd w:val="clear" w:color="auto" w:fill="F4CEB6"/>
          </w:tcPr>
          <w:p w14:paraId="3CDA983C" w14:textId="77777777" w:rsidR="004F0655" w:rsidRDefault="004F0655" w:rsidP="006856D6">
            <w:pPr>
              <w:pStyle w:val="Body"/>
              <w:rPr>
                <w:lang w:val="nl-NL"/>
              </w:rPr>
            </w:pPr>
          </w:p>
        </w:tc>
      </w:tr>
      <w:tr w:rsidR="004F0655" w:rsidRPr="00F329F1" w14:paraId="2765B37F" w14:textId="77777777" w:rsidTr="00C817E5">
        <w:tc>
          <w:tcPr>
            <w:tcW w:w="313" w:type="pct"/>
            <w:tcBorders>
              <w:top w:val="single" w:sz="4" w:space="0" w:color="FFFFFF"/>
              <w:bottom w:val="single" w:sz="4" w:space="0" w:color="FFFFFF"/>
              <w:right w:val="single" w:sz="4" w:space="0" w:color="FFFFFF"/>
            </w:tcBorders>
            <w:shd w:val="clear" w:color="auto" w:fill="E27B3B"/>
          </w:tcPr>
          <w:p w14:paraId="407EC168" w14:textId="77777777" w:rsidR="004F0655" w:rsidRDefault="004F0655" w:rsidP="006856D6">
            <w:pPr>
              <w:pStyle w:val="Body"/>
              <w:rPr>
                <w:lang w:val="nl-NL"/>
              </w:rPr>
            </w:pPr>
            <w:r>
              <w:rPr>
                <w:lang w:val="nl-NL"/>
              </w:rPr>
              <w:t>18</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59CE87F9" w14:textId="77777777" w:rsidR="004F0655" w:rsidRDefault="004F0655" w:rsidP="006856D6">
            <w:pPr>
              <w:pStyle w:val="Body"/>
              <w:rPr>
                <w:lang w:val="nl-NL"/>
              </w:rPr>
            </w:pPr>
            <w:r w:rsidRPr="00AD6F34">
              <w:rPr>
                <w:lang w:val="nl-NL"/>
              </w:rPr>
              <w:t>dat ik zicht krijg op welk issue voor mij het belangrijkst is om me in te gaan ontwikkelen.</w:t>
            </w:r>
          </w:p>
        </w:tc>
        <w:tc>
          <w:tcPr>
            <w:tcW w:w="932" w:type="pct"/>
            <w:tcBorders>
              <w:top w:val="single" w:sz="4" w:space="0" w:color="FFFFFF"/>
              <w:left w:val="single" w:sz="4" w:space="0" w:color="FFFFFF"/>
              <w:bottom w:val="single" w:sz="4" w:space="0" w:color="FFFFFF"/>
            </w:tcBorders>
            <w:shd w:val="clear" w:color="auto" w:fill="F4CEB6"/>
          </w:tcPr>
          <w:p w14:paraId="63434973" w14:textId="77777777" w:rsidR="004F0655" w:rsidRDefault="004F0655" w:rsidP="006856D6">
            <w:pPr>
              <w:pStyle w:val="Body"/>
              <w:rPr>
                <w:lang w:val="nl-NL"/>
              </w:rPr>
            </w:pPr>
          </w:p>
        </w:tc>
      </w:tr>
      <w:tr w:rsidR="004F0655" w:rsidRPr="00F329F1" w14:paraId="0DFAE638" w14:textId="77777777" w:rsidTr="00C817E5">
        <w:tc>
          <w:tcPr>
            <w:tcW w:w="313" w:type="pct"/>
            <w:tcBorders>
              <w:top w:val="single" w:sz="4" w:space="0" w:color="FFFFFF"/>
              <w:bottom w:val="single" w:sz="4" w:space="0" w:color="FFFFFF"/>
              <w:right w:val="single" w:sz="4" w:space="0" w:color="FFFFFF"/>
            </w:tcBorders>
            <w:shd w:val="clear" w:color="auto" w:fill="E27B3B"/>
          </w:tcPr>
          <w:p w14:paraId="03A3C623" w14:textId="77777777" w:rsidR="004F0655" w:rsidRDefault="004F0655" w:rsidP="006856D6">
            <w:pPr>
              <w:pStyle w:val="Body"/>
              <w:rPr>
                <w:lang w:val="nl-NL"/>
              </w:rPr>
            </w:pPr>
            <w:r>
              <w:rPr>
                <w:lang w:val="nl-NL"/>
              </w:rPr>
              <w:t>19</w:t>
            </w:r>
          </w:p>
          <w:p w14:paraId="3CF4ECA1" w14:textId="77777777" w:rsidR="004F0655" w:rsidRPr="00AD6F34" w:rsidRDefault="004F0655" w:rsidP="006856D6">
            <w:pPr>
              <w:rPr>
                <w:lang w:val="nl-NL"/>
              </w:rPr>
            </w:pP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1B26B402" w14:textId="77777777" w:rsidR="004F0655" w:rsidRDefault="004F0655" w:rsidP="006856D6">
            <w:pPr>
              <w:pStyle w:val="Body"/>
              <w:rPr>
                <w:lang w:val="nl-NL"/>
              </w:rPr>
            </w:pPr>
            <w:r w:rsidRPr="00AD6F34">
              <w:rPr>
                <w:lang w:val="nl-NL"/>
              </w:rPr>
              <w:t>dat ik zelf gestimuleerd word zoveel mogelijk theorie/ bronnen aan te dragen die mijn leren versterkt.</w:t>
            </w:r>
          </w:p>
        </w:tc>
        <w:tc>
          <w:tcPr>
            <w:tcW w:w="932" w:type="pct"/>
            <w:tcBorders>
              <w:top w:val="single" w:sz="4" w:space="0" w:color="FFFFFF"/>
              <w:left w:val="single" w:sz="4" w:space="0" w:color="FFFFFF"/>
              <w:bottom w:val="single" w:sz="4" w:space="0" w:color="FFFFFF"/>
            </w:tcBorders>
            <w:shd w:val="clear" w:color="auto" w:fill="F4CEB6"/>
          </w:tcPr>
          <w:p w14:paraId="36D46A33" w14:textId="77777777" w:rsidR="004F0655" w:rsidRDefault="004F0655" w:rsidP="006856D6">
            <w:pPr>
              <w:pStyle w:val="Body"/>
              <w:rPr>
                <w:lang w:val="nl-NL"/>
              </w:rPr>
            </w:pPr>
          </w:p>
        </w:tc>
      </w:tr>
      <w:tr w:rsidR="004F0655" w:rsidRPr="00F329F1" w14:paraId="08DFD1AA" w14:textId="77777777" w:rsidTr="00C817E5">
        <w:tc>
          <w:tcPr>
            <w:tcW w:w="313" w:type="pct"/>
            <w:tcBorders>
              <w:top w:val="single" w:sz="4" w:space="0" w:color="FFFFFF"/>
              <w:right w:val="single" w:sz="4" w:space="0" w:color="FFFFFF"/>
            </w:tcBorders>
            <w:shd w:val="clear" w:color="auto" w:fill="E27B3B"/>
          </w:tcPr>
          <w:p w14:paraId="6D5EB4F4" w14:textId="77777777" w:rsidR="004F0655" w:rsidRDefault="004F0655" w:rsidP="006856D6">
            <w:pPr>
              <w:pStyle w:val="Body"/>
              <w:rPr>
                <w:lang w:val="nl-NL"/>
              </w:rPr>
            </w:pPr>
            <w:r>
              <w:rPr>
                <w:lang w:val="nl-NL"/>
              </w:rPr>
              <w:t>20</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6550E0D6" w14:textId="77777777" w:rsidR="004F0655" w:rsidRDefault="004F0655" w:rsidP="006856D6">
            <w:pPr>
              <w:pStyle w:val="Body"/>
              <w:rPr>
                <w:lang w:val="nl-NL"/>
              </w:rPr>
            </w:pPr>
            <w:r w:rsidRPr="00AD6F34">
              <w:rPr>
                <w:lang w:val="nl-NL"/>
              </w:rPr>
              <w:t>dat me gevraagd wordt wat ik al in de opleiding heb gelezen/ gehoord.</w:t>
            </w:r>
          </w:p>
        </w:tc>
        <w:tc>
          <w:tcPr>
            <w:tcW w:w="932" w:type="pct"/>
            <w:tcBorders>
              <w:top w:val="single" w:sz="4" w:space="0" w:color="FFFFFF"/>
              <w:left w:val="single" w:sz="4" w:space="0" w:color="FFFFFF"/>
            </w:tcBorders>
            <w:shd w:val="clear" w:color="auto" w:fill="F4CEB6"/>
          </w:tcPr>
          <w:p w14:paraId="6ACE56AB" w14:textId="77777777" w:rsidR="004F0655" w:rsidRDefault="004F0655" w:rsidP="006856D6">
            <w:pPr>
              <w:pStyle w:val="Body"/>
              <w:rPr>
                <w:lang w:val="nl-NL"/>
              </w:rPr>
            </w:pPr>
          </w:p>
        </w:tc>
      </w:tr>
      <w:tr w:rsidR="004F0655" w:rsidRPr="00F329F1" w14:paraId="53D6A881" w14:textId="77777777" w:rsidTr="00C817E5">
        <w:tc>
          <w:tcPr>
            <w:tcW w:w="313" w:type="pct"/>
            <w:tcBorders>
              <w:bottom w:val="single" w:sz="4" w:space="0" w:color="FFFFFF"/>
              <w:right w:val="single" w:sz="4" w:space="0" w:color="FFFFFF"/>
            </w:tcBorders>
            <w:shd w:val="clear" w:color="auto" w:fill="E27B3B"/>
          </w:tcPr>
          <w:p w14:paraId="0D7B1DD5" w14:textId="77777777" w:rsidR="004F0655" w:rsidRDefault="004F0655" w:rsidP="006856D6">
            <w:pPr>
              <w:pStyle w:val="Body"/>
              <w:rPr>
                <w:lang w:val="nl-NL"/>
              </w:rPr>
            </w:pPr>
            <w:r>
              <w:rPr>
                <w:lang w:val="nl-NL"/>
              </w:rPr>
              <w:t>21</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47343B43" w14:textId="77777777" w:rsidR="004F0655" w:rsidRDefault="004F0655" w:rsidP="006856D6">
            <w:pPr>
              <w:pStyle w:val="Body"/>
              <w:rPr>
                <w:lang w:val="nl-NL"/>
              </w:rPr>
            </w:pPr>
            <w:r w:rsidRPr="00AD6F34">
              <w:rPr>
                <w:lang w:val="nl-NL"/>
              </w:rPr>
              <w:t>dat we samen (mijn begeleider en ik) mijn handelen en overtuigingen analyseren/ interpreteren.</w:t>
            </w:r>
          </w:p>
        </w:tc>
        <w:tc>
          <w:tcPr>
            <w:tcW w:w="932" w:type="pct"/>
            <w:tcBorders>
              <w:left w:val="single" w:sz="4" w:space="0" w:color="FFFFFF"/>
              <w:bottom w:val="single" w:sz="4" w:space="0" w:color="FFFFFF"/>
            </w:tcBorders>
            <w:shd w:val="clear" w:color="auto" w:fill="F4CEB6"/>
          </w:tcPr>
          <w:p w14:paraId="39D24CBC" w14:textId="77777777" w:rsidR="004F0655" w:rsidRDefault="004F0655" w:rsidP="006856D6">
            <w:pPr>
              <w:pStyle w:val="Body"/>
              <w:rPr>
                <w:lang w:val="nl-NL"/>
              </w:rPr>
            </w:pPr>
          </w:p>
        </w:tc>
      </w:tr>
      <w:tr w:rsidR="004F0655" w:rsidRPr="00F329F1" w14:paraId="3F180461" w14:textId="77777777" w:rsidTr="00C817E5">
        <w:tc>
          <w:tcPr>
            <w:tcW w:w="313" w:type="pct"/>
            <w:tcBorders>
              <w:top w:val="single" w:sz="4" w:space="0" w:color="FFFFFF"/>
              <w:bottom w:val="single" w:sz="4" w:space="0" w:color="FFFFFF"/>
              <w:right w:val="single" w:sz="4" w:space="0" w:color="FFFFFF"/>
            </w:tcBorders>
            <w:shd w:val="clear" w:color="auto" w:fill="E27B3B"/>
          </w:tcPr>
          <w:p w14:paraId="6D0B3F64" w14:textId="77777777" w:rsidR="004F0655" w:rsidRDefault="004F0655" w:rsidP="006856D6">
            <w:pPr>
              <w:pStyle w:val="Body"/>
              <w:rPr>
                <w:lang w:val="nl-NL"/>
              </w:rPr>
            </w:pPr>
            <w:r>
              <w:rPr>
                <w:lang w:val="nl-NL"/>
              </w:rPr>
              <w:t>22</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638BDA0F" w14:textId="77777777" w:rsidR="004F0655" w:rsidRDefault="004F0655" w:rsidP="006856D6">
            <w:pPr>
              <w:pStyle w:val="Body"/>
              <w:rPr>
                <w:lang w:val="nl-NL"/>
              </w:rPr>
            </w:pPr>
            <w:r w:rsidRPr="00AD6F34">
              <w:rPr>
                <w:lang w:val="nl-NL"/>
              </w:rPr>
              <w:t>dat mijn zorgen gerelativeerd worden.</w:t>
            </w:r>
          </w:p>
        </w:tc>
        <w:tc>
          <w:tcPr>
            <w:tcW w:w="932" w:type="pct"/>
            <w:tcBorders>
              <w:top w:val="single" w:sz="4" w:space="0" w:color="FFFFFF"/>
              <w:left w:val="single" w:sz="4" w:space="0" w:color="FFFFFF"/>
              <w:bottom w:val="single" w:sz="4" w:space="0" w:color="FFFFFF"/>
            </w:tcBorders>
            <w:shd w:val="clear" w:color="auto" w:fill="F4CEB6"/>
          </w:tcPr>
          <w:p w14:paraId="07395FAC" w14:textId="77777777" w:rsidR="004F0655" w:rsidRDefault="004F0655" w:rsidP="006856D6">
            <w:pPr>
              <w:pStyle w:val="Body"/>
              <w:rPr>
                <w:lang w:val="nl-NL"/>
              </w:rPr>
            </w:pPr>
          </w:p>
        </w:tc>
      </w:tr>
      <w:tr w:rsidR="004F0655" w:rsidRPr="00F329F1" w14:paraId="03A41711" w14:textId="77777777" w:rsidTr="00C817E5">
        <w:tc>
          <w:tcPr>
            <w:tcW w:w="313" w:type="pct"/>
            <w:tcBorders>
              <w:top w:val="single" w:sz="4" w:space="0" w:color="FFFFFF"/>
              <w:right w:val="single" w:sz="4" w:space="0" w:color="FFFFFF"/>
            </w:tcBorders>
            <w:shd w:val="clear" w:color="auto" w:fill="E27B3B"/>
          </w:tcPr>
          <w:p w14:paraId="176CCE3D" w14:textId="77777777" w:rsidR="004F0655" w:rsidRDefault="004F0655" w:rsidP="006856D6">
            <w:pPr>
              <w:pStyle w:val="Body"/>
              <w:rPr>
                <w:lang w:val="nl-NL"/>
              </w:rPr>
            </w:pPr>
            <w:r>
              <w:rPr>
                <w:lang w:val="nl-NL"/>
              </w:rPr>
              <w:t>23</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4430BB33" w14:textId="77777777" w:rsidR="004F0655" w:rsidRDefault="004F0655" w:rsidP="006856D6">
            <w:pPr>
              <w:pStyle w:val="Body"/>
              <w:rPr>
                <w:lang w:val="nl-NL"/>
              </w:rPr>
            </w:pPr>
            <w:r w:rsidRPr="00AD6F34">
              <w:rPr>
                <w:lang w:val="nl-NL"/>
              </w:rPr>
              <w:t>dat we niet alleen kijken naar praktische oplossingen van een probleem, maar ook naar hoe ik dat probleem interpreteer.</w:t>
            </w:r>
          </w:p>
        </w:tc>
        <w:tc>
          <w:tcPr>
            <w:tcW w:w="932" w:type="pct"/>
            <w:tcBorders>
              <w:top w:val="single" w:sz="4" w:space="0" w:color="FFFFFF"/>
              <w:left w:val="single" w:sz="4" w:space="0" w:color="FFFFFF"/>
            </w:tcBorders>
            <w:shd w:val="clear" w:color="auto" w:fill="F4CEB6"/>
          </w:tcPr>
          <w:p w14:paraId="1C8A607B" w14:textId="77777777" w:rsidR="004F0655" w:rsidRDefault="004F0655" w:rsidP="006856D6">
            <w:pPr>
              <w:pStyle w:val="Body"/>
              <w:rPr>
                <w:lang w:val="nl-NL"/>
              </w:rPr>
            </w:pPr>
          </w:p>
        </w:tc>
      </w:tr>
      <w:tr w:rsidR="004F0655" w:rsidRPr="00F329F1" w14:paraId="01034920" w14:textId="77777777" w:rsidTr="00C817E5">
        <w:tc>
          <w:tcPr>
            <w:tcW w:w="313" w:type="pct"/>
            <w:tcBorders>
              <w:bottom w:val="single" w:sz="4" w:space="0" w:color="FFFFFF"/>
              <w:right w:val="single" w:sz="4" w:space="0" w:color="FFFFFF"/>
            </w:tcBorders>
            <w:shd w:val="clear" w:color="auto" w:fill="E27B3B"/>
          </w:tcPr>
          <w:p w14:paraId="4915AC7C" w14:textId="77777777" w:rsidR="004F0655" w:rsidRDefault="004F0655" w:rsidP="006856D6">
            <w:pPr>
              <w:pStyle w:val="Body"/>
              <w:rPr>
                <w:lang w:val="nl-NL"/>
              </w:rPr>
            </w:pPr>
            <w:r>
              <w:rPr>
                <w:lang w:val="nl-NL"/>
              </w:rPr>
              <w:t>24</w:t>
            </w:r>
          </w:p>
        </w:tc>
        <w:tc>
          <w:tcPr>
            <w:tcW w:w="3755" w:type="pct"/>
            <w:tcBorders>
              <w:top w:val="single" w:sz="4" w:space="0" w:color="FFFFFF"/>
              <w:left w:val="single" w:sz="4" w:space="0" w:color="FFFFFF"/>
              <w:bottom w:val="single" w:sz="4" w:space="0" w:color="FFFFFF"/>
              <w:right w:val="single" w:sz="4" w:space="0" w:color="FFFFFF"/>
            </w:tcBorders>
            <w:shd w:val="clear" w:color="auto" w:fill="EBA275"/>
          </w:tcPr>
          <w:p w14:paraId="5F86EB8F" w14:textId="77777777" w:rsidR="004F0655" w:rsidRDefault="004F0655" w:rsidP="006856D6">
            <w:pPr>
              <w:pStyle w:val="Body"/>
              <w:rPr>
                <w:lang w:val="nl-NL"/>
              </w:rPr>
            </w:pPr>
            <w:r w:rsidRPr="00AD6F34">
              <w:rPr>
                <w:lang w:val="nl-NL"/>
              </w:rPr>
              <w:t xml:space="preserve">Dat ik ruimte krijg te experimenteren en (laagdrempelig) te participeren in de school.  </w:t>
            </w:r>
          </w:p>
        </w:tc>
        <w:tc>
          <w:tcPr>
            <w:tcW w:w="932" w:type="pct"/>
            <w:tcBorders>
              <w:left w:val="single" w:sz="4" w:space="0" w:color="FFFFFF"/>
              <w:bottom w:val="single" w:sz="4" w:space="0" w:color="FFFFFF"/>
            </w:tcBorders>
            <w:shd w:val="clear" w:color="auto" w:fill="F4CEB6"/>
          </w:tcPr>
          <w:p w14:paraId="5607B6F9" w14:textId="77777777" w:rsidR="004F0655" w:rsidRDefault="004F0655" w:rsidP="006856D6">
            <w:pPr>
              <w:pStyle w:val="Body"/>
              <w:rPr>
                <w:lang w:val="nl-NL"/>
              </w:rPr>
            </w:pPr>
          </w:p>
        </w:tc>
      </w:tr>
      <w:tr w:rsidR="004F0655" w:rsidRPr="00F329F1" w14:paraId="603CD5E3" w14:textId="77777777" w:rsidTr="00C817E5">
        <w:tc>
          <w:tcPr>
            <w:tcW w:w="313" w:type="pct"/>
            <w:tcBorders>
              <w:top w:val="single" w:sz="4" w:space="0" w:color="FFFFFF"/>
              <w:bottom w:val="single" w:sz="4" w:space="0" w:color="FFFFFF" w:themeColor="background1"/>
              <w:right w:val="single" w:sz="4" w:space="0" w:color="FFFFFF"/>
            </w:tcBorders>
            <w:shd w:val="clear" w:color="auto" w:fill="E27B3B"/>
          </w:tcPr>
          <w:p w14:paraId="7618FBDB" w14:textId="77777777" w:rsidR="004F0655" w:rsidRDefault="004F0655" w:rsidP="006856D6">
            <w:pPr>
              <w:pStyle w:val="Body"/>
              <w:rPr>
                <w:lang w:val="nl-NL"/>
              </w:rPr>
            </w:pPr>
            <w:r>
              <w:rPr>
                <w:lang w:val="nl-NL"/>
              </w:rPr>
              <w:t>25</w:t>
            </w:r>
          </w:p>
        </w:tc>
        <w:tc>
          <w:tcPr>
            <w:tcW w:w="3755" w:type="pct"/>
            <w:tcBorders>
              <w:top w:val="single" w:sz="4" w:space="0" w:color="FFFFFF"/>
              <w:left w:val="single" w:sz="4" w:space="0" w:color="FFFFFF"/>
              <w:bottom w:val="single" w:sz="4" w:space="0" w:color="FFFFFF" w:themeColor="background1"/>
              <w:right w:val="single" w:sz="4" w:space="0" w:color="FFFFFF"/>
            </w:tcBorders>
            <w:shd w:val="clear" w:color="auto" w:fill="EBA275"/>
          </w:tcPr>
          <w:p w14:paraId="3782F958" w14:textId="77777777" w:rsidR="004F0655" w:rsidRDefault="004F0655" w:rsidP="006856D6">
            <w:pPr>
              <w:pStyle w:val="Body"/>
              <w:rPr>
                <w:lang w:val="nl-NL"/>
              </w:rPr>
            </w:pPr>
            <w:r w:rsidRPr="00AD6F34">
              <w:rPr>
                <w:lang w:val="nl-NL"/>
              </w:rPr>
              <w:t>Dat ik met ervaren collega</w:t>
            </w:r>
            <w:r w:rsidRPr="00AD6F34">
              <w:rPr>
                <w:rFonts w:hint="cs"/>
                <w:lang w:val="nl-NL"/>
              </w:rPr>
              <w:t>’</w:t>
            </w:r>
            <w:r w:rsidRPr="00AD6F34">
              <w:rPr>
                <w:lang w:val="nl-NL"/>
              </w:rPr>
              <w:t xml:space="preserve">s en/of experts kan sparren/samenwerken. </w:t>
            </w:r>
          </w:p>
        </w:tc>
        <w:tc>
          <w:tcPr>
            <w:tcW w:w="932" w:type="pct"/>
            <w:tcBorders>
              <w:top w:val="single" w:sz="4" w:space="0" w:color="FFFFFF"/>
              <w:left w:val="single" w:sz="4" w:space="0" w:color="FFFFFF"/>
              <w:bottom w:val="single" w:sz="4" w:space="0" w:color="FFFFFF" w:themeColor="background1"/>
            </w:tcBorders>
            <w:shd w:val="clear" w:color="auto" w:fill="F4CEB6"/>
          </w:tcPr>
          <w:p w14:paraId="36A482DB" w14:textId="77777777" w:rsidR="004F0655" w:rsidRDefault="004F0655" w:rsidP="006856D6">
            <w:pPr>
              <w:pStyle w:val="Body"/>
              <w:rPr>
                <w:lang w:val="nl-NL"/>
              </w:rPr>
            </w:pPr>
          </w:p>
        </w:tc>
      </w:tr>
    </w:tbl>
    <w:p w14:paraId="18543C65" w14:textId="738C922F" w:rsidR="00703A23" w:rsidRPr="00994F06" w:rsidRDefault="00703A23" w:rsidP="00E91630">
      <w:pPr>
        <w:pStyle w:val="Body"/>
        <w:spacing w:after="0"/>
        <w:ind w:left="720"/>
        <w:rPr>
          <w:lang w:val="nl-NL"/>
        </w:rPr>
      </w:pPr>
    </w:p>
    <w:sectPr w:rsidR="00703A23" w:rsidRPr="00994F06" w:rsidSect="00322FCD">
      <w:headerReference w:type="default" r:id="rId13"/>
      <w:footerReference w:type="default" r:id="rId14"/>
      <w:pgSz w:w="11900" w:h="16820"/>
      <w:pgMar w:top="2155" w:right="1701" w:bottom="198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8B37D" w14:textId="77777777" w:rsidR="00B61B03" w:rsidRDefault="00B61B03">
      <w:pPr>
        <w:spacing w:after="0" w:line="240" w:lineRule="auto"/>
      </w:pPr>
      <w:r>
        <w:separator/>
      </w:r>
    </w:p>
  </w:endnote>
  <w:endnote w:type="continuationSeparator" w:id="0">
    <w:p w14:paraId="24825206" w14:textId="77777777" w:rsidR="00B61B03" w:rsidRDefault="00B61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w:panose1 w:val="00000000000000000000"/>
    <w:charset w:val="00"/>
    <w:family w:val="auto"/>
    <w:pitch w:val="variable"/>
    <w:sig w:usb0="00000027" w:usb1="00000000" w:usb2="00000000" w:usb3="00000000" w:csb0="00000083" w:csb1="00000000"/>
  </w:font>
  <w:font w:name="Myriad Pro">
    <w:altName w:val="Segoe UI"/>
    <w:panose1 w:val="00000000000000000000"/>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E0002AFF" w:usb1="C0007843" w:usb2="00000009" w:usb3="00000000" w:csb0="000001FF" w:csb1="00000000"/>
  </w:font>
  <w:font w:name="Zilla Slab Light">
    <w:panose1 w:val="00000000000000000000"/>
    <w:charset w:val="00"/>
    <w:family w:val="auto"/>
    <w:pitch w:val="variable"/>
    <w:sig w:usb0="A00000FF" w:usb1="5001E47B" w:usb2="00000000" w:usb3="00000000" w:csb0="0000009B"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5B0FB" w14:textId="77777777" w:rsidR="00F940A0" w:rsidRDefault="00921A7A" w:rsidP="00306924">
    <w:pPr>
      <w:pStyle w:val="Footer"/>
      <w:ind w:firstLine="720"/>
    </w:pPr>
    <w:r>
      <w:rPr>
        <w:noProof/>
      </w:rPr>
      <mc:AlternateContent>
        <mc:Choice Requires="wps">
          <w:drawing>
            <wp:anchor distT="0" distB="0" distL="114300" distR="114300" simplePos="0" relativeHeight="251661824" behindDoc="0" locked="0" layoutInCell="1" allowOverlap="1" wp14:anchorId="66736F30" wp14:editId="78789F6C">
              <wp:simplePos x="0" y="0"/>
              <wp:positionH relativeFrom="column">
                <wp:posOffset>5825490</wp:posOffset>
              </wp:positionH>
              <wp:positionV relativeFrom="paragraph">
                <wp:posOffset>189066</wp:posOffset>
              </wp:positionV>
              <wp:extent cx="658800" cy="255600"/>
              <wp:effectExtent l="0" t="0" r="0" b="0"/>
              <wp:wrapNone/>
              <wp:docPr id="2114021910" name="Tekstvak 6"/>
              <wp:cNvGraphicFramePr/>
              <a:graphic xmlns:a="http://schemas.openxmlformats.org/drawingml/2006/main">
                <a:graphicData uri="http://schemas.microsoft.com/office/word/2010/wordprocessingShape">
                  <wps:wsp>
                    <wps:cNvSpPr txBox="1"/>
                    <wps:spPr>
                      <a:xfrm>
                        <a:off x="0" y="0"/>
                        <a:ext cx="658800" cy="255600"/>
                      </a:xfrm>
                      <a:prstGeom prst="rect">
                        <a:avLst/>
                      </a:prstGeom>
                      <a:noFill/>
                      <a:ln w="6350">
                        <a:noFill/>
                      </a:ln>
                    </wps:spPr>
                    <wps:txbx>
                      <w:txbxContent>
                        <w:p w14:paraId="2C494128" w14:textId="77777777" w:rsidR="00921A7A" w:rsidRPr="00921A7A" w:rsidRDefault="00552DF7" w:rsidP="00921A7A">
                          <w:pPr>
                            <w:jc w:val="righ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736F30" id="_x0000_t202" coordsize="21600,21600" o:spt="202" path="m,l,21600r21600,l21600,xe">
              <v:stroke joinstyle="miter"/>
              <v:path gradientshapeok="t" o:connecttype="rect"/>
            </v:shapetype>
            <v:shape id="Tekstvak 6" o:spid="_x0000_s1026" type="#_x0000_t202" style="position:absolute;left:0;text-align:left;margin-left:458.7pt;margin-top:14.9pt;width:51.85pt;height:20.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" filled="f" stroked="f" strokeweight=".5pt">
              <v:textbox>
                <w:txbxContent>
                  <w:p w14:paraId="2C494128" w14:textId="77777777" w:rsidR="00921A7A" w:rsidRPr="00921A7A" w:rsidRDefault="00552DF7" w:rsidP="00921A7A">
                    <w:pPr>
                      <w:jc w:val="righ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p>
                </w:txbxContent>
              </v:textbox>
            </v:shape>
          </w:pict>
        </mc:Fallback>
      </mc:AlternateContent>
    </w:r>
    <w:r w:rsidR="00306924">
      <w:rPr>
        <w:noProof/>
      </w:rPr>
      <w:drawing>
        <wp:anchor distT="0" distB="0" distL="114300" distR="114300" simplePos="0" relativeHeight="251658752" behindDoc="1" locked="0" layoutInCell="1" allowOverlap="1" wp14:anchorId="419BDB37" wp14:editId="6D513955">
          <wp:simplePos x="0" y="0"/>
          <wp:positionH relativeFrom="column">
            <wp:posOffset>-716280</wp:posOffset>
          </wp:positionH>
          <wp:positionV relativeFrom="paragraph">
            <wp:posOffset>-295822</wp:posOffset>
          </wp:positionV>
          <wp:extent cx="7560000" cy="898386"/>
          <wp:effectExtent l="0" t="0" r="0" b="3810"/>
          <wp:wrapNone/>
          <wp:docPr id="613053680"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15579" name="Graphic 1499915579"/>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898386"/>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606F1" w14:textId="77777777" w:rsidR="000467C4" w:rsidRDefault="00552DF7" w:rsidP="00306924">
    <w:pPr>
      <w:pStyle w:val="Footer"/>
      <w:ind w:firstLine="720"/>
    </w:pPr>
    <w:r>
      <w:rPr>
        <w:noProof/>
      </w:rPr>
      <mc:AlternateContent>
        <mc:Choice Requires="wps">
          <w:drawing>
            <wp:anchor distT="0" distB="0" distL="114300" distR="114300" simplePos="0" relativeHeight="251663872" behindDoc="0" locked="0" layoutInCell="1" allowOverlap="1" wp14:anchorId="3FBFEE24" wp14:editId="0755F3AD">
              <wp:simplePos x="0" y="0"/>
              <wp:positionH relativeFrom="column">
                <wp:posOffset>5825490</wp:posOffset>
              </wp:positionH>
              <wp:positionV relativeFrom="paragraph">
                <wp:posOffset>-347283</wp:posOffset>
              </wp:positionV>
              <wp:extent cx="658800" cy="255600"/>
              <wp:effectExtent l="0" t="0" r="0" b="0"/>
              <wp:wrapNone/>
              <wp:docPr id="1022530935" name="Tekstvak 6"/>
              <wp:cNvGraphicFramePr/>
              <a:graphic xmlns:a="http://schemas.openxmlformats.org/drawingml/2006/main">
                <a:graphicData uri="http://schemas.microsoft.com/office/word/2010/wordprocessingShape">
                  <wps:wsp>
                    <wps:cNvSpPr txBox="1"/>
                    <wps:spPr>
                      <a:xfrm>
                        <a:off x="0" y="0"/>
                        <a:ext cx="658800" cy="255600"/>
                      </a:xfrm>
                      <a:prstGeom prst="rect">
                        <a:avLst/>
                      </a:prstGeom>
                      <a:noFill/>
                      <a:ln w="6350">
                        <a:noFill/>
                      </a:ln>
                    </wps:spPr>
                    <wps:txbx>
                      <w:txbxContent>
                        <w:p w14:paraId="12BBDAC5" w14:textId="77777777" w:rsidR="00552DF7" w:rsidRPr="00921A7A" w:rsidRDefault="00552DF7" w:rsidP="00552DF7">
                          <w:pPr>
                            <w:jc w:val="righ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BFEE24" id="_x0000_t202" coordsize="21600,21600" o:spt="202" path="m,l,21600r21600,l21600,xe">
              <v:stroke joinstyle="miter"/>
              <v:path gradientshapeok="t" o:connecttype="rect"/>
            </v:shapetype>
            <v:shape id="_x0000_s1027" type="#_x0000_t202" style="position:absolute;left:0;text-align:left;margin-left:458.7pt;margin-top:-27.35pt;width:51.85pt;height:20.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" filled="f" stroked="f" strokeweight=".5pt">
              <v:textbox>
                <w:txbxContent>
                  <w:p w14:paraId="12BBDAC5" w14:textId="77777777" w:rsidR="00552DF7" w:rsidRPr="00921A7A" w:rsidRDefault="00552DF7" w:rsidP="00552DF7">
                    <w:pPr>
                      <w:jc w:val="righ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p>
                </w:txbxContent>
              </v:textbox>
            </v:shape>
          </w:pict>
        </mc:Fallback>
      </mc:AlternateContent>
    </w:r>
    <w:r w:rsidR="000467C4">
      <w:rPr>
        <w:noProof/>
      </w:rPr>
      <w:drawing>
        <wp:anchor distT="0" distB="0" distL="114300" distR="114300" simplePos="0" relativeHeight="251660800" behindDoc="1" locked="0" layoutInCell="1" allowOverlap="1" wp14:anchorId="59E4DB8C" wp14:editId="229A2FC9">
          <wp:simplePos x="0" y="0"/>
          <wp:positionH relativeFrom="column">
            <wp:posOffset>-713906</wp:posOffset>
          </wp:positionH>
          <wp:positionV relativeFrom="paragraph">
            <wp:posOffset>-299085</wp:posOffset>
          </wp:positionV>
          <wp:extent cx="7560000" cy="896376"/>
          <wp:effectExtent l="0" t="0" r="0" b="5715"/>
          <wp:wrapNone/>
          <wp:docPr id="46883571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835710" name="Graphic 468835710"/>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89637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B0162" w14:textId="77777777" w:rsidR="00B61B03" w:rsidRDefault="00B61B03">
      <w:pPr>
        <w:spacing w:after="0" w:line="240" w:lineRule="auto"/>
      </w:pPr>
      <w:r>
        <w:separator/>
      </w:r>
    </w:p>
  </w:footnote>
  <w:footnote w:type="continuationSeparator" w:id="0">
    <w:p w14:paraId="75584DDF" w14:textId="77777777" w:rsidR="00B61B03" w:rsidRDefault="00B61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FDD9" w14:textId="77777777" w:rsidR="00F940A0" w:rsidRDefault="00C66DB3">
    <w:pPr>
      <w:pStyle w:val="Header"/>
    </w:pPr>
    <w:r>
      <w:rPr>
        <w:noProof/>
      </w:rPr>
      <w:drawing>
        <wp:anchor distT="0" distB="0" distL="114300" distR="114300" simplePos="0" relativeHeight="251657728" behindDoc="1" locked="0" layoutInCell="1" allowOverlap="1" wp14:anchorId="5D32FB6F" wp14:editId="6C99C163">
          <wp:simplePos x="0" y="0"/>
          <wp:positionH relativeFrom="page">
            <wp:posOffset>-3164</wp:posOffset>
          </wp:positionH>
          <wp:positionV relativeFrom="page">
            <wp:posOffset>0</wp:posOffset>
          </wp:positionV>
          <wp:extent cx="7559675" cy="2224704"/>
          <wp:effectExtent l="0" t="0" r="0" b="0"/>
          <wp:wrapNone/>
          <wp:docPr id="7244366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39758" name="Graphic 1835839758"/>
                  <pic:cNvPicPr/>
                </pic:nvPicPr>
                <pic:blipFill>
                  <a:blip r:embed="rId1">
                    <a:extLst>
                      <a:ext uri="{96DAC541-7B7A-43D3-8B79-37D633B846F1}">
                        <asvg:svgBlip xmlns:asvg="http://schemas.microsoft.com/office/drawing/2016/SVG/main" r:embed="rId2"/>
                      </a:ext>
                    </a:extLst>
                  </a:blip>
                  <a:stretch>
                    <a:fillRect/>
                  </a:stretch>
                </pic:blipFill>
                <pic:spPr>
                  <a:xfrm>
                    <a:off x="0" y="0"/>
                    <a:ext cx="7559675" cy="222470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EDDF5" w14:textId="73B5F878" w:rsidR="00082593" w:rsidRDefault="00082593">
    <w:pPr>
      <w:pStyle w:val="Header"/>
    </w:pPr>
    <w:r>
      <w:rPr>
        <w:noProof/>
      </w:rPr>
      <w:drawing>
        <wp:anchor distT="0" distB="0" distL="114300" distR="114300" simplePos="0" relativeHeight="251665920" behindDoc="1" locked="0" layoutInCell="1" allowOverlap="1" wp14:anchorId="270A1572" wp14:editId="1ABFB8AC">
          <wp:simplePos x="0" y="0"/>
          <wp:positionH relativeFrom="page">
            <wp:posOffset>0</wp:posOffset>
          </wp:positionH>
          <wp:positionV relativeFrom="paragraph">
            <wp:posOffset>-459579</wp:posOffset>
          </wp:positionV>
          <wp:extent cx="7560000" cy="2235600"/>
          <wp:effectExtent l="0" t="0" r="3175" b="0"/>
          <wp:wrapNone/>
          <wp:docPr id="214503108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31084" name="Graphic 2145031084"/>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2235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A63889"/>
    <w:multiLevelType w:val="hybridMultilevel"/>
    <w:tmpl w:val="2BB07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5F2626"/>
    <w:multiLevelType w:val="hybridMultilevel"/>
    <w:tmpl w:val="6F4C2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B14ED7"/>
    <w:multiLevelType w:val="hybridMultilevel"/>
    <w:tmpl w:val="B5E002E8"/>
    <w:lvl w:ilvl="0" w:tplc="171AC3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5B167F"/>
    <w:multiLevelType w:val="hybridMultilevel"/>
    <w:tmpl w:val="53D6B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580E0F"/>
    <w:multiLevelType w:val="hybridMultilevel"/>
    <w:tmpl w:val="10A27B6A"/>
    <w:lvl w:ilvl="0" w:tplc="171AC3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317793"/>
    <w:multiLevelType w:val="hybridMultilevel"/>
    <w:tmpl w:val="23282C40"/>
    <w:lvl w:ilvl="0" w:tplc="171AC3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602193"/>
    <w:multiLevelType w:val="hybridMultilevel"/>
    <w:tmpl w:val="6B88B120"/>
    <w:lvl w:ilvl="0" w:tplc="4E6C113C">
      <w:numFmt w:val="bullet"/>
      <w:lvlText w:val="·"/>
      <w:lvlJc w:val="left"/>
      <w:pPr>
        <w:ind w:left="720" w:hanging="360"/>
      </w:pPr>
      <w:rPr>
        <w:rFonts w:ascii="Atkinson Hyperlegible" w:eastAsia="Myriad Pro" w:hAnsi="Atkinson Hyperlegib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5960E9"/>
    <w:multiLevelType w:val="hybridMultilevel"/>
    <w:tmpl w:val="32E83C12"/>
    <w:lvl w:ilvl="0" w:tplc="4E6C113C">
      <w:numFmt w:val="bullet"/>
      <w:lvlText w:val="·"/>
      <w:lvlJc w:val="left"/>
      <w:pPr>
        <w:ind w:left="720" w:hanging="360"/>
      </w:pPr>
      <w:rPr>
        <w:rFonts w:ascii="Atkinson Hyperlegible" w:eastAsia="Myriad Pro" w:hAnsi="Atkinson Hyperlegib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4E23A6"/>
    <w:multiLevelType w:val="hybridMultilevel"/>
    <w:tmpl w:val="AA1A333E"/>
    <w:lvl w:ilvl="0" w:tplc="4E6C113C">
      <w:numFmt w:val="bullet"/>
      <w:lvlText w:val="·"/>
      <w:lvlJc w:val="left"/>
      <w:pPr>
        <w:ind w:left="720" w:hanging="360"/>
      </w:pPr>
      <w:rPr>
        <w:rFonts w:ascii="Atkinson Hyperlegible" w:eastAsia="Myriad Pro" w:hAnsi="Atkinson Hyperlegib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C3463C"/>
    <w:multiLevelType w:val="hybridMultilevel"/>
    <w:tmpl w:val="A4E8C74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CCB6727"/>
    <w:multiLevelType w:val="hybridMultilevel"/>
    <w:tmpl w:val="2F204B68"/>
    <w:lvl w:ilvl="0" w:tplc="B6AC80D6">
      <w:numFmt w:val="bullet"/>
      <w:lvlText w:val="•"/>
      <w:lvlJc w:val="left"/>
      <w:pPr>
        <w:ind w:left="1080" w:hanging="720"/>
      </w:pPr>
      <w:rPr>
        <w:rFonts w:ascii="Atkinson Hyperlegible" w:eastAsia="Myriad Pro" w:hAnsi="Atkinson Hyperlegib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B663DB"/>
    <w:multiLevelType w:val="hybridMultilevel"/>
    <w:tmpl w:val="25FC7C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EA20FC"/>
    <w:multiLevelType w:val="hybridMultilevel"/>
    <w:tmpl w:val="A9CEC8E4"/>
    <w:lvl w:ilvl="0" w:tplc="4E6C113C">
      <w:numFmt w:val="bullet"/>
      <w:lvlText w:val="·"/>
      <w:lvlJc w:val="left"/>
      <w:pPr>
        <w:ind w:left="720" w:hanging="360"/>
      </w:pPr>
      <w:rPr>
        <w:rFonts w:ascii="Atkinson Hyperlegible" w:eastAsia="Myriad Pro" w:hAnsi="Atkinson Hyperlegib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F52058"/>
    <w:multiLevelType w:val="hybridMultilevel"/>
    <w:tmpl w:val="0212D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F06F47"/>
    <w:multiLevelType w:val="hybridMultilevel"/>
    <w:tmpl w:val="AEF44614"/>
    <w:lvl w:ilvl="0" w:tplc="FFFFFFFF">
      <w:start w:val="1"/>
      <w:numFmt w:val="decimal"/>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4" w15:restartNumberingAfterBreak="0">
    <w:nsid w:val="654E400B"/>
    <w:multiLevelType w:val="hybridMultilevel"/>
    <w:tmpl w:val="7B54BFDE"/>
    <w:lvl w:ilvl="0" w:tplc="171AC3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B467654"/>
    <w:multiLevelType w:val="hybridMultilevel"/>
    <w:tmpl w:val="82EAEB12"/>
    <w:lvl w:ilvl="0" w:tplc="171AC3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7182971">
    <w:abstractNumId w:val="8"/>
  </w:num>
  <w:num w:numId="2" w16cid:durableId="446584114">
    <w:abstractNumId w:val="6"/>
  </w:num>
  <w:num w:numId="3" w16cid:durableId="1532457463">
    <w:abstractNumId w:val="5"/>
  </w:num>
  <w:num w:numId="4" w16cid:durableId="725184593">
    <w:abstractNumId w:val="4"/>
  </w:num>
  <w:num w:numId="5" w16cid:durableId="1545556349">
    <w:abstractNumId w:val="7"/>
  </w:num>
  <w:num w:numId="6" w16cid:durableId="1518688279">
    <w:abstractNumId w:val="3"/>
  </w:num>
  <w:num w:numId="7" w16cid:durableId="1718356826">
    <w:abstractNumId w:val="2"/>
  </w:num>
  <w:num w:numId="8" w16cid:durableId="935405178">
    <w:abstractNumId w:val="1"/>
  </w:num>
  <w:num w:numId="9" w16cid:durableId="1870147589">
    <w:abstractNumId w:val="0"/>
  </w:num>
  <w:num w:numId="10" w16cid:durableId="154685102">
    <w:abstractNumId w:val="21"/>
  </w:num>
  <w:num w:numId="11" w16cid:durableId="1749766943">
    <w:abstractNumId w:val="9"/>
  </w:num>
  <w:num w:numId="12" w16cid:durableId="184564751">
    <w:abstractNumId w:val="22"/>
  </w:num>
  <w:num w:numId="13" w16cid:durableId="820972284">
    <w:abstractNumId w:val="10"/>
  </w:num>
  <w:num w:numId="14" w16cid:durableId="1315257079">
    <w:abstractNumId w:val="20"/>
  </w:num>
  <w:num w:numId="15" w16cid:durableId="2112242714">
    <w:abstractNumId w:val="23"/>
  </w:num>
  <w:num w:numId="16" w16cid:durableId="1747920822">
    <w:abstractNumId w:val="15"/>
  </w:num>
  <w:num w:numId="17" w16cid:durableId="777875311">
    <w:abstractNumId w:val="18"/>
  </w:num>
  <w:num w:numId="18" w16cid:durableId="994725125">
    <w:abstractNumId w:val="12"/>
  </w:num>
  <w:num w:numId="19" w16cid:durableId="2120760054">
    <w:abstractNumId w:val="17"/>
  </w:num>
  <w:num w:numId="20" w16cid:durableId="976302014">
    <w:abstractNumId w:val="19"/>
  </w:num>
  <w:num w:numId="21" w16cid:durableId="670571979">
    <w:abstractNumId w:val="16"/>
  </w:num>
  <w:num w:numId="22" w16cid:durableId="582224544">
    <w:abstractNumId w:val="24"/>
  </w:num>
  <w:num w:numId="23" w16cid:durableId="873691978">
    <w:abstractNumId w:val="13"/>
  </w:num>
  <w:num w:numId="24" w16cid:durableId="15618260">
    <w:abstractNumId w:val="14"/>
  </w:num>
  <w:num w:numId="25" w16cid:durableId="1395931419">
    <w:abstractNumId w:val="25"/>
  </w:num>
  <w:num w:numId="26" w16cid:durableId="1909222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593"/>
    <w:rsid w:val="00034616"/>
    <w:rsid w:val="000467C4"/>
    <w:rsid w:val="00057EA9"/>
    <w:rsid w:val="0006063C"/>
    <w:rsid w:val="00063485"/>
    <w:rsid w:val="00082593"/>
    <w:rsid w:val="00097BB8"/>
    <w:rsid w:val="000C5355"/>
    <w:rsid w:val="000F2FF3"/>
    <w:rsid w:val="000F3EFF"/>
    <w:rsid w:val="000F592F"/>
    <w:rsid w:val="0015074B"/>
    <w:rsid w:val="00175A64"/>
    <w:rsid w:val="001A4D79"/>
    <w:rsid w:val="00202560"/>
    <w:rsid w:val="002061F7"/>
    <w:rsid w:val="00227BFB"/>
    <w:rsid w:val="00235C9C"/>
    <w:rsid w:val="00280158"/>
    <w:rsid w:val="002922B1"/>
    <w:rsid w:val="0029639D"/>
    <w:rsid w:val="002F211A"/>
    <w:rsid w:val="00306924"/>
    <w:rsid w:val="00322FCD"/>
    <w:rsid w:val="0032322E"/>
    <w:rsid w:val="00326F90"/>
    <w:rsid w:val="003727F8"/>
    <w:rsid w:val="00381C15"/>
    <w:rsid w:val="003C6E46"/>
    <w:rsid w:val="003D229F"/>
    <w:rsid w:val="003D6DD3"/>
    <w:rsid w:val="00403B76"/>
    <w:rsid w:val="00433D16"/>
    <w:rsid w:val="004514CA"/>
    <w:rsid w:val="00455C53"/>
    <w:rsid w:val="00462643"/>
    <w:rsid w:val="00467C8C"/>
    <w:rsid w:val="0049169E"/>
    <w:rsid w:val="00493637"/>
    <w:rsid w:val="004C2CAB"/>
    <w:rsid w:val="004C532F"/>
    <w:rsid w:val="004F0655"/>
    <w:rsid w:val="0055117E"/>
    <w:rsid w:val="00552DF7"/>
    <w:rsid w:val="005609DE"/>
    <w:rsid w:val="00560CDB"/>
    <w:rsid w:val="005C3B0C"/>
    <w:rsid w:val="00602E76"/>
    <w:rsid w:val="00606B0B"/>
    <w:rsid w:val="006F1170"/>
    <w:rsid w:val="00703A23"/>
    <w:rsid w:val="00792007"/>
    <w:rsid w:val="00896A76"/>
    <w:rsid w:val="00921A7A"/>
    <w:rsid w:val="0096540D"/>
    <w:rsid w:val="00984BB7"/>
    <w:rsid w:val="00994F06"/>
    <w:rsid w:val="009B14A7"/>
    <w:rsid w:val="009D5AB2"/>
    <w:rsid w:val="00A601CB"/>
    <w:rsid w:val="00AA1D8D"/>
    <w:rsid w:val="00AB0634"/>
    <w:rsid w:val="00AB0D6F"/>
    <w:rsid w:val="00AC4488"/>
    <w:rsid w:val="00B2443C"/>
    <w:rsid w:val="00B24CC7"/>
    <w:rsid w:val="00B32F8E"/>
    <w:rsid w:val="00B43E26"/>
    <w:rsid w:val="00B47730"/>
    <w:rsid w:val="00B578E0"/>
    <w:rsid w:val="00B61B03"/>
    <w:rsid w:val="00BC7F5B"/>
    <w:rsid w:val="00BD2658"/>
    <w:rsid w:val="00C20457"/>
    <w:rsid w:val="00C35FC3"/>
    <w:rsid w:val="00C37F82"/>
    <w:rsid w:val="00C66D6E"/>
    <w:rsid w:val="00C66DB3"/>
    <w:rsid w:val="00C817E5"/>
    <w:rsid w:val="00CB0664"/>
    <w:rsid w:val="00CD0EE3"/>
    <w:rsid w:val="00CE797B"/>
    <w:rsid w:val="00D360F8"/>
    <w:rsid w:val="00D54E8A"/>
    <w:rsid w:val="00DA2869"/>
    <w:rsid w:val="00DA6540"/>
    <w:rsid w:val="00DC43B9"/>
    <w:rsid w:val="00DF7044"/>
    <w:rsid w:val="00E91630"/>
    <w:rsid w:val="00EA2884"/>
    <w:rsid w:val="00EC27D2"/>
    <w:rsid w:val="00ED730F"/>
    <w:rsid w:val="00EE2BDD"/>
    <w:rsid w:val="00EE42C6"/>
    <w:rsid w:val="00EF21F6"/>
    <w:rsid w:val="00F86E45"/>
    <w:rsid w:val="00F940A0"/>
    <w:rsid w:val="00FC693F"/>
    <w:rsid w:val="00FF37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9F4E7C"/>
  <w14:defaultImageDpi w14:val="300"/>
  <w15:docId w15:val="{A38BE05A-374F-413F-9F59-19E829AF7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Myriad Pro" w:eastAsia="Myriad Pro" w:hAnsi="Myriad Pro"/>
      <w:sz w:val="20"/>
    </w:rPr>
  </w:style>
  <w:style w:type="paragraph" w:styleId="Heading1">
    <w:name w:val="heading 1"/>
    <w:basedOn w:val="Normal"/>
    <w:next w:val="Body"/>
    <w:link w:val="Heading1Char"/>
    <w:uiPriority w:val="9"/>
    <w:qFormat/>
    <w:rsid w:val="00322FCD"/>
    <w:pPr>
      <w:keepNext/>
      <w:keepLines/>
      <w:spacing w:after="0"/>
      <w:outlineLvl w:val="0"/>
    </w:pPr>
    <w:rPr>
      <w:rFonts w:ascii="Atkinson Hyperlegible" w:eastAsiaTheme="majorEastAsia" w:hAnsi="Atkinson Hyperlegible" w:cstheme="majorBidi"/>
      <w:b/>
      <w:bCs/>
      <w:color w:val="000000" w:themeColor="text1"/>
      <w:szCs w:val="28"/>
    </w:rPr>
  </w:style>
  <w:style w:type="paragraph" w:styleId="Heading2">
    <w:name w:val="heading 2"/>
    <w:basedOn w:val="Normal"/>
    <w:next w:val="Body"/>
    <w:link w:val="Heading2Char"/>
    <w:uiPriority w:val="9"/>
    <w:unhideWhenUsed/>
    <w:qFormat/>
    <w:rsid w:val="00AC4488"/>
    <w:pPr>
      <w:keepNext/>
      <w:keepLines/>
      <w:spacing w:before="200" w:after="0"/>
      <w:outlineLvl w:val="1"/>
    </w:pPr>
    <w:rPr>
      <w:rFonts w:ascii="Atkinson Hyperlegible" w:eastAsiaTheme="majorEastAsia" w:hAnsi="Atkinson Hyperlegible" w:cstheme="majorBidi"/>
      <w:b/>
      <w:bCs/>
      <w:color w:val="69598B"/>
      <w:szCs w:val="26"/>
    </w:rPr>
  </w:style>
  <w:style w:type="paragraph" w:styleId="Heading3">
    <w:name w:val="heading 3"/>
    <w:basedOn w:val="Normal"/>
    <w:next w:val="Normal"/>
    <w:link w:val="Heading3Char"/>
    <w:uiPriority w:val="9"/>
    <w:unhideWhenUsed/>
    <w:qFormat/>
    <w:rsid w:val="00AC4488"/>
    <w:pPr>
      <w:keepNext/>
      <w:keepLines/>
      <w:spacing w:before="200" w:after="0"/>
      <w:outlineLvl w:val="2"/>
    </w:pPr>
    <w:rPr>
      <w:rFonts w:ascii="Atkinson Hyperlegible" w:eastAsiaTheme="majorEastAsia" w:hAnsi="Atkinson Hyperlegible" w:cstheme="majorBidi"/>
      <w:b/>
      <w:bCs/>
      <w:color w:val="808080" w:themeColor="background1" w:themeShade="80"/>
    </w:rPr>
  </w:style>
  <w:style w:type="paragraph" w:styleId="Heading4">
    <w:name w:val="heading 4"/>
    <w:basedOn w:val="Normal"/>
    <w:next w:val="Body"/>
    <w:link w:val="Heading4Char"/>
    <w:uiPriority w:val="9"/>
    <w:unhideWhenUsed/>
    <w:qFormat/>
    <w:rsid w:val="00AC4488"/>
    <w:pPr>
      <w:keepNext/>
      <w:keepLines/>
      <w:spacing w:before="200" w:after="0"/>
      <w:outlineLvl w:val="3"/>
    </w:pPr>
    <w:rPr>
      <w:rFonts w:ascii="Atkinson Hyperlegible" w:eastAsiaTheme="majorEastAsia" w:hAnsi="Atkinson Hyperlegible" w:cstheme="majorBidi"/>
      <w:bCs/>
      <w:i/>
      <w:iCs/>
      <w:color w:val="000000" w:themeColor="tex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character" w:customStyle="1" w:styleId="Heading1Char">
    <w:name w:val="Heading 1 Char"/>
    <w:basedOn w:val="DefaultParagraphFont"/>
    <w:link w:val="Heading1"/>
    <w:uiPriority w:val="9"/>
    <w:rsid w:val="00322FCD"/>
    <w:rPr>
      <w:rFonts w:ascii="Atkinson Hyperlegible" w:eastAsiaTheme="majorEastAsia" w:hAnsi="Atkinson Hyperlegible" w:cstheme="majorBidi"/>
      <w:b/>
      <w:bCs/>
      <w:color w:val="000000" w:themeColor="text1"/>
      <w:sz w:val="20"/>
      <w:szCs w:val="28"/>
    </w:rPr>
  </w:style>
  <w:style w:type="character" w:customStyle="1" w:styleId="Heading2Char">
    <w:name w:val="Heading 2 Char"/>
    <w:basedOn w:val="DefaultParagraphFont"/>
    <w:link w:val="Heading2"/>
    <w:uiPriority w:val="9"/>
    <w:rsid w:val="00AC4488"/>
    <w:rPr>
      <w:rFonts w:ascii="Atkinson Hyperlegible" w:eastAsiaTheme="majorEastAsia" w:hAnsi="Atkinson Hyperlegible" w:cstheme="majorBidi"/>
      <w:b/>
      <w:bCs/>
      <w:color w:val="69598B"/>
      <w:sz w:val="20"/>
      <w:szCs w:val="26"/>
    </w:rPr>
  </w:style>
  <w:style w:type="character" w:customStyle="1" w:styleId="Heading3Char">
    <w:name w:val="Heading 3 Char"/>
    <w:basedOn w:val="DefaultParagraphFont"/>
    <w:link w:val="Heading3"/>
    <w:uiPriority w:val="9"/>
    <w:rsid w:val="00AC4488"/>
    <w:rPr>
      <w:rFonts w:ascii="Atkinson Hyperlegible" w:eastAsiaTheme="majorEastAsia" w:hAnsi="Atkinson Hyperlegible" w:cstheme="majorBidi"/>
      <w:b/>
      <w:bCs/>
      <w:color w:val="808080" w:themeColor="background1" w:themeShade="80"/>
      <w:sz w:val="20"/>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Body"/>
    <w:uiPriority w:val="99"/>
    <w:unhideWhenUsed/>
    <w:rsid w:val="00AA1D8D"/>
    <w:pPr>
      <w:ind w:left="360" w:hanging="360"/>
      <w:contextualSpacing/>
    </w:pPr>
  </w:style>
  <w:style w:type="paragraph" w:styleId="List2">
    <w:name w:val="List 2"/>
    <w:basedOn w:val="Body"/>
    <w:uiPriority w:val="99"/>
    <w:unhideWhenUsed/>
    <w:rsid w:val="00326F90"/>
    <w:pPr>
      <w:ind w:left="720" w:hanging="360"/>
      <w:contextualSpacing/>
    </w:pPr>
  </w:style>
  <w:style w:type="paragraph" w:styleId="List3">
    <w:name w:val="List 3"/>
    <w:basedOn w:val="Body"/>
    <w:uiPriority w:val="99"/>
    <w:unhideWhenUsed/>
    <w:rsid w:val="00326F90"/>
    <w:pPr>
      <w:ind w:left="1080" w:hanging="360"/>
      <w:contextualSpacing/>
    </w:pPr>
  </w:style>
  <w:style w:type="paragraph" w:styleId="ListBullet">
    <w:name w:val="List Bullet"/>
    <w:basedOn w:val="Body"/>
    <w:uiPriority w:val="99"/>
    <w:unhideWhenUsed/>
    <w:rsid w:val="00326F90"/>
    <w:pPr>
      <w:numPr>
        <w:numId w:val="1"/>
      </w:numPr>
      <w:contextualSpacing/>
    </w:pPr>
  </w:style>
  <w:style w:type="paragraph" w:styleId="ListBullet2">
    <w:name w:val="List Bullet 2"/>
    <w:basedOn w:val="Body"/>
    <w:uiPriority w:val="99"/>
    <w:unhideWhenUsed/>
    <w:rsid w:val="00326F90"/>
    <w:pPr>
      <w:numPr>
        <w:numId w:val="2"/>
      </w:numPr>
      <w:contextualSpacing/>
    </w:pPr>
  </w:style>
  <w:style w:type="paragraph" w:styleId="ListBullet3">
    <w:name w:val="List Bullet 3"/>
    <w:basedOn w:val="Body"/>
    <w:uiPriority w:val="99"/>
    <w:unhideWhenUsed/>
    <w:rsid w:val="00326F90"/>
    <w:pPr>
      <w:numPr>
        <w:numId w:val="3"/>
      </w:numPr>
      <w:contextualSpacing/>
    </w:pPr>
  </w:style>
  <w:style w:type="paragraph" w:styleId="ListNumber">
    <w:name w:val="List Number"/>
    <w:basedOn w:val="Body"/>
    <w:uiPriority w:val="99"/>
    <w:unhideWhenUsed/>
    <w:rsid w:val="00326F90"/>
    <w:pPr>
      <w:numPr>
        <w:numId w:val="5"/>
      </w:numPr>
      <w:contextualSpacing/>
    </w:pPr>
  </w:style>
  <w:style w:type="paragraph" w:styleId="ListNumber2">
    <w:name w:val="List Number 2"/>
    <w:basedOn w:val="Body"/>
    <w:uiPriority w:val="99"/>
    <w:unhideWhenUsed/>
    <w:rsid w:val="0029639D"/>
    <w:pPr>
      <w:numPr>
        <w:numId w:val="6"/>
      </w:numPr>
      <w:contextualSpacing/>
    </w:pPr>
  </w:style>
  <w:style w:type="paragraph" w:styleId="ListNumber3">
    <w:name w:val="List Number 3"/>
    <w:basedOn w:val="Body"/>
    <w:uiPriority w:val="99"/>
    <w:unhideWhenUsed/>
    <w:rsid w:val="0029639D"/>
    <w:pPr>
      <w:numPr>
        <w:numId w:val="7"/>
      </w:numPr>
      <w:contextualSpacing/>
    </w:pPr>
  </w:style>
  <w:style w:type="paragraph" w:styleId="ListContinue">
    <w:name w:val="List Continue"/>
    <w:basedOn w:val="Body"/>
    <w:uiPriority w:val="99"/>
    <w:unhideWhenUsed/>
    <w:rsid w:val="0029639D"/>
    <w:pPr>
      <w:spacing w:after="120"/>
      <w:ind w:left="360"/>
      <w:contextualSpacing/>
    </w:pPr>
  </w:style>
  <w:style w:type="paragraph" w:styleId="ListContinue2">
    <w:name w:val="List Continue 2"/>
    <w:basedOn w:val="Body"/>
    <w:uiPriority w:val="99"/>
    <w:unhideWhenUsed/>
    <w:rsid w:val="0029639D"/>
    <w:pPr>
      <w:spacing w:after="120"/>
      <w:ind w:left="720"/>
      <w:contextualSpacing/>
    </w:pPr>
  </w:style>
  <w:style w:type="paragraph" w:styleId="ListContinue3">
    <w:name w:val="List Continue 3"/>
    <w:basedOn w:val="Body"/>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AC4488"/>
    <w:rPr>
      <w:rFonts w:ascii="Atkinson Hyperlegible" w:eastAsiaTheme="majorEastAsia" w:hAnsi="Atkinson Hyperlegible" w:cstheme="majorBidi"/>
      <w:bCs/>
      <w:i/>
      <w:iCs/>
      <w:color w:val="000000" w:themeColor="text1"/>
      <w:sz w:val="20"/>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elnest">
    <w:name w:val="Titel nest"/>
    <w:basedOn w:val="Normal"/>
    <w:next w:val="Heading1"/>
    <w:rsid w:val="00235C9C"/>
    <w:pPr>
      <w:spacing w:after="1400"/>
    </w:pPr>
    <w:rPr>
      <w:rFonts w:ascii="Zilla Slab Light" w:hAnsi="Zilla Slab Light"/>
      <w:color w:val="59447B"/>
      <w:sz w:val="42"/>
    </w:rPr>
  </w:style>
  <w:style w:type="paragraph" w:customStyle="1" w:styleId="Body">
    <w:name w:val="Body"/>
    <w:basedOn w:val="Normal"/>
    <w:rsid w:val="00322FCD"/>
    <w:rPr>
      <w:rFonts w:ascii="Atkinson Hyperlegible" w:hAnsi="Atkinson Hyperlegible"/>
    </w:rPr>
  </w:style>
  <w:style w:type="paragraph" w:customStyle="1" w:styleId="Opsomming">
    <w:name w:val="Opsomming"/>
    <w:basedOn w:val="Body"/>
    <w:rPr>
      <w:rFonts w:ascii="Myriad Pro" w:hAnsi="Myriad Pro"/>
    </w:rPr>
  </w:style>
  <w:style w:type="table" w:customStyle="1" w:styleId="TableGrid1">
    <w:name w:val="Table Grid1"/>
    <w:basedOn w:val="TableNormal"/>
    <w:next w:val="TableGrid"/>
    <w:uiPriority w:val="59"/>
    <w:rsid w:val="00F86E45"/>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sqs\OneDrive%20-%20HAN\Nest%20Nijmegen\Website\Format\WPL%201\Idee&#235;n%20stage-activiteiten%20jui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9ea275-5655-403e-87df-0a03cd6f88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D80AE25203D8343AC58B599E40C9F3D" ma:contentTypeVersion="9" ma:contentTypeDescription="Een nieuw document maken." ma:contentTypeScope="" ma:versionID="9ca70c6008b7ca7268c99114d0897866">
  <xsd:schema xmlns:xsd="http://www.w3.org/2001/XMLSchema" xmlns:xs="http://www.w3.org/2001/XMLSchema" xmlns:p="http://schemas.microsoft.com/office/2006/metadata/properties" xmlns:ns2="609ea275-5655-403e-87df-0a03cd6f8841" targetNamespace="http://schemas.microsoft.com/office/2006/metadata/properties" ma:root="true" ma:fieldsID="f3d627b53877286ad222088ec88fd7c9" ns2:_="">
    <xsd:import namespace="609ea275-5655-403e-87df-0a03cd6f88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9ea275-5655-403e-87df-0a03cd6f8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41dc165-d112-4836-9b6c-011493290dd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55D8E8-37A3-4E82-AEBA-D52E4E240C7B}">
  <ds:schemaRefs>
    <ds:schemaRef ds:uri="http://schemas.microsoft.com/office/2006/metadata/properties"/>
    <ds:schemaRef ds:uri="http://schemas.microsoft.com/office/infopath/2007/PartnerControls"/>
    <ds:schemaRef ds:uri="609ea275-5655-403e-87df-0a03cd6f8841"/>
  </ds:schemaRefs>
</ds:datastoreItem>
</file>

<file path=customXml/itemProps2.xml><?xml version="1.0" encoding="utf-8"?>
<ds:datastoreItem xmlns:ds="http://schemas.openxmlformats.org/officeDocument/2006/customXml" ds:itemID="{3248D762-5243-4B81-84A8-47A20ADC8E7A}">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6E6DD048-2961-4B27-8F88-005B42415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9ea275-5655-403e-87df-0a03cd6f88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4578d9-400d-4a5a-a7c7-e76ca47af400}" enabled="0" method="" siteId="{084578d9-400d-4a5a-a7c7-e76ca47af400}" removed="1"/>
</clbl:labelList>
</file>

<file path=docProps/app.xml><?xml version="1.0" encoding="utf-8"?>
<Properties xmlns="http://schemas.openxmlformats.org/officeDocument/2006/extended-properties" xmlns:vt="http://schemas.openxmlformats.org/officeDocument/2006/docPropsVTypes">
  <Template>Ideeën stage-activiteiten juist</Template>
  <TotalTime>0</TotalTime>
  <Pages>2</Pages>
  <Words>404</Words>
  <Characters>2225</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Rens Eikholt</dc:creator>
  <cp:keywords/>
  <dc:description>generated by python-docx</dc:description>
  <cp:lastModifiedBy>Bruggink, E. (Esmée)</cp:lastModifiedBy>
  <cp:revision>12</cp:revision>
  <cp:lastPrinted>2026-08-21T08:30:00Z</cp:lastPrinted>
  <dcterms:created xsi:type="dcterms:W3CDTF">2026-08-24T04:19:00Z</dcterms:created>
  <dcterms:modified xsi:type="dcterms:W3CDTF">2026-08-24T04:26:00Z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0x0101003D80AE25203D8343AC58B599E40C9F3D</vt:lpwstr>
  </property>
  <property fmtid="{D5CDD505-2E9C-101B-9397-08002B2CF9AE}" pid="3" name="MediaServiceImageTags">
    <vt:lpwstr/>
  </property>
</Properties>
</file>