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625B6" w14:textId="77777777" w:rsidR="006C7BCF" w:rsidRPr="001B08CB" w:rsidRDefault="006C7BCF" w:rsidP="006C7BCF">
      <w:pPr>
        <w:pStyle w:val="Titelnest"/>
        <w:rPr>
          <w:lang w:val="nl-NL"/>
        </w:rPr>
      </w:pPr>
      <w:r w:rsidRPr="001B08CB">
        <w:rPr>
          <w:lang w:val="nl-NL"/>
        </w:rPr>
        <w:t>Observatieformulier klassenmanagement</w:t>
      </w:r>
    </w:p>
    <w:p w14:paraId="19FF4B07" w14:textId="77777777" w:rsidR="006C7BCF" w:rsidRPr="001B08CB" w:rsidRDefault="006C7BCF" w:rsidP="006C7BCF">
      <w:pPr>
        <w:pStyle w:val="Heading1"/>
        <w:rPr>
          <w:rFonts w:ascii="Aptos" w:hAnsi="Aptos"/>
          <w:lang w:val="nl-NL"/>
        </w:rPr>
      </w:pPr>
      <w:r w:rsidRPr="001B08CB">
        <w:rPr>
          <w:lang w:val="nl-NL"/>
        </w:rPr>
        <w:t>De indruk van leraren en hun non-verbaal gedrag</w:t>
      </w:r>
    </w:p>
    <w:p w14:paraId="71EE0E3A" w14:textId="77777777" w:rsidR="006C7BCF" w:rsidRPr="001B08CB" w:rsidRDefault="006C7BCF" w:rsidP="006C7BCF">
      <w:pPr>
        <w:spacing w:line="20" w:lineRule="exact"/>
        <w:rPr>
          <w:rFonts w:ascii="Aptos" w:hAnsi="Aptos"/>
          <w:color w:val="000000" w:themeColor="text1"/>
          <w:lang w:val="nl-NL"/>
        </w:rPr>
      </w:pPr>
    </w:p>
    <w:p w14:paraId="54A4BA3C" w14:textId="77777777" w:rsidR="006C7BCF" w:rsidRPr="001A7743" w:rsidRDefault="006C7BCF" w:rsidP="005C152B">
      <w:pPr>
        <w:pStyle w:val="CitaatAbstract"/>
        <w:spacing w:after="0"/>
        <w:ind w:left="1440" w:right="-7"/>
        <w:jc w:val="left"/>
        <w:rPr>
          <w:rFonts w:ascii="Aptos" w:hAnsi="Aptos" w:cs="Arial"/>
          <w:color w:val="000000" w:themeColor="text1"/>
          <w:sz w:val="24"/>
          <w:szCs w:val="24"/>
        </w:rPr>
      </w:pPr>
      <w:r w:rsidRPr="001A7743">
        <w:rPr>
          <w:rFonts w:ascii="Atkinson Hyperlegible" w:eastAsia="Atkinson Hyperlegible" w:hAnsi="Atkinson Hyperlegible" w:cs="Atkinson Hyperlegible"/>
          <w:sz w:val="20"/>
          <w:szCs w:val="24"/>
        </w:rPr>
        <w:t xml:space="preserve">Mensen begrijpen uit het non-verbaal gedrag van anderen impliciete boodschappen over het beeld dat die ander heeft van hoe zij zich tot elkaar verhouden. Dergelijke impliciete interpersoonlijke boodschappen worden vooral afgeleid uit non-verbaal gedrag. </w:t>
      </w:r>
    </w:p>
    <w:p w14:paraId="4E8970AE" w14:textId="77777777" w:rsidR="006C7BCF" w:rsidRDefault="006C7BCF" w:rsidP="005C152B">
      <w:pPr>
        <w:pStyle w:val="CitaatAbstract"/>
        <w:spacing w:after="0"/>
        <w:ind w:left="1440" w:right="-7"/>
        <w:jc w:val="left"/>
        <w:rPr>
          <w:rFonts w:ascii="Atkinson Hyperlegible" w:eastAsia="Atkinson Hyperlegible" w:hAnsi="Atkinson Hyperlegible" w:cs="Atkinson Hyperlegible"/>
          <w:sz w:val="20"/>
          <w:szCs w:val="24"/>
        </w:rPr>
      </w:pPr>
    </w:p>
    <w:p w14:paraId="09B497BC" w14:textId="77777777" w:rsidR="006C7BCF" w:rsidRPr="001A7743" w:rsidRDefault="006C7BCF" w:rsidP="005C152B">
      <w:pPr>
        <w:pStyle w:val="CitaatAbstract"/>
        <w:spacing w:after="0"/>
        <w:ind w:left="1440" w:right="-7"/>
        <w:jc w:val="left"/>
        <w:rPr>
          <w:rFonts w:ascii="Aptos" w:hAnsi="Aptos" w:cs="Arial"/>
          <w:color w:val="000000" w:themeColor="text1"/>
          <w:sz w:val="24"/>
          <w:szCs w:val="24"/>
        </w:rPr>
      </w:pPr>
      <w:r w:rsidRPr="001A7743">
        <w:rPr>
          <w:rFonts w:ascii="Atkinson Hyperlegible" w:eastAsia="Atkinson Hyperlegible" w:hAnsi="Atkinson Hyperlegible" w:cs="Atkinson Hyperlegible"/>
          <w:sz w:val="20"/>
          <w:szCs w:val="24"/>
        </w:rPr>
        <w:t>Welke boodschap uit welk non-verbaal gedrag wordt afgeleid hangt ten eerste af van de combinatie met ander non-verbaal gedrag. Zo maakt het voor de interpersoonlijke betekenis van de afstand tot een leerling uit of een leerkracht lacht of juist boos kijkt. Daarnaast is de situatie van belang. Wanneer een leerkracht bijvoorbeeld geen oogcontact heeft met leerlingen tijdens klassikale situatie zal het effect daarvan anders zijn dan wanneer de leerlingen zelfstandig werken.</w:t>
      </w:r>
    </w:p>
    <w:p w14:paraId="702DB693" w14:textId="77777777" w:rsidR="006C7BCF" w:rsidRPr="001A7743" w:rsidRDefault="006C7BCF" w:rsidP="005C152B">
      <w:pPr>
        <w:pStyle w:val="CitaatAbstract"/>
        <w:spacing w:after="0"/>
        <w:ind w:left="1440" w:right="-7"/>
        <w:jc w:val="left"/>
        <w:rPr>
          <w:rFonts w:ascii="Aptos" w:hAnsi="Aptos" w:cs="Arial"/>
          <w:color w:val="000000" w:themeColor="text1"/>
          <w:sz w:val="24"/>
          <w:szCs w:val="24"/>
        </w:rPr>
      </w:pPr>
    </w:p>
    <w:p w14:paraId="24C216D9" w14:textId="77777777" w:rsidR="006C7BCF" w:rsidRPr="001A7743" w:rsidRDefault="006C7BCF" w:rsidP="005C152B">
      <w:pPr>
        <w:pStyle w:val="CitaatAbstract"/>
        <w:spacing w:after="0"/>
        <w:ind w:left="1440" w:right="-7"/>
        <w:jc w:val="left"/>
        <w:rPr>
          <w:rFonts w:ascii="Aptos" w:hAnsi="Aptos" w:cs="Arial"/>
          <w:color w:val="000000" w:themeColor="text1"/>
          <w:sz w:val="24"/>
          <w:szCs w:val="24"/>
        </w:rPr>
      </w:pPr>
      <w:r w:rsidRPr="001A7743">
        <w:rPr>
          <w:rFonts w:ascii="Atkinson Hyperlegible" w:eastAsia="Atkinson Hyperlegible" w:hAnsi="Atkinson Hyperlegible" w:cs="Atkinson Hyperlegible"/>
          <w:noProof/>
          <w:sz w:val="20"/>
          <w:szCs w:val="24"/>
        </w:rPr>
        <mc:AlternateContent>
          <mc:Choice Requires="wpg">
            <w:drawing>
              <wp:anchor distT="0" distB="0" distL="114300" distR="114300" simplePos="0" relativeHeight="251651584" behindDoc="0" locked="0" layoutInCell="1" allowOverlap="1" wp14:anchorId="35A943F5" wp14:editId="4430D17C">
                <wp:simplePos x="0" y="0"/>
                <wp:positionH relativeFrom="margin">
                  <wp:align>left</wp:align>
                </wp:positionH>
                <wp:positionV relativeFrom="paragraph">
                  <wp:posOffset>218754</wp:posOffset>
                </wp:positionV>
                <wp:extent cx="536400" cy="835200"/>
                <wp:effectExtent l="0" t="0" r="0" b="0"/>
                <wp:wrapNone/>
                <wp:docPr id="136565421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400" cy="835200"/>
                          <a:chOff x="0" y="0"/>
                          <a:chExt cx="17402" cy="27072"/>
                        </a:xfrm>
                      </wpg:grpSpPr>
                      <wps:wsp>
                        <wps:cNvPr id="717064142" name="Oval 16"/>
                        <wps:cNvSpPr>
                          <a:spLocks/>
                        </wps:cNvSpPr>
                        <wps:spPr bwMode="auto">
                          <a:xfrm>
                            <a:off x="5439" y="10524"/>
                            <a:ext cx="5446" cy="5239"/>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1513902297" name="Arc 15"/>
                        <wps:cNvSpPr>
                          <a:spLocks/>
                        </wps:cNvSpPr>
                        <wps:spPr bwMode="auto">
                          <a:xfrm rot="8453866">
                            <a:off x="195" y="0"/>
                            <a:ext cx="17207" cy="154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835835 w 1720739"/>
                              <a:gd name="T5" fmla="*/ 314 h 1543082"/>
                              <a:gd name="T6" fmla="*/ 1715994 w 1720739"/>
                              <a:gd name="T7" fmla="*/ 690622 h 1543082"/>
                              <a:gd name="T8" fmla="*/ 0 60000 65536"/>
                              <a:gd name="T9" fmla="*/ 0 60000 65536"/>
                              <a:gd name="T10" fmla="*/ 3163 w 1720739"/>
                              <a:gd name="T11" fmla="*/ 3163 h 1543082"/>
                              <a:gd name="T12" fmla="*/ 18437 w 1720739"/>
                              <a:gd name="T13" fmla="*/ 18437 h 1543082"/>
                            </a:gdLst>
                            <a:ahLst/>
                            <a:cxnLst>
                              <a:cxn ang="T8">
                                <a:pos x="T4" y="T5"/>
                              </a:cxn>
                              <a:cxn ang="T9">
                                <a:pos x="T6" y="T7"/>
                              </a:cxn>
                            </a:cxnLst>
                            <a:rect l="T10" t="T11" r="T12" b="T13"/>
                            <a:pathLst>
                              <a:path w="1720739" h="1543082" stroke="0">
                                <a:moveTo>
                                  <a:pt x="835835" y="314"/>
                                </a:moveTo>
                                <a:cubicBezTo>
                                  <a:pt x="1285299" y="-11184"/>
                                  <a:pt x="1668836" y="289623"/>
                                  <a:pt x="1715994" y="690622"/>
                                </a:cubicBezTo>
                                <a:lnTo>
                                  <a:pt x="860370" y="771541"/>
                                </a:lnTo>
                                <a:lnTo>
                                  <a:pt x="835835" y="314"/>
                                </a:lnTo>
                                <a:close/>
                              </a:path>
                              <a:path w="1720739" h="1543082" fill="none">
                                <a:moveTo>
                                  <a:pt x="835835" y="314"/>
                                </a:moveTo>
                                <a:cubicBezTo>
                                  <a:pt x="1285299" y="-11184"/>
                                  <a:pt x="1668836" y="289623"/>
                                  <a:pt x="1715994" y="690622"/>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01999238" name="Oval 17"/>
                        <wps:cNvSpPr>
                          <a:spLocks/>
                        </wps:cNvSpPr>
                        <wps:spPr bwMode="auto">
                          <a:xfrm>
                            <a:off x="7047" y="12017"/>
                            <a:ext cx="2230" cy="2381"/>
                          </a:xfrm>
                          <a:prstGeom prst="ellipse">
                            <a:avLst/>
                          </a:prstGeom>
                          <a:solidFill>
                            <a:srgbClr val="000000"/>
                          </a:solidFill>
                          <a:ln w="12700">
                            <a:solidFill>
                              <a:srgbClr val="09101D"/>
                            </a:solidFill>
                            <a:miter lim="800000"/>
                            <a:headEnd/>
                            <a:tailEnd/>
                          </a:ln>
                        </wps:spPr>
                        <wps:bodyPr rot="0" vert="horz" wrap="square" lIns="91440" tIns="45720" rIns="91440" bIns="45720" anchor="ctr" anchorCtr="0" upright="1">
                          <a:noAutofit/>
                        </wps:bodyPr>
                      </wps:wsp>
                      <wps:wsp>
                        <wps:cNvPr id="1780540615" name="Arc 19"/>
                        <wps:cNvSpPr>
                          <a:spLocks/>
                        </wps:cNvSpPr>
                        <wps:spPr bwMode="auto">
                          <a:xfrm rot="-2269341">
                            <a:off x="0" y="10486"/>
                            <a:ext cx="16324" cy="16586"/>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642250 w 1632489"/>
                              <a:gd name="T5" fmla="*/ 19060 h 1658588"/>
                              <a:gd name="T6" fmla="*/ 1343541 w 1632489"/>
                              <a:gd name="T7" fmla="*/ 196265 h 1658588"/>
                              <a:gd name="T8" fmla="*/ 1632138 w 1632489"/>
                              <a:gd name="T9" fmla="*/ 853607 h 1658588"/>
                              <a:gd name="T10" fmla="*/ 0 60000 65536"/>
                              <a:gd name="T11" fmla="*/ 0 60000 65536"/>
                              <a:gd name="T12" fmla="*/ 0 60000 65536"/>
                              <a:gd name="T13" fmla="*/ 3163 w 1632489"/>
                              <a:gd name="T14" fmla="*/ 3163 h 1658588"/>
                              <a:gd name="T15" fmla="*/ 18437 w 1632489"/>
                              <a:gd name="T16" fmla="*/ 18437 h 1658588"/>
                            </a:gdLst>
                            <a:ahLst/>
                            <a:cxnLst>
                              <a:cxn ang="T10">
                                <a:pos x="T4" y="T5"/>
                              </a:cxn>
                              <a:cxn ang="T11">
                                <a:pos x="T6" y="T7"/>
                              </a:cxn>
                              <a:cxn ang="T12">
                                <a:pos x="T8" y="T9"/>
                              </a:cxn>
                            </a:cxnLst>
                            <a:rect l="T13" t="T14" r="T15" b="T16"/>
                            <a:pathLst>
                              <a:path w="1632489" h="1658588" stroke="0">
                                <a:moveTo>
                                  <a:pt x="642250" y="19060"/>
                                </a:moveTo>
                                <a:cubicBezTo>
                                  <a:pt x="890419" y="-35951"/>
                                  <a:pt x="1149649" y="29553"/>
                                  <a:pt x="1343541" y="196265"/>
                                </a:cubicBezTo>
                                <a:cubicBezTo>
                                  <a:pt x="1533196" y="359334"/>
                                  <a:pt x="1639422" y="601287"/>
                                  <a:pt x="1632138" y="853607"/>
                                </a:cubicBezTo>
                                <a:lnTo>
                                  <a:pt x="816245" y="829294"/>
                                </a:lnTo>
                                <a:lnTo>
                                  <a:pt x="642250" y="19060"/>
                                </a:lnTo>
                                <a:close/>
                              </a:path>
                              <a:path w="1632489" h="1658588" fill="none">
                                <a:moveTo>
                                  <a:pt x="642250" y="19060"/>
                                </a:moveTo>
                                <a:cubicBezTo>
                                  <a:pt x="890419" y="-35951"/>
                                  <a:pt x="1149649" y="29553"/>
                                  <a:pt x="1343541" y="196265"/>
                                </a:cubicBezTo>
                                <a:cubicBezTo>
                                  <a:pt x="1533196" y="359334"/>
                                  <a:pt x="1639422" y="601287"/>
                                  <a:pt x="1632138" y="853607"/>
                                </a:cubicBezTo>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30C3C" id="Group 20" o:spid="_x0000_s1026" style="position:absolute;margin-left:0;margin-top:17.2pt;width:42.25pt;height:65.75pt;z-index:251651584;mso-position-horizontal:left;mso-position-horizontal-relative:margin" coordsize="17402,2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">
                <v:oval id="Oval 16" o:spid="_x0000_s1027" style="position:absolute;left:5439;top:10524;width:5446;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" strokecolor="#09101d" strokeweight="1pt">
                  <v:stroke joinstyle="miter"/>
                  <v:path arrowok="t"/>
                </v:oval>
                <v:shape id="Arc 15" o:spid="_x0000_s1028" style="position:absolute;left:195;width:17207;height:15430;rotation:9233876fd;visibility:visible;mso-wrap-style:square;v-text-anchor:middle" coordsize="1720739,154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" path="m835835,314nsc1285299,-11184,1668836,289623,1715994,690622l860370,771541,835835,314xem835835,314nfc1285299,-11184,1668836,289623,1715994,690622e" filled="f" strokeweight="1pt">
                  <v:stroke joinstyle="miter"/>
                  <v:path arrowok="t" o:connecttype="custom" o:connectlocs="8358,3;17160,6906" o:connectangles="0,0" textboxrect="3200,3200,18400,18401"/>
                </v:shape>
                <v:oval id="Oval 17" o:spid="_x0000_s1029" style="position:absolute;left:7047;top:12017;width:2230;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" fillcolor="black" strokecolor="#09101d" strokeweight="1pt">
                  <v:stroke joinstyle="miter"/>
                  <v:path arrowok="t"/>
                </v:oval>
                <v:shape id="Arc 19" o:spid="_x0000_s1030" style="position:absolute;top:10486;width:16324;height:16586;rotation:-2478726fd;visibility:visible;mso-wrap-style:square;v-text-anchor:middle" coordsize="1632489,1658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" path="m642250,19060nsc890419,-35951,1149649,29553,1343541,196265v189655,163069,295881,405022,288597,657342l816245,829294,642250,19060xem642250,19060nfc890419,-35951,1149649,29553,1343541,196265v189655,163069,295881,405022,288597,657342e" filled="f" strokeweight="1pt">
                  <v:stroke joinstyle="miter"/>
                  <v:path arrowok="t" o:connecttype="custom" o:connectlocs="6422,191;13435,1963;16320,8536" o:connectangles="0,0,0" textboxrect="3200,3200,18401,18400"/>
                </v:shape>
                <w10:wrap anchorx="margin"/>
              </v:group>
            </w:pict>
          </mc:Fallback>
        </mc:AlternateContent>
      </w:r>
      <w:r w:rsidRPr="001A7743">
        <w:rPr>
          <w:rFonts w:ascii="Atkinson Hyperlegible" w:eastAsia="Atkinson Hyperlegible" w:hAnsi="Atkinson Hyperlegible" w:cs="Atkinson Hyperlegible"/>
          <w:sz w:val="20"/>
          <w:szCs w:val="24"/>
        </w:rPr>
        <w:t>Op onderstaande observatieformulieren kun je beschrijven welke boodschappen je uit het non-verbale gedrag van leerkrachten afleidt. Je kunt daartoe een video-opname van jezelf gebruiken of achter in de klas gaan zitten bij een andere leerkracht. Je kunt bijvoorbeeld een situatie bekijken tijdens het opstarten van de les, een klassikale situatie waarin de leerkracht iets uitlegt of een klassengesprek voert, en/of een moment waarop de leerkracht reageert op een ordeverstoring of onverwacht gedrag van leerlingen. Vaak is een situatie van een tiental seconden al genoeg!</w:t>
      </w:r>
    </w:p>
    <w:p w14:paraId="44F3369C" w14:textId="77777777" w:rsidR="006C7BCF" w:rsidRPr="001A7743" w:rsidRDefault="006C7BCF" w:rsidP="005C152B">
      <w:pPr>
        <w:pStyle w:val="CitaatAbstract"/>
        <w:spacing w:after="0"/>
        <w:ind w:left="1004" w:right="-7"/>
        <w:jc w:val="left"/>
        <w:rPr>
          <w:rFonts w:ascii="Aptos" w:hAnsi="Aptos" w:cs="Arial"/>
          <w:color w:val="000000" w:themeColor="text1"/>
          <w:sz w:val="24"/>
          <w:szCs w:val="24"/>
        </w:rPr>
      </w:pPr>
    </w:p>
    <w:p w14:paraId="4182C5DB" w14:textId="77777777" w:rsidR="006C7BCF" w:rsidRPr="001A7743" w:rsidRDefault="006C7BCF" w:rsidP="005C152B">
      <w:pPr>
        <w:pStyle w:val="CitaatAbstract"/>
        <w:numPr>
          <w:ilvl w:val="0"/>
          <w:numId w:val="10"/>
        </w:numPr>
        <w:spacing w:after="0"/>
        <w:ind w:left="2160" w:right="-7"/>
        <w:jc w:val="left"/>
        <w:rPr>
          <w:rFonts w:ascii="Aptos" w:hAnsi="Aptos" w:cs="Arial"/>
          <w:color w:val="000000" w:themeColor="text1"/>
          <w:sz w:val="24"/>
          <w:szCs w:val="24"/>
        </w:rPr>
      </w:pPr>
      <w:r w:rsidRPr="001A7743">
        <w:rPr>
          <w:rFonts w:ascii="Atkinson Hyperlegible" w:eastAsia="Atkinson Hyperlegible" w:hAnsi="Atkinson Hyperlegible" w:cs="Atkinson Hyperlegible"/>
          <w:noProof/>
          <w:sz w:val="20"/>
          <w:szCs w:val="24"/>
        </w:rPr>
        <mc:AlternateContent>
          <mc:Choice Requires="wpg">
            <w:drawing>
              <wp:anchor distT="0" distB="0" distL="114300" distR="114300" simplePos="0" relativeHeight="251653632" behindDoc="0" locked="0" layoutInCell="1" allowOverlap="1" wp14:anchorId="68B24BC4" wp14:editId="64DDF0F8">
                <wp:simplePos x="0" y="0"/>
                <wp:positionH relativeFrom="margin">
                  <wp:align>left</wp:align>
                </wp:positionH>
                <wp:positionV relativeFrom="paragraph">
                  <wp:posOffset>220426</wp:posOffset>
                </wp:positionV>
                <wp:extent cx="550800" cy="468000"/>
                <wp:effectExtent l="0" t="19050" r="20955" b="27305"/>
                <wp:wrapNone/>
                <wp:docPr id="185234127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800" cy="468000"/>
                          <a:chOff x="0" y="0"/>
                          <a:chExt cx="24935" cy="21229"/>
                        </a:xfrm>
                      </wpg:grpSpPr>
                      <wps:wsp>
                        <wps:cNvPr id="421024146" name="Rectangle 2"/>
                        <wps:cNvSpPr>
                          <a:spLocks/>
                        </wps:cNvSpPr>
                        <wps:spPr bwMode="auto">
                          <a:xfrm>
                            <a:off x="8714" y="0"/>
                            <a:ext cx="16221" cy="21229"/>
                          </a:xfrm>
                          <a:prstGeom prst="rect">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1924232957" name="Rectangle 10"/>
                        <wps:cNvSpPr>
                          <a:spLocks/>
                        </wps:cNvSpPr>
                        <wps:spPr bwMode="auto">
                          <a:xfrm>
                            <a:off x="10265" y="4691"/>
                            <a:ext cx="13120" cy="14869"/>
                          </a:xfrm>
                          <a:prstGeom prst="rect">
                            <a:avLst/>
                          </a:prstGeom>
                          <a:blipFill dpi="0" rotWithShape="0">
                            <a:blip r:embed="rId8"/>
                            <a:srcRect/>
                            <a:tile tx="0" ty="0" sx="100000" sy="100000" flip="none" algn="tl"/>
                          </a:blipFill>
                          <a:ln w="12700">
                            <a:solidFill>
                              <a:srgbClr val="FFFFFF"/>
                            </a:solidFill>
                            <a:miter lim="800000"/>
                            <a:headEnd/>
                            <a:tailEnd/>
                          </a:ln>
                        </wps:spPr>
                        <wps:bodyPr rot="0" vert="horz" wrap="square" lIns="91440" tIns="45720" rIns="91440" bIns="45720" anchor="ctr" anchorCtr="0" upright="1">
                          <a:noAutofit/>
                        </wps:bodyPr>
                      </wps:wsp>
                      <wpg:grpSp>
                        <wpg:cNvPr id="628092846" name="Group 14"/>
                        <wpg:cNvGrpSpPr>
                          <a:grpSpLocks/>
                        </wpg:cNvGrpSpPr>
                        <wpg:grpSpPr bwMode="auto">
                          <a:xfrm rot="2501407">
                            <a:off x="0" y="5306"/>
                            <a:ext cx="17429" cy="2166"/>
                            <a:chOff x="0" y="5306"/>
                            <a:chExt cx="17429" cy="2165"/>
                          </a:xfrm>
                        </wpg:grpSpPr>
                        <wps:wsp>
                          <wps:cNvPr id="328663157" name="Rectangle 11"/>
                          <wps:cNvSpPr>
                            <a:spLocks/>
                          </wps:cNvSpPr>
                          <wps:spPr bwMode="auto">
                            <a:xfrm>
                              <a:off x="0" y="5306"/>
                              <a:ext cx="13358" cy="2147"/>
                            </a:xfrm>
                            <a:prstGeom prst="rect">
                              <a:avLst/>
                            </a:prstGeom>
                            <a:blipFill dpi="0" rotWithShape="0">
                              <a:blip r:embed="rId9"/>
                              <a:srcRect/>
                              <a:tile tx="0" ty="0" sx="100000" sy="100000" flip="none" algn="tl"/>
                            </a:blipFill>
                            <a:ln w="12700">
                              <a:solidFill>
                                <a:srgbClr val="09101D"/>
                              </a:solidFill>
                              <a:miter lim="800000"/>
                              <a:headEnd/>
                              <a:tailEnd/>
                            </a:ln>
                          </wps:spPr>
                          <wps:bodyPr rot="0" vert="horz" wrap="square" lIns="91440" tIns="45720" rIns="91440" bIns="45720" anchor="ctr" anchorCtr="0" upright="1">
                            <a:noAutofit/>
                          </wps:bodyPr>
                        </wps:wsp>
                        <wps:wsp>
                          <wps:cNvPr id="421516807" name="Triangle 12"/>
                          <wps:cNvSpPr>
                            <a:spLocks/>
                          </wps:cNvSpPr>
                          <wps:spPr bwMode="auto">
                            <a:xfrm rot="5400000">
                              <a:off x="14328" y="4371"/>
                              <a:ext cx="2147" cy="4055"/>
                            </a:xfrm>
                            <a:prstGeom prst="triangle">
                              <a:avLst>
                                <a:gd name="adj" fmla="val 50000"/>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1235945288" name="Triangle 13"/>
                          <wps:cNvSpPr>
                            <a:spLocks/>
                          </wps:cNvSpPr>
                          <wps:spPr bwMode="auto">
                            <a:xfrm rot="5400000">
                              <a:off x="15856" y="5445"/>
                              <a:ext cx="1030" cy="1947"/>
                            </a:xfrm>
                            <a:prstGeom prst="triangle">
                              <a:avLst>
                                <a:gd name="adj" fmla="val 50000"/>
                              </a:avLst>
                            </a:prstGeom>
                            <a:solidFill>
                              <a:srgbClr val="000000"/>
                            </a:solidFill>
                            <a:ln w="12700">
                              <a:solidFill>
                                <a:srgbClr val="09101D"/>
                              </a:solidFill>
                              <a:miter lim="800000"/>
                              <a:headEnd/>
                              <a:tailEnd/>
                            </a:ln>
                          </wps:spPr>
                          <wps:bodyPr rot="0" vert="horz" wrap="square" lIns="91440" tIns="45720" rIns="91440" bIns="45720" anchor="ctr" anchorCtr="0" upright="1">
                            <a:noAutofit/>
                          </wps:bodyPr>
                        </wps:wsp>
                      </wpg:grpSp>
                      <wps:wsp>
                        <wps:cNvPr id="1953459545" name="Rectangle 18"/>
                        <wps:cNvSpPr>
                          <a:spLocks/>
                        </wps:cNvSpPr>
                        <wps:spPr bwMode="auto">
                          <a:xfrm>
                            <a:off x="10265" y="1259"/>
                            <a:ext cx="13120" cy="1762"/>
                          </a:xfrm>
                          <a:prstGeom prst="rect">
                            <a:avLst/>
                          </a:prstGeom>
                          <a:blipFill dpi="0" rotWithShape="0">
                            <a:blip r:embed="rId8"/>
                            <a:srcRect/>
                            <a:tile tx="0" ty="0" sx="100000" sy="100000" flip="none" algn="tl"/>
                          </a:blipFill>
                          <a:ln w="12700">
                            <a:solidFill>
                              <a:srgbClr val="FFFFFF"/>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167A4" id="Group 21" o:spid="_x0000_s1026" style="position:absolute;margin-left:0;margin-top:17.35pt;width:43.35pt;height:36.85pt;z-index:251653632;mso-position-horizontal:left;mso-position-horizontal-relative:margin" coordsize="24935,21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">
                <v:rect id="Rectangle 2" o:spid="_x0000_s1027" style="position:absolute;left:8714;width:16221;height:21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" strokecolor="#09101d" strokeweight="1pt">
                  <v:path arrowok="t"/>
                </v:rect>
                <v:rect id="Rectangle 10" o:spid="_x0000_s1028" style="position:absolute;left:10265;top:4691;width:13120;height:14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" strokecolor="white" strokeweight="1pt">
                  <v:fill r:id="rId10" o:title="" recolor="t" type="tile"/>
                  <v:path arrowok="t"/>
                </v:rect>
                <v:group id="Group 14" o:spid="_x0000_s1029" style="position:absolute;top:5306;width:17429;height:2166;rotation:2732203fd" coordorigin=",5306" coordsize="17429,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">
                  <v:rect id="Rectangle 11" o:spid="_x0000_s1030" style="position:absolute;top:5306;width:13358;height:2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" strokecolor="#09101d" strokeweight="1pt">
                    <v:fill r:id="rId11" o:title="" recolor="t" type="tile"/>
                    <v:path arrowok="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2" o:spid="_x0000_s1031" type="#_x0000_t5" style="position:absolute;left:14328;top:4371;width:2147;height:40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" strokecolor="#09101d" strokeweight="1pt">
                    <v:path arrowok="t"/>
                  </v:shape>
                  <v:shape id="Triangle 13" o:spid="_x0000_s1032" type="#_x0000_t5" style="position:absolute;left:15856;top:5445;width:1030;height:194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" fillcolor="black" strokecolor="#09101d" strokeweight="1pt">
                    <v:path arrowok="t"/>
                  </v:shape>
                </v:group>
                <v:rect id="Rectangle 18" o:spid="_x0000_s1033" style="position:absolute;left:10265;top:1259;width:13120;height:1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" strokecolor="white" strokeweight="1pt">
                  <v:fill r:id="rId10" o:title="" recolor="t" type="tile"/>
                  <v:path arrowok="t"/>
                </v:rect>
                <w10:wrap anchorx="margin"/>
              </v:group>
            </w:pict>
          </mc:Fallback>
        </mc:AlternateContent>
      </w:r>
      <w:r w:rsidRPr="001A7743">
        <w:rPr>
          <w:rFonts w:ascii="Atkinson Hyperlegible" w:eastAsia="Atkinson Hyperlegible" w:hAnsi="Atkinson Hyperlegible" w:cs="Atkinson Hyperlegible"/>
          <w:sz w:val="20"/>
          <w:szCs w:val="24"/>
        </w:rPr>
        <w:t>Noteer in onderstaand formulier de interpersoonlijke boodschap die je denkt dat de leerlingen uit het gedrag van de leerkracht begrijpen in de tweede kolom.</w:t>
      </w:r>
    </w:p>
    <w:p w14:paraId="50ED2B77" w14:textId="77777777" w:rsidR="006C7BCF" w:rsidRPr="001A7743" w:rsidRDefault="006C7BCF" w:rsidP="005C152B">
      <w:pPr>
        <w:pStyle w:val="CitaatAbstract"/>
        <w:numPr>
          <w:ilvl w:val="0"/>
          <w:numId w:val="10"/>
        </w:numPr>
        <w:spacing w:after="0"/>
        <w:ind w:left="2160" w:right="-7"/>
        <w:jc w:val="left"/>
        <w:rPr>
          <w:rFonts w:ascii="Aptos" w:hAnsi="Aptos" w:cs="Arial"/>
          <w:color w:val="000000" w:themeColor="text1"/>
          <w:sz w:val="24"/>
          <w:szCs w:val="24"/>
        </w:rPr>
      </w:pPr>
      <w:r w:rsidRPr="001A7743">
        <w:rPr>
          <w:rFonts w:ascii="Atkinson Hyperlegible" w:eastAsia="Atkinson Hyperlegible" w:hAnsi="Atkinson Hyperlegible" w:cs="Atkinson Hyperlegible"/>
          <w:sz w:val="20"/>
          <w:szCs w:val="24"/>
        </w:rPr>
        <w:t xml:space="preserve">Vervolgens geef je per situatie in de derde kolom aan welke combinaties van non-verbaal leerkrachtgedrag je ziet. </w:t>
      </w:r>
    </w:p>
    <w:p w14:paraId="259AA945" w14:textId="77777777" w:rsidR="00703A23" w:rsidRPr="006C7BCF" w:rsidRDefault="00703A23" w:rsidP="00AC4488">
      <w:pPr>
        <w:pStyle w:val="Body"/>
        <w:rPr>
          <w:lang w:val="nl-NL"/>
        </w:rPr>
        <w:sectPr w:rsidR="00703A23" w:rsidRPr="006C7BCF" w:rsidSect="00322FCD">
          <w:headerReference w:type="default" r:id="rId12"/>
          <w:footerReference w:type="default" r:id="rId13"/>
          <w:pgSz w:w="11900" w:h="16820"/>
          <w:pgMar w:top="2155" w:right="1701" w:bottom="1985" w:left="1134" w:header="720" w:footer="720" w:gutter="0"/>
          <w:cols w:space="720"/>
          <w:docGrid w:linePitch="360"/>
        </w:sectPr>
      </w:pPr>
    </w:p>
    <w:tbl>
      <w:tblPr>
        <w:tblW w:w="9219" w:type="dxa"/>
        <w:tblInd w:w="-147" w:type="dxa"/>
        <w:tblLayout w:type="fixed"/>
        <w:tblLook w:val="00A0" w:firstRow="1" w:lastRow="0" w:firstColumn="1" w:lastColumn="0" w:noHBand="0" w:noVBand="0"/>
      </w:tblPr>
      <w:tblGrid>
        <w:gridCol w:w="1423"/>
        <w:gridCol w:w="3119"/>
        <w:gridCol w:w="4677"/>
      </w:tblGrid>
      <w:tr w:rsidR="00033DA7" w:rsidRPr="00033DA7" w14:paraId="6C22A014" w14:textId="77777777" w:rsidTr="002C7DFA">
        <w:trPr>
          <w:tblHeader/>
        </w:trPr>
        <w:tc>
          <w:tcPr>
            <w:tcW w:w="1423" w:type="dxa"/>
            <w:tcBorders>
              <w:bottom w:val="single" w:sz="36" w:space="0" w:color="FFFFFF" w:themeColor="background1"/>
              <w:right w:val="single" w:sz="4" w:space="0" w:color="FFFFFF" w:themeColor="background1"/>
            </w:tcBorders>
            <w:shd w:val="clear" w:color="auto" w:fill="E27B3B"/>
            <w:hideMark/>
          </w:tcPr>
          <w:p w14:paraId="425D59A7" w14:textId="77777777" w:rsidR="00033DA7" w:rsidRPr="00033DA7" w:rsidRDefault="00033DA7" w:rsidP="0035261C">
            <w:pPr>
              <w:pStyle w:val="Heading1"/>
              <w:rPr>
                <w:lang w:val="nl-NL"/>
              </w:rPr>
            </w:pPr>
            <w:r w:rsidRPr="00033DA7">
              <w:rPr>
                <w:lang w:val="nl-NL"/>
              </w:rPr>
              <w:lastRenderedPageBreak/>
              <w:t>Situatie tijdens</w:t>
            </w:r>
          </w:p>
        </w:tc>
        <w:tc>
          <w:tcPr>
            <w:tcW w:w="3119" w:type="dxa"/>
            <w:tcBorders>
              <w:left w:val="single" w:sz="4" w:space="0" w:color="FFFFFF" w:themeColor="background1"/>
              <w:bottom w:val="single" w:sz="36" w:space="0" w:color="FFFFFF" w:themeColor="background1"/>
              <w:right w:val="single" w:sz="4" w:space="0" w:color="FFFFFF" w:themeColor="background1"/>
            </w:tcBorders>
            <w:shd w:val="clear" w:color="auto" w:fill="E27B3B"/>
            <w:hideMark/>
          </w:tcPr>
          <w:p w14:paraId="12452D31" w14:textId="77777777" w:rsidR="00033DA7" w:rsidRPr="00033DA7" w:rsidRDefault="00033DA7" w:rsidP="0035261C">
            <w:pPr>
              <w:pStyle w:val="Heading1"/>
              <w:rPr>
                <w:lang w:val="nl-NL"/>
              </w:rPr>
            </w:pPr>
            <w:r w:rsidRPr="00033DA7">
              <w:rPr>
                <w:lang w:val="nl-NL"/>
              </w:rPr>
              <w:t>Welke interpersoonlijke boodschap leiden de leerlingen af uit het gedrag van de leerkracht?</w:t>
            </w:r>
          </w:p>
        </w:tc>
        <w:tc>
          <w:tcPr>
            <w:tcW w:w="4677" w:type="dxa"/>
            <w:tcBorders>
              <w:left w:val="single" w:sz="4" w:space="0" w:color="FFFFFF" w:themeColor="background1"/>
              <w:bottom w:val="single" w:sz="36" w:space="0" w:color="FFFFFF" w:themeColor="background1"/>
            </w:tcBorders>
            <w:shd w:val="clear" w:color="auto" w:fill="E27B3B"/>
            <w:hideMark/>
          </w:tcPr>
          <w:p w14:paraId="02E37C42" w14:textId="77777777" w:rsidR="00033DA7" w:rsidRPr="00033DA7" w:rsidRDefault="00033DA7" w:rsidP="009D307A">
            <w:pPr>
              <w:pStyle w:val="Heading1"/>
              <w:tabs>
                <w:tab w:val="left" w:pos="4579"/>
              </w:tabs>
              <w:ind w:right="173"/>
              <w:rPr>
                <w:lang w:val="nl-NL"/>
              </w:rPr>
            </w:pPr>
            <w:r w:rsidRPr="00033DA7">
              <w:rPr>
                <w:lang w:val="nl-NL"/>
              </w:rPr>
              <w:t>Welk non-verbaal gedrag zie je in de situatie per kanaal?</w:t>
            </w:r>
          </w:p>
        </w:tc>
      </w:tr>
      <w:tr w:rsidR="00327600" w:rsidRPr="00033DA7" w14:paraId="1378731A" w14:textId="77777777" w:rsidTr="002C7DFA">
        <w:trPr>
          <w:trHeight w:val="748"/>
        </w:trPr>
        <w:tc>
          <w:tcPr>
            <w:tcW w:w="1423" w:type="dxa"/>
            <w:vMerge w:val="restart"/>
            <w:tcBorders>
              <w:top w:val="single" w:sz="36" w:space="0" w:color="FFFFFF" w:themeColor="background1"/>
              <w:right w:val="single" w:sz="4" w:space="0" w:color="FFFFFF" w:themeColor="background1"/>
            </w:tcBorders>
            <w:shd w:val="clear" w:color="auto" w:fill="EBA275"/>
          </w:tcPr>
          <w:p w14:paraId="24DF00E1" w14:textId="77777777" w:rsidR="00327600" w:rsidRPr="00033DA7" w:rsidRDefault="00327600" w:rsidP="00033DA7">
            <w:pPr>
              <w:pStyle w:val="Body"/>
              <w:rPr>
                <w:lang w:val="nl-NL"/>
              </w:rPr>
            </w:pPr>
            <w:r w:rsidRPr="00033DA7">
              <w:rPr>
                <w:lang w:val="nl-NL"/>
              </w:rPr>
              <w:t>De lesstart</w:t>
            </w:r>
          </w:p>
          <w:p w14:paraId="1A316C0A" w14:textId="77777777" w:rsidR="00327600" w:rsidRPr="00033DA7" w:rsidRDefault="00327600" w:rsidP="00033DA7">
            <w:pPr>
              <w:pStyle w:val="Body"/>
              <w:rPr>
                <w:lang w:val="nl-NL"/>
              </w:rPr>
            </w:pPr>
          </w:p>
        </w:tc>
        <w:tc>
          <w:tcPr>
            <w:tcW w:w="3119" w:type="dxa"/>
            <w:vMerge w:val="restart"/>
            <w:tcBorders>
              <w:top w:val="single" w:sz="36" w:space="0" w:color="FFFFFF" w:themeColor="background1"/>
              <w:left w:val="single" w:sz="4" w:space="0" w:color="FFFFFF" w:themeColor="background1"/>
              <w:right w:val="single" w:sz="4" w:space="0" w:color="FFFFFF" w:themeColor="background1"/>
            </w:tcBorders>
            <w:shd w:val="clear" w:color="auto" w:fill="F4CEB6"/>
          </w:tcPr>
          <w:p w14:paraId="73E8B082" w14:textId="77777777" w:rsidR="007B0F79" w:rsidRDefault="007B0F79" w:rsidP="007B0F79">
            <w:pPr>
              <w:pStyle w:val="Body"/>
              <w:spacing w:after="0"/>
              <w:jc w:val="center"/>
              <w:rPr>
                <w:lang w:val="nl-NL"/>
              </w:rPr>
            </w:pPr>
          </w:p>
          <w:p w14:paraId="6294DAE1" w14:textId="77777777" w:rsidR="007B0F79" w:rsidRDefault="007B0F79" w:rsidP="007B0F79">
            <w:pPr>
              <w:pStyle w:val="Body"/>
              <w:spacing w:after="0"/>
              <w:jc w:val="center"/>
              <w:rPr>
                <w:lang w:val="nl-NL"/>
              </w:rPr>
            </w:pPr>
          </w:p>
          <w:p w14:paraId="56BDF26D" w14:textId="77777777" w:rsidR="007B0F79" w:rsidRDefault="007B0F79" w:rsidP="007B0F79">
            <w:pPr>
              <w:pStyle w:val="Body"/>
              <w:spacing w:after="0"/>
              <w:jc w:val="center"/>
              <w:rPr>
                <w:lang w:val="nl-NL"/>
              </w:rPr>
            </w:pPr>
          </w:p>
          <w:p w14:paraId="324763C7" w14:textId="77777777" w:rsidR="007B0F79" w:rsidRDefault="007B0F79" w:rsidP="007B0F79">
            <w:pPr>
              <w:pStyle w:val="Body"/>
              <w:spacing w:after="0"/>
              <w:jc w:val="center"/>
              <w:rPr>
                <w:lang w:val="nl-NL"/>
              </w:rPr>
            </w:pPr>
          </w:p>
          <w:p w14:paraId="5904CF1E" w14:textId="77777777" w:rsidR="007B0F79" w:rsidRDefault="007B0F79" w:rsidP="007B0F79">
            <w:pPr>
              <w:pStyle w:val="Body"/>
              <w:spacing w:after="0"/>
              <w:jc w:val="center"/>
              <w:rPr>
                <w:lang w:val="nl-NL"/>
              </w:rPr>
            </w:pPr>
          </w:p>
          <w:p w14:paraId="6A24B508" w14:textId="77777777" w:rsidR="007B0F79" w:rsidRDefault="007B0F79" w:rsidP="007B0F79">
            <w:pPr>
              <w:pStyle w:val="Body"/>
              <w:spacing w:after="0"/>
              <w:jc w:val="center"/>
              <w:rPr>
                <w:lang w:val="nl-NL"/>
              </w:rPr>
            </w:pPr>
          </w:p>
          <w:p w14:paraId="038CC6E3" w14:textId="77777777" w:rsidR="007B0F79" w:rsidRDefault="007B0F79" w:rsidP="007B0F79">
            <w:pPr>
              <w:pStyle w:val="Body"/>
              <w:spacing w:after="0"/>
              <w:jc w:val="center"/>
              <w:rPr>
                <w:lang w:val="nl-NL"/>
              </w:rPr>
            </w:pPr>
          </w:p>
          <w:p w14:paraId="5AB5AF7B" w14:textId="77777777" w:rsidR="007B0F79" w:rsidRDefault="007B0F79" w:rsidP="007B0F79">
            <w:pPr>
              <w:pStyle w:val="Body"/>
              <w:spacing w:after="0"/>
              <w:jc w:val="center"/>
              <w:rPr>
                <w:lang w:val="nl-NL"/>
              </w:rPr>
            </w:pPr>
          </w:p>
          <w:p w14:paraId="09D8C962" w14:textId="77777777" w:rsidR="007B0F79" w:rsidRDefault="007B0F79" w:rsidP="007B0F79">
            <w:pPr>
              <w:pStyle w:val="Body"/>
              <w:spacing w:after="0"/>
              <w:jc w:val="center"/>
              <w:rPr>
                <w:lang w:val="nl-NL"/>
              </w:rPr>
            </w:pPr>
          </w:p>
          <w:p w14:paraId="30D8E2DB" w14:textId="2BE38CD9" w:rsidR="00327600" w:rsidRPr="00033DA7" w:rsidRDefault="007B0F79" w:rsidP="00743A43">
            <w:pPr>
              <w:pStyle w:val="Body"/>
              <w:spacing w:after="0"/>
              <w:jc w:val="center"/>
              <w:rPr>
                <w:lang w:val="nl-NL"/>
              </w:rPr>
            </w:pPr>
            <w:r>
              <w:rPr>
                <w:lang w:val="nl-NL"/>
              </w:rPr>
              <w:t>Lage invloed – hoge invloed</w:t>
            </w:r>
          </w:p>
          <w:p w14:paraId="0B83BDE9" w14:textId="77777777" w:rsidR="00327600" w:rsidRPr="00033DA7" w:rsidRDefault="00327600" w:rsidP="009F0BC1">
            <w:pPr>
              <w:pStyle w:val="Body"/>
              <w:jc w:val="center"/>
              <w:rPr>
                <w:lang w:val="nl-NL"/>
              </w:rPr>
            </w:pPr>
            <w:r w:rsidRPr="00033DA7">
              <w:rPr>
                <w:lang w:val="nl-NL"/>
              </w:rPr>
              <w:t>0 … 1 ... 2 ... 3 … 4</w:t>
            </w:r>
          </w:p>
          <w:p w14:paraId="581938A8" w14:textId="77777777" w:rsidR="00327600" w:rsidRPr="00033DA7" w:rsidRDefault="00327600" w:rsidP="009F0BC1">
            <w:pPr>
              <w:pStyle w:val="Body"/>
              <w:rPr>
                <w:lang w:val="nl-NL"/>
              </w:rPr>
            </w:pPr>
          </w:p>
          <w:p w14:paraId="20542CDB" w14:textId="7DD08749" w:rsidR="00327600" w:rsidRPr="001A7743" w:rsidRDefault="00327600" w:rsidP="007B0F79">
            <w:pPr>
              <w:pStyle w:val="Tablecontent"/>
              <w:spacing w:line="240" w:lineRule="auto"/>
              <w:jc w:val="center"/>
              <w:rPr>
                <w:rFonts w:ascii="Aptos" w:hAnsi="Aptos"/>
                <w:color w:val="000000" w:themeColor="text1"/>
                <w:sz w:val="21"/>
                <w:szCs w:val="21"/>
              </w:rPr>
            </w:pPr>
            <w:r w:rsidRPr="001A7743">
              <w:rPr>
                <w:rFonts w:ascii="Atkinson Hyperlegible" w:eastAsia="Atkinson Hyperlegible" w:hAnsi="Atkinson Hyperlegible" w:cs="Atkinson Hyperlegible"/>
                <w:sz w:val="20"/>
                <w:szCs w:val="21"/>
              </w:rPr>
              <w:t>Lage</w:t>
            </w:r>
            <w:r w:rsidR="007B0F79">
              <w:rPr>
                <w:rFonts w:ascii="Atkinson Hyperlegible" w:eastAsia="Atkinson Hyperlegible" w:hAnsi="Atkinson Hyperlegible" w:cs="Atkinson Hyperlegible"/>
                <w:sz w:val="20"/>
                <w:szCs w:val="21"/>
              </w:rPr>
              <w:t xml:space="preserve"> nabijheid – hoge nabijheid</w:t>
            </w:r>
          </w:p>
          <w:p w14:paraId="64406012" w14:textId="58498800" w:rsidR="00327600" w:rsidRPr="00033DA7" w:rsidRDefault="00327600" w:rsidP="00BB6D68">
            <w:pPr>
              <w:pStyle w:val="Body"/>
              <w:jc w:val="center"/>
              <w:rPr>
                <w:lang w:val="nl-NL"/>
              </w:rPr>
            </w:pPr>
            <w:r w:rsidRPr="007B0F79">
              <w:rPr>
                <w:rFonts w:eastAsia="Atkinson Hyperlegible" w:cs="Atkinson Hyperlegible"/>
                <w:szCs w:val="21"/>
                <w:lang w:val="nl-NL"/>
              </w:rPr>
              <w:t>0 … 1 ... 2 ... 3 … 4</w:t>
            </w:r>
          </w:p>
        </w:tc>
        <w:tc>
          <w:tcPr>
            <w:tcW w:w="4677" w:type="dxa"/>
            <w:tcBorders>
              <w:top w:val="single" w:sz="36" w:space="0" w:color="FFFFFF" w:themeColor="background1"/>
              <w:left w:val="single" w:sz="4" w:space="0" w:color="FFFFFF" w:themeColor="background1"/>
              <w:bottom w:val="single" w:sz="4" w:space="0" w:color="F4CEB6"/>
            </w:tcBorders>
          </w:tcPr>
          <w:p w14:paraId="2C8A4C77" w14:textId="13374E2C" w:rsidR="00327600" w:rsidRPr="00033DA7" w:rsidRDefault="00327600" w:rsidP="00033DA7">
            <w:pPr>
              <w:pStyle w:val="Body"/>
              <w:rPr>
                <w:lang w:val="nl-NL"/>
              </w:rPr>
            </w:pPr>
            <w:r w:rsidRPr="00033DA7">
              <w:rPr>
                <w:lang w:val="nl-NL"/>
              </w:rPr>
              <w:t>Lichaamshouding</w:t>
            </w:r>
          </w:p>
          <w:p w14:paraId="61123B43" w14:textId="77777777" w:rsidR="00BB6D68" w:rsidRPr="00033DA7" w:rsidRDefault="00BB6D68" w:rsidP="00033DA7">
            <w:pPr>
              <w:pStyle w:val="Body"/>
              <w:rPr>
                <w:lang w:val="nl-NL"/>
              </w:rPr>
            </w:pPr>
          </w:p>
        </w:tc>
      </w:tr>
      <w:tr w:rsidR="00327600" w:rsidRPr="00033DA7" w14:paraId="32577B38" w14:textId="77777777" w:rsidTr="002C7DFA">
        <w:trPr>
          <w:trHeight w:val="692"/>
        </w:trPr>
        <w:tc>
          <w:tcPr>
            <w:tcW w:w="1423" w:type="dxa"/>
            <w:vMerge/>
            <w:tcBorders>
              <w:right w:val="single" w:sz="4" w:space="0" w:color="FFFFFF" w:themeColor="background1"/>
            </w:tcBorders>
            <w:shd w:val="clear" w:color="auto" w:fill="EBA275"/>
          </w:tcPr>
          <w:p w14:paraId="5C078B74" w14:textId="77777777" w:rsidR="00327600" w:rsidRPr="00033DA7" w:rsidRDefault="00327600" w:rsidP="00033DA7">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287DC1A6" w14:textId="77777777" w:rsidR="00327600" w:rsidRPr="00033DA7" w:rsidRDefault="00327600" w:rsidP="009F0BC1">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0E3D1ECF" w14:textId="77777777" w:rsidR="00327600" w:rsidRPr="00033DA7" w:rsidRDefault="00327600" w:rsidP="00033DA7">
            <w:pPr>
              <w:pStyle w:val="Body"/>
              <w:rPr>
                <w:lang w:val="nl-NL"/>
              </w:rPr>
            </w:pPr>
            <w:r w:rsidRPr="00033DA7">
              <w:rPr>
                <w:lang w:val="nl-NL"/>
              </w:rPr>
              <w:t>Gezichtsuitdrukking</w:t>
            </w:r>
          </w:p>
          <w:p w14:paraId="7B7AD558" w14:textId="77777777" w:rsidR="00BB6D68" w:rsidRPr="00033DA7" w:rsidRDefault="00BB6D68" w:rsidP="009D307A">
            <w:pPr>
              <w:pStyle w:val="Body"/>
              <w:ind w:right="465"/>
              <w:rPr>
                <w:lang w:val="nl-NL"/>
              </w:rPr>
            </w:pPr>
          </w:p>
        </w:tc>
      </w:tr>
      <w:tr w:rsidR="00327600" w:rsidRPr="00033DA7" w14:paraId="3CBC74D2" w14:textId="77777777" w:rsidTr="002C7DFA">
        <w:trPr>
          <w:trHeight w:val="860"/>
        </w:trPr>
        <w:tc>
          <w:tcPr>
            <w:tcW w:w="1423" w:type="dxa"/>
            <w:vMerge/>
            <w:tcBorders>
              <w:right w:val="single" w:sz="4" w:space="0" w:color="FFFFFF" w:themeColor="background1"/>
            </w:tcBorders>
            <w:shd w:val="clear" w:color="auto" w:fill="EBA275"/>
          </w:tcPr>
          <w:p w14:paraId="0B4818B0" w14:textId="77777777" w:rsidR="00327600" w:rsidRPr="00033DA7" w:rsidRDefault="00327600" w:rsidP="00033DA7">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67E7C8DD" w14:textId="77777777" w:rsidR="00327600" w:rsidRPr="00033DA7" w:rsidRDefault="00327600" w:rsidP="009F0BC1">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1256EC7E" w14:textId="77777777" w:rsidR="00327600" w:rsidRPr="00033DA7" w:rsidRDefault="00327600" w:rsidP="00033DA7">
            <w:pPr>
              <w:pStyle w:val="Body"/>
              <w:rPr>
                <w:lang w:val="nl-NL"/>
              </w:rPr>
            </w:pPr>
            <w:r w:rsidRPr="00033DA7">
              <w:rPr>
                <w:lang w:val="nl-NL"/>
              </w:rPr>
              <w:t>Oogcontact</w:t>
            </w:r>
          </w:p>
          <w:p w14:paraId="4211B794" w14:textId="77777777" w:rsidR="00BB6D68" w:rsidRPr="00033DA7" w:rsidRDefault="00BB6D68" w:rsidP="00033DA7">
            <w:pPr>
              <w:pStyle w:val="Body"/>
              <w:rPr>
                <w:lang w:val="nl-NL"/>
              </w:rPr>
            </w:pPr>
          </w:p>
        </w:tc>
      </w:tr>
      <w:tr w:rsidR="00327600" w:rsidRPr="00033DA7" w14:paraId="1F33D7B4" w14:textId="77777777" w:rsidTr="002C7DFA">
        <w:trPr>
          <w:trHeight w:val="710"/>
        </w:trPr>
        <w:tc>
          <w:tcPr>
            <w:tcW w:w="1423" w:type="dxa"/>
            <w:vMerge/>
            <w:tcBorders>
              <w:right w:val="single" w:sz="4" w:space="0" w:color="FFFFFF" w:themeColor="background1"/>
            </w:tcBorders>
            <w:shd w:val="clear" w:color="auto" w:fill="EBA275"/>
          </w:tcPr>
          <w:p w14:paraId="7EE13DD7" w14:textId="77777777" w:rsidR="00327600" w:rsidRPr="00033DA7" w:rsidRDefault="00327600" w:rsidP="00033DA7">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220E503A" w14:textId="77777777" w:rsidR="00327600" w:rsidRPr="00033DA7" w:rsidRDefault="00327600" w:rsidP="009F0BC1">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447C51D1" w14:textId="089E07CF" w:rsidR="00327600" w:rsidRDefault="00327600" w:rsidP="00033DA7">
            <w:pPr>
              <w:pStyle w:val="Body"/>
              <w:rPr>
                <w:lang w:val="nl-NL"/>
              </w:rPr>
            </w:pPr>
            <w:r w:rsidRPr="00033DA7">
              <w:rPr>
                <w:lang w:val="nl-NL"/>
              </w:rPr>
              <w:t>Gebaren</w:t>
            </w:r>
          </w:p>
          <w:p w14:paraId="1A2882EF" w14:textId="77777777" w:rsidR="00BB6D68" w:rsidRPr="00033DA7" w:rsidRDefault="00BB6D68" w:rsidP="00033DA7">
            <w:pPr>
              <w:pStyle w:val="Body"/>
              <w:rPr>
                <w:lang w:val="nl-NL"/>
              </w:rPr>
            </w:pPr>
          </w:p>
        </w:tc>
      </w:tr>
      <w:tr w:rsidR="00327600" w:rsidRPr="00033DA7" w14:paraId="03C3F068" w14:textId="77777777" w:rsidTr="002C7DFA">
        <w:trPr>
          <w:trHeight w:val="879"/>
        </w:trPr>
        <w:tc>
          <w:tcPr>
            <w:tcW w:w="1423" w:type="dxa"/>
            <w:vMerge/>
            <w:tcBorders>
              <w:right w:val="single" w:sz="4" w:space="0" w:color="FFFFFF" w:themeColor="background1"/>
            </w:tcBorders>
            <w:shd w:val="clear" w:color="auto" w:fill="EBA275"/>
          </w:tcPr>
          <w:p w14:paraId="10FF318D" w14:textId="77777777" w:rsidR="00327600" w:rsidRPr="00033DA7" w:rsidRDefault="00327600" w:rsidP="00033DA7">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291CA107" w14:textId="77777777" w:rsidR="00327600" w:rsidRPr="00033DA7" w:rsidRDefault="00327600" w:rsidP="009F0BC1">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2AC461B0" w14:textId="001B678A" w:rsidR="00327600" w:rsidRDefault="00327600" w:rsidP="00033DA7">
            <w:pPr>
              <w:pStyle w:val="Body"/>
              <w:rPr>
                <w:lang w:val="nl-NL"/>
              </w:rPr>
            </w:pPr>
            <w:r w:rsidRPr="00033DA7">
              <w:rPr>
                <w:lang w:val="nl-NL"/>
              </w:rPr>
              <w:t>Positie in het lokaal</w:t>
            </w:r>
          </w:p>
          <w:p w14:paraId="4A5A42DD" w14:textId="77777777" w:rsidR="00BB6D68" w:rsidRPr="00033DA7" w:rsidRDefault="00BB6D68" w:rsidP="00033DA7">
            <w:pPr>
              <w:pStyle w:val="Body"/>
              <w:rPr>
                <w:lang w:val="nl-NL"/>
              </w:rPr>
            </w:pPr>
          </w:p>
        </w:tc>
      </w:tr>
      <w:tr w:rsidR="00327600" w:rsidRPr="00033DA7" w14:paraId="1401083B" w14:textId="77777777" w:rsidTr="002C7DFA">
        <w:trPr>
          <w:trHeight w:val="1117"/>
        </w:trPr>
        <w:tc>
          <w:tcPr>
            <w:tcW w:w="1423" w:type="dxa"/>
            <w:vMerge/>
            <w:tcBorders>
              <w:right w:val="single" w:sz="4" w:space="0" w:color="FFFFFF" w:themeColor="background1"/>
            </w:tcBorders>
            <w:shd w:val="clear" w:color="auto" w:fill="EBA275"/>
          </w:tcPr>
          <w:p w14:paraId="0400EC1E" w14:textId="77777777" w:rsidR="00327600" w:rsidRPr="00033DA7" w:rsidRDefault="00327600" w:rsidP="00033DA7">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326F0035" w14:textId="77777777" w:rsidR="00327600" w:rsidRPr="00033DA7" w:rsidRDefault="00327600" w:rsidP="009F0BC1">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6B4715BA" w14:textId="77777777" w:rsidR="00BB6D68" w:rsidRDefault="00327600" w:rsidP="00033DA7">
            <w:pPr>
              <w:pStyle w:val="Body"/>
              <w:rPr>
                <w:lang w:val="nl-NL"/>
              </w:rPr>
            </w:pPr>
            <w:r w:rsidRPr="00033DA7">
              <w:rPr>
                <w:lang w:val="nl-NL"/>
              </w:rPr>
              <w:t>Afstand tot leerlingen</w:t>
            </w:r>
          </w:p>
          <w:p w14:paraId="6767CBC4" w14:textId="184AC8C9" w:rsidR="00743A43" w:rsidRPr="00033DA7" w:rsidRDefault="00743A43" w:rsidP="00033DA7">
            <w:pPr>
              <w:pStyle w:val="Body"/>
              <w:rPr>
                <w:lang w:val="nl-NL"/>
              </w:rPr>
            </w:pPr>
          </w:p>
        </w:tc>
      </w:tr>
      <w:tr w:rsidR="00327600" w:rsidRPr="00033DA7" w14:paraId="0FF585FF" w14:textId="77777777" w:rsidTr="002C7DFA">
        <w:trPr>
          <w:trHeight w:val="939"/>
        </w:trPr>
        <w:tc>
          <w:tcPr>
            <w:tcW w:w="1423" w:type="dxa"/>
            <w:vMerge/>
            <w:tcBorders>
              <w:right w:val="single" w:sz="4" w:space="0" w:color="FFFFFF" w:themeColor="background1"/>
            </w:tcBorders>
            <w:shd w:val="clear" w:color="auto" w:fill="EBA275"/>
          </w:tcPr>
          <w:p w14:paraId="2FB2313B" w14:textId="77777777" w:rsidR="00327600" w:rsidRPr="00033DA7" w:rsidRDefault="00327600" w:rsidP="00033DA7">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6217659F" w14:textId="77777777" w:rsidR="00327600" w:rsidRPr="00033DA7" w:rsidRDefault="00327600" w:rsidP="009F0BC1">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6668EBF9" w14:textId="77777777" w:rsidR="00327600" w:rsidRDefault="00327600" w:rsidP="00033DA7">
            <w:pPr>
              <w:pStyle w:val="Body"/>
              <w:rPr>
                <w:lang w:val="nl-NL"/>
              </w:rPr>
            </w:pPr>
            <w:r w:rsidRPr="00033DA7">
              <w:rPr>
                <w:lang w:val="nl-NL"/>
              </w:rPr>
              <w:t>Stemgebrui</w:t>
            </w:r>
            <w:r w:rsidR="00743A43">
              <w:rPr>
                <w:lang w:val="nl-NL"/>
              </w:rPr>
              <w:t>k</w:t>
            </w:r>
          </w:p>
          <w:p w14:paraId="36A26B27" w14:textId="13A6DFCB" w:rsidR="00743A43" w:rsidRPr="00033DA7" w:rsidRDefault="00743A43" w:rsidP="00033DA7">
            <w:pPr>
              <w:pStyle w:val="Body"/>
              <w:rPr>
                <w:lang w:val="nl-NL"/>
              </w:rPr>
            </w:pPr>
          </w:p>
        </w:tc>
      </w:tr>
    </w:tbl>
    <w:p w14:paraId="0EE4664B" w14:textId="77777777" w:rsidR="00033DA7" w:rsidRPr="00033DA7" w:rsidRDefault="00033DA7" w:rsidP="00033DA7">
      <w:pPr>
        <w:pStyle w:val="Body"/>
        <w:rPr>
          <w:lang w:val="nl-NL"/>
        </w:rPr>
      </w:pPr>
    </w:p>
    <w:p w14:paraId="6B350769" w14:textId="0D7CD2E9" w:rsidR="00033DA7" w:rsidRPr="00894305" w:rsidRDefault="00033DA7" w:rsidP="00894305">
      <w:pPr>
        <w:pStyle w:val="CitaatAbstract"/>
        <w:numPr>
          <w:ilvl w:val="0"/>
          <w:numId w:val="10"/>
        </w:numPr>
        <w:spacing w:after="0"/>
        <w:ind w:left="2160" w:right="-7"/>
        <w:jc w:val="left"/>
        <w:rPr>
          <w:rFonts w:ascii="Atkinson Hyperlegible" w:eastAsia="Atkinson Hyperlegible" w:hAnsi="Atkinson Hyperlegible" w:cs="Atkinson Hyperlegible"/>
          <w:sz w:val="20"/>
          <w:szCs w:val="24"/>
        </w:rPr>
      </w:pPr>
      <w:r w:rsidRPr="00894305">
        <w:rPr>
          <w:rFonts w:ascii="Atkinson Hyperlegible" w:eastAsia="Atkinson Hyperlegible" w:hAnsi="Atkinson Hyperlegible" w:cs="Atkinson Hyperlegible"/>
          <w:sz w:val="20"/>
          <w:szCs w:val="24"/>
        </w:rPr>
        <mc:AlternateContent>
          <mc:Choice Requires="wpg">
            <w:drawing>
              <wp:anchor distT="0" distB="0" distL="114300" distR="114300" simplePos="0" relativeHeight="251654656" behindDoc="0" locked="0" layoutInCell="1" allowOverlap="1" wp14:anchorId="1DDD0033" wp14:editId="1131C569">
                <wp:simplePos x="0" y="0"/>
                <wp:positionH relativeFrom="margin">
                  <wp:posOffset>255827</wp:posOffset>
                </wp:positionH>
                <wp:positionV relativeFrom="paragraph">
                  <wp:posOffset>132080</wp:posOffset>
                </wp:positionV>
                <wp:extent cx="406400" cy="467995"/>
                <wp:effectExtent l="0" t="0" r="31750" b="27305"/>
                <wp:wrapNone/>
                <wp:docPr id="1105910170" name="Group 2"/>
                <wp:cNvGraphicFramePr/>
                <a:graphic xmlns:a="http://schemas.openxmlformats.org/drawingml/2006/main">
                  <a:graphicData uri="http://schemas.microsoft.com/office/word/2010/wordprocessingGroup">
                    <wpg:wgp>
                      <wpg:cNvGrpSpPr/>
                      <wpg:grpSpPr bwMode="auto">
                        <a:xfrm>
                          <a:off x="0" y="0"/>
                          <a:ext cx="406400" cy="467995"/>
                          <a:chOff x="0" y="0"/>
                          <a:chExt cx="12350" cy="14224"/>
                        </a:xfrm>
                      </wpg:grpSpPr>
                      <wps:wsp>
                        <wps:cNvPr id="2031785799" name="Oval 2031785799"/>
                        <wps:cNvSpPr>
                          <a:spLocks/>
                        </wps:cNvSpPr>
                        <wps:spPr bwMode="auto">
                          <a:xfrm>
                            <a:off x="0" y="0"/>
                            <a:ext cx="10699" cy="14224"/>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868385743" name="Right Triangle 868385743"/>
                        <wps:cNvSpPr>
                          <a:spLocks/>
                        </wps:cNvSpPr>
                        <wps:spPr bwMode="auto">
                          <a:xfrm>
                            <a:off x="10382" y="4920"/>
                            <a:ext cx="1968" cy="3906"/>
                          </a:xfrm>
                          <a:prstGeom prst="rtTriangl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782338075" name="Rectangle 782338075"/>
                        <wps:cNvSpPr>
                          <a:spLocks/>
                        </wps:cNvSpPr>
                        <wps:spPr bwMode="auto">
                          <a:xfrm rot="-1198650">
                            <a:off x="7728" y="5201"/>
                            <a:ext cx="3152" cy="3766"/>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s:wsp>
                        <wps:cNvPr id="1875089467" name="12-point Star 41"/>
                        <wps:cNvSpPr>
                          <a:spLocks/>
                        </wps:cNvSpPr>
                        <wps:spPr bwMode="auto">
                          <a:xfrm>
                            <a:off x="1338" y="3809"/>
                            <a:ext cx="4248" cy="4001"/>
                          </a:xfrm>
                          <a:custGeom>
                            <a:avLst/>
                            <a:gdLst>
                              <a:gd name="T0" fmla="*/ 0 w 424854"/>
                              <a:gd name="T1" fmla="*/ 200037 h 400073"/>
                              <a:gd name="T2" fmla="*/ 58535 w 424854"/>
                              <a:gd name="T3" fmla="*/ 161207 h 400073"/>
                              <a:gd name="T4" fmla="*/ 28460 w 424854"/>
                              <a:gd name="T5" fmla="*/ 100018 h 400073"/>
                              <a:gd name="T6" fmla="*/ 99771 w 424854"/>
                              <a:gd name="T7" fmla="*/ 93951 h 400073"/>
                              <a:gd name="T8" fmla="*/ 106214 w 424854"/>
                              <a:gd name="T9" fmla="*/ 26800 h 400073"/>
                              <a:gd name="T10" fmla="*/ 171192 w 424854"/>
                              <a:gd name="T11" fmla="*/ 55121 h 400073"/>
                              <a:gd name="T12" fmla="*/ 212427 w 424854"/>
                              <a:gd name="T13" fmla="*/ 0 h 400073"/>
                              <a:gd name="T14" fmla="*/ 253662 w 424854"/>
                              <a:gd name="T15" fmla="*/ 55121 h 400073"/>
                              <a:gd name="T16" fmla="*/ 318641 w 424854"/>
                              <a:gd name="T17" fmla="*/ 26800 h 400073"/>
                              <a:gd name="T18" fmla="*/ 325083 w 424854"/>
                              <a:gd name="T19" fmla="*/ 93951 h 400073"/>
                              <a:gd name="T20" fmla="*/ 396394 w 424854"/>
                              <a:gd name="T21" fmla="*/ 100018 h 400073"/>
                              <a:gd name="T22" fmla="*/ 366319 w 424854"/>
                              <a:gd name="T23" fmla="*/ 161207 h 400073"/>
                              <a:gd name="T24" fmla="*/ 424854 w 424854"/>
                              <a:gd name="T25" fmla="*/ 200037 h 400073"/>
                              <a:gd name="T26" fmla="*/ 366319 w 424854"/>
                              <a:gd name="T27" fmla="*/ 238866 h 400073"/>
                              <a:gd name="T28" fmla="*/ 396394 w 424854"/>
                              <a:gd name="T29" fmla="*/ 300055 h 400073"/>
                              <a:gd name="T30" fmla="*/ 325083 w 424854"/>
                              <a:gd name="T31" fmla="*/ 306122 h 400073"/>
                              <a:gd name="T32" fmla="*/ 318641 w 424854"/>
                              <a:gd name="T33" fmla="*/ 373273 h 400073"/>
                              <a:gd name="T34" fmla="*/ 253662 w 424854"/>
                              <a:gd name="T35" fmla="*/ 344952 h 400073"/>
                              <a:gd name="T36" fmla="*/ 212427 w 424854"/>
                              <a:gd name="T37" fmla="*/ 400073 h 400073"/>
                              <a:gd name="T38" fmla="*/ 171192 w 424854"/>
                              <a:gd name="T39" fmla="*/ 344952 h 400073"/>
                              <a:gd name="T40" fmla="*/ 106214 w 424854"/>
                              <a:gd name="T41" fmla="*/ 373273 h 400073"/>
                              <a:gd name="T42" fmla="*/ 99771 w 424854"/>
                              <a:gd name="T43" fmla="*/ 306122 h 400073"/>
                              <a:gd name="T44" fmla="*/ 28460 w 424854"/>
                              <a:gd name="T45" fmla="*/ 300055 h 400073"/>
                              <a:gd name="T46" fmla="*/ 58535 w 424854"/>
                              <a:gd name="T47" fmla="*/ 238866 h 400073"/>
                              <a:gd name="T48" fmla="*/ 0 w 424854"/>
                              <a:gd name="T49" fmla="*/ 200037 h 40007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24854" h="400073">
                                <a:moveTo>
                                  <a:pt x="0" y="200037"/>
                                </a:moveTo>
                                <a:lnTo>
                                  <a:pt x="58535" y="161207"/>
                                </a:lnTo>
                                <a:lnTo>
                                  <a:pt x="28460" y="100018"/>
                                </a:lnTo>
                                <a:lnTo>
                                  <a:pt x="99771" y="93951"/>
                                </a:lnTo>
                                <a:lnTo>
                                  <a:pt x="106214" y="26800"/>
                                </a:lnTo>
                                <a:lnTo>
                                  <a:pt x="171192" y="55121"/>
                                </a:lnTo>
                                <a:lnTo>
                                  <a:pt x="212427" y="0"/>
                                </a:lnTo>
                                <a:lnTo>
                                  <a:pt x="253662" y="55121"/>
                                </a:lnTo>
                                <a:lnTo>
                                  <a:pt x="318641" y="26800"/>
                                </a:lnTo>
                                <a:lnTo>
                                  <a:pt x="325083" y="93951"/>
                                </a:lnTo>
                                <a:lnTo>
                                  <a:pt x="396394" y="100018"/>
                                </a:lnTo>
                                <a:lnTo>
                                  <a:pt x="366319" y="161207"/>
                                </a:lnTo>
                                <a:lnTo>
                                  <a:pt x="424854" y="200037"/>
                                </a:lnTo>
                                <a:lnTo>
                                  <a:pt x="366319" y="238866"/>
                                </a:lnTo>
                                <a:lnTo>
                                  <a:pt x="396394" y="300055"/>
                                </a:lnTo>
                                <a:lnTo>
                                  <a:pt x="325083" y="306122"/>
                                </a:lnTo>
                                <a:lnTo>
                                  <a:pt x="318641" y="373273"/>
                                </a:lnTo>
                                <a:lnTo>
                                  <a:pt x="253662" y="344952"/>
                                </a:lnTo>
                                <a:lnTo>
                                  <a:pt x="212427" y="400073"/>
                                </a:lnTo>
                                <a:lnTo>
                                  <a:pt x="171192" y="344952"/>
                                </a:lnTo>
                                <a:lnTo>
                                  <a:pt x="106214" y="373273"/>
                                </a:lnTo>
                                <a:lnTo>
                                  <a:pt x="99771" y="306122"/>
                                </a:lnTo>
                                <a:lnTo>
                                  <a:pt x="28460" y="300055"/>
                                </a:lnTo>
                                <a:lnTo>
                                  <a:pt x="58535" y="238866"/>
                                </a:lnTo>
                                <a:lnTo>
                                  <a:pt x="0" y="200037"/>
                                </a:lnTo>
                                <a:close/>
                              </a:path>
                            </a:pathLst>
                          </a:cu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706926501" name="12-point Star 42"/>
                        <wps:cNvSpPr>
                          <a:spLocks/>
                        </wps:cNvSpPr>
                        <wps:spPr bwMode="auto">
                          <a:xfrm>
                            <a:off x="3648" y="952"/>
                            <a:ext cx="4249" cy="4001"/>
                          </a:xfrm>
                          <a:custGeom>
                            <a:avLst/>
                            <a:gdLst>
                              <a:gd name="T0" fmla="*/ 0 w 424854"/>
                              <a:gd name="T1" fmla="*/ 200037 h 400073"/>
                              <a:gd name="T2" fmla="*/ 58535 w 424854"/>
                              <a:gd name="T3" fmla="*/ 161207 h 400073"/>
                              <a:gd name="T4" fmla="*/ 28460 w 424854"/>
                              <a:gd name="T5" fmla="*/ 100018 h 400073"/>
                              <a:gd name="T6" fmla="*/ 99771 w 424854"/>
                              <a:gd name="T7" fmla="*/ 93951 h 400073"/>
                              <a:gd name="T8" fmla="*/ 106214 w 424854"/>
                              <a:gd name="T9" fmla="*/ 26800 h 400073"/>
                              <a:gd name="T10" fmla="*/ 171192 w 424854"/>
                              <a:gd name="T11" fmla="*/ 55121 h 400073"/>
                              <a:gd name="T12" fmla="*/ 212427 w 424854"/>
                              <a:gd name="T13" fmla="*/ 0 h 400073"/>
                              <a:gd name="T14" fmla="*/ 253662 w 424854"/>
                              <a:gd name="T15" fmla="*/ 55121 h 400073"/>
                              <a:gd name="T16" fmla="*/ 318641 w 424854"/>
                              <a:gd name="T17" fmla="*/ 26800 h 400073"/>
                              <a:gd name="T18" fmla="*/ 325083 w 424854"/>
                              <a:gd name="T19" fmla="*/ 93951 h 400073"/>
                              <a:gd name="T20" fmla="*/ 396394 w 424854"/>
                              <a:gd name="T21" fmla="*/ 100018 h 400073"/>
                              <a:gd name="T22" fmla="*/ 366319 w 424854"/>
                              <a:gd name="T23" fmla="*/ 161207 h 400073"/>
                              <a:gd name="T24" fmla="*/ 424854 w 424854"/>
                              <a:gd name="T25" fmla="*/ 200037 h 400073"/>
                              <a:gd name="T26" fmla="*/ 366319 w 424854"/>
                              <a:gd name="T27" fmla="*/ 238866 h 400073"/>
                              <a:gd name="T28" fmla="*/ 396394 w 424854"/>
                              <a:gd name="T29" fmla="*/ 300055 h 400073"/>
                              <a:gd name="T30" fmla="*/ 325083 w 424854"/>
                              <a:gd name="T31" fmla="*/ 306122 h 400073"/>
                              <a:gd name="T32" fmla="*/ 318641 w 424854"/>
                              <a:gd name="T33" fmla="*/ 373273 h 400073"/>
                              <a:gd name="T34" fmla="*/ 253662 w 424854"/>
                              <a:gd name="T35" fmla="*/ 344952 h 400073"/>
                              <a:gd name="T36" fmla="*/ 212427 w 424854"/>
                              <a:gd name="T37" fmla="*/ 400073 h 400073"/>
                              <a:gd name="T38" fmla="*/ 171192 w 424854"/>
                              <a:gd name="T39" fmla="*/ 344952 h 400073"/>
                              <a:gd name="T40" fmla="*/ 106214 w 424854"/>
                              <a:gd name="T41" fmla="*/ 373273 h 400073"/>
                              <a:gd name="T42" fmla="*/ 99771 w 424854"/>
                              <a:gd name="T43" fmla="*/ 306122 h 400073"/>
                              <a:gd name="T44" fmla="*/ 28460 w 424854"/>
                              <a:gd name="T45" fmla="*/ 300055 h 400073"/>
                              <a:gd name="T46" fmla="*/ 58535 w 424854"/>
                              <a:gd name="T47" fmla="*/ 238866 h 400073"/>
                              <a:gd name="T48" fmla="*/ 0 w 424854"/>
                              <a:gd name="T49" fmla="*/ 200037 h 40007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24854" h="400073">
                                <a:moveTo>
                                  <a:pt x="0" y="200037"/>
                                </a:moveTo>
                                <a:lnTo>
                                  <a:pt x="58535" y="161207"/>
                                </a:lnTo>
                                <a:lnTo>
                                  <a:pt x="28460" y="100018"/>
                                </a:lnTo>
                                <a:lnTo>
                                  <a:pt x="99771" y="93951"/>
                                </a:lnTo>
                                <a:lnTo>
                                  <a:pt x="106214" y="26800"/>
                                </a:lnTo>
                                <a:lnTo>
                                  <a:pt x="171192" y="55121"/>
                                </a:lnTo>
                                <a:lnTo>
                                  <a:pt x="212427" y="0"/>
                                </a:lnTo>
                                <a:lnTo>
                                  <a:pt x="253662" y="55121"/>
                                </a:lnTo>
                                <a:lnTo>
                                  <a:pt x="318641" y="26800"/>
                                </a:lnTo>
                                <a:lnTo>
                                  <a:pt x="325083" y="93951"/>
                                </a:lnTo>
                                <a:lnTo>
                                  <a:pt x="396394" y="100018"/>
                                </a:lnTo>
                                <a:lnTo>
                                  <a:pt x="366319" y="161207"/>
                                </a:lnTo>
                                <a:lnTo>
                                  <a:pt x="424854" y="200037"/>
                                </a:lnTo>
                                <a:lnTo>
                                  <a:pt x="366319" y="238866"/>
                                </a:lnTo>
                                <a:lnTo>
                                  <a:pt x="396394" y="300055"/>
                                </a:lnTo>
                                <a:lnTo>
                                  <a:pt x="325083" y="306122"/>
                                </a:lnTo>
                                <a:lnTo>
                                  <a:pt x="318641" y="373273"/>
                                </a:lnTo>
                                <a:lnTo>
                                  <a:pt x="253662" y="344952"/>
                                </a:lnTo>
                                <a:lnTo>
                                  <a:pt x="212427" y="400073"/>
                                </a:lnTo>
                                <a:lnTo>
                                  <a:pt x="171192" y="344952"/>
                                </a:lnTo>
                                <a:lnTo>
                                  <a:pt x="106214" y="373273"/>
                                </a:lnTo>
                                <a:lnTo>
                                  <a:pt x="99771" y="306122"/>
                                </a:lnTo>
                                <a:lnTo>
                                  <a:pt x="28460" y="300055"/>
                                </a:lnTo>
                                <a:lnTo>
                                  <a:pt x="58535" y="238866"/>
                                </a:lnTo>
                                <a:lnTo>
                                  <a:pt x="0" y="200037"/>
                                </a:lnTo>
                                <a:close/>
                              </a:path>
                            </a:pathLst>
                          </a:cu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351147607" name="Oval 351147607"/>
                        <wps:cNvSpPr>
                          <a:spLocks/>
                        </wps:cNvSpPr>
                        <wps:spPr bwMode="auto">
                          <a:xfrm>
                            <a:off x="2622" y="5016"/>
                            <a:ext cx="1780" cy="1587"/>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2093884954" name="Oval 2093884954"/>
                        <wps:cNvSpPr>
                          <a:spLocks/>
                        </wps:cNvSpPr>
                        <wps:spPr bwMode="auto">
                          <a:xfrm flipV="1">
                            <a:off x="4832" y="2159"/>
                            <a:ext cx="1780" cy="1587"/>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AF6CD" id="Group 2" o:spid="_x0000_s1026" style="position:absolute;margin-left:20.15pt;margin-top:10.4pt;width:32pt;height:36.85pt;z-index:251654656;mso-position-horizontal-relative:margin" coordsize="12350,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">
                <v:oval id="Oval 2031785799" o:spid="_x0000_s1027" style="position:absolute;width:10699;height:14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" strokecolor="#09101d" strokeweight="1pt">
                  <v:stroke joinstyle="miter"/>
                  <v:path arrowok="t"/>
                </v:oval>
                <v:shapetype id="_x0000_t6" coordsize="21600,21600" o:spt="6" path="m,l,21600r21600,xe">
                  <v:stroke joinstyle="miter"/>
                  <v:path gradientshapeok="t" o:connecttype="custom" o:connectlocs="0,0;0,10800;0,21600;10800,21600;21600,21600;10800,10800" textboxrect="1800,12600,12600,19800"/>
                </v:shapetype>
                <v:shape id="Right Triangle 868385743" o:spid="_x0000_s1028" type="#_x0000_t6" style="position:absolute;left:10382;top:4920;width:1968;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" strokecolor="#09101d" strokeweight="1pt">
                  <v:path arrowok="t"/>
                </v:shape>
                <v:rect id="Rectangle 782338075" o:spid="_x0000_s1029" style="position:absolute;left:7728;top:5201;width:3152;height:3766;rotation:-13092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" strokecolor="white" strokeweight="1pt">
                  <v:path arrowok="t"/>
                </v:rect>
                <v:shape id="12-point Star 41" o:spid="_x0000_s1030" style="position:absolute;left:1338;top:3809;width:4248;height:4001;visibility:visible;mso-wrap-style:square;v-text-anchor:middle" coordsize="424854,40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" path="m,200037l58535,161207,28460,100018,99771,93951r6443,-67151l171192,55121,212427,r41235,55121l318641,26800r6442,67151l396394,100018r-30075,61189l424854,200037r-58535,38829l396394,300055r-71311,6067l318641,373273,253662,344952r-41235,55121l171192,344952r-64978,28321l99771,306122,28460,300055,58535,238866,,200037xe" strokecolor="#09101d" strokeweight="1pt">
                  <v:stroke joinstyle="miter"/>
                  <v:path arrowok="t" o:connecttype="custom" o:connectlocs="0,2001;585,1612;285,1000;998,940;1062,268;1712,551;2124,0;2536,551;3186,268;3250,940;3963,1000;3663,1612;4248,2001;3663,2389;3963,3001;3250,3061;3186,3733;2536,3450;2124,4001;1712,3450;1062,3733;998,3061;285,3001;585,2389;0,2001" o:connectangles="0,0,0,0,0,0,0,0,0,0,0,0,0,0,0,0,0,0,0,0,0,0,0,0,0"/>
                </v:shape>
                <v:shape id="12-point Star 42" o:spid="_x0000_s1031" style="position:absolute;left:3648;top:952;width:4249;height:4001;visibility:visible;mso-wrap-style:square;v-text-anchor:middle" coordsize="424854,40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" path="m,200037l58535,161207,28460,100018,99771,93951r6443,-67151l171192,55121,212427,r41235,55121l318641,26800r6442,67151l396394,100018r-30075,61189l424854,200037r-58535,38829l396394,300055r-71311,6067l318641,373273,253662,344952r-41235,55121l171192,344952r-64978,28321l99771,306122,28460,300055,58535,238866,,200037xe" strokecolor="#09101d" strokeweight="1pt">
                  <v:stroke joinstyle="miter"/>
                  <v:path arrowok="t" o:connecttype="custom" o:connectlocs="0,2001;585,1612;285,1000;998,940;1062,268;1712,551;2125,0;2537,551;3187,268;3251,940;3964,1000;3664,1612;4249,2001;3664,2389;3964,3001;3251,3061;3187,3733;2537,3450;2125,4001;1712,3450;1062,3733;998,3061;285,3001;585,2389;0,2001" o:connectangles="0,0,0,0,0,0,0,0,0,0,0,0,0,0,0,0,0,0,0,0,0,0,0,0,0"/>
                </v:shape>
                <v:oval id="Oval 351147607" o:spid="_x0000_s1032" style="position:absolute;left:2622;top:5016;width:1780;height: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" strokecolor="#09101d" strokeweight="1pt">
                  <v:stroke joinstyle="miter"/>
                  <v:path arrowok="t"/>
                </v:oval>
                <v:oval id="Oval 2093884954" o:spid="_x0000_s1033" style="position:absolute;left:4832;top:2159;width:1780;height:158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" strokecolor="#09101d" strokeweight="1pt">
                  <v:stroke joinstyle="miter"/>
                  <v:path arrowok="t"/>
                </v:oval>
                <w10:wrap anchorx="margin"/>
              </v:group>
            </w:pict>
          </mc:Fallback>
        </mc:AlternateContent>
      </w:r>
      <w:r w:rsidRPr="00894305">
        <w:rPr>
          <w:rFonts w:ascii="Atkinson Hyperlegible" w:eastAsia="Atkinson Hyperlegible" w:hAnsi="Atkinson Hyperlegible" w:cs="Atkinson Hyperlegible"/>
          <w:sz w:val="20"/>
          <w:szCs w:val="24"/>
        </w:rPr>
        <w:t>Welke combinatie van non-verbaal gedrag van de leerkracht uit de diverse kanalen is vooral van belang voor die interpersoonlijke boodschap in deze situatie?</w:t>
      </w:r>
    </w:p>
    <w:p w14:paraId="6C6A41E0" w14:textId="77777777" w:rsidR="00033DA7" w:rsidRPr="00894305" w:rsidRDefault="00033DA7" w:rsidP="00894305">
      <w:pPr>
        <w:pStyle w:val="CitaatAbstract"/>
        <w:numPr>
          <w:ilvl w:val="0"/>
          <w:numId w:val="10"/>
        </w:numPr>
        <w:spacing w:after="0"/>
        <w:ind w:left="2160" w:right="-7"/>
        <w:jc w:val="left"/>
        <w:rPr>
          <w:rFonts w:ascii="Atkinson Hyperlegible" w:eastAsia="Atkinson Hyperlegible" w:hAnsi="Atkinson Hyperlegible" w:cs="Atkinson Hyperlegible"/>
          <w:sz w:val="20"/>
          <w:szCs w:val="24"/>
        </w:rPr>
      </w:pPr>
      <w:r w:rsidRPr="00894305">
        <w:rPr>
          <w:rFonts w:ascii="Atkinson Hyperlegible" w:eastAsia="Atkinson Hyperlegible" w:hAnsi="Atkinson Hyperlegible" w:cs="Atkinson Hyperlegible"/>
          <w:sz w:val="20"/>
          <w:szCs w:val="24"/>
        </w:rPr>
        <w:t>Welk non-verbaal gedrag van de leerkracht is vooral van belang?</w:t>
      </w:r>
    </w:p>
    <w:p w14:paraId="78B98DED" w14:textId="77777777" w:rsidR="00894305" w:rsidRPr="00033DA7" w:rsidRDefault="00894305" w:rsidP="00894305">
      <w:pPr>
        <w:pStyle w:val="Body"/>
        <w:rPr>
          <w:iCs/>
          <w:lang w:val="nl-NL"/>
        </w:rPr>
      </w:pPr>
    </w:p>
    <w:tbl>
      <w:tblPr>
        <w:tblW w:w="9219" w:type="dxa"/>
        <w:tblInd w:w="-147" w:type="dxa"/>
        <w:tblLayout w:type="fixed"/>
        <w:tblLook w:val="00A0" w:firstRow="1" w:lastRow="0" w:firstColumn="1" w:lastColumn="0" w:noHBand="0" w:noVBand="0"/>
      </w:tblPr>
      <w:tblGrid>
        <w:gridCol w:w="1423"/>
        <w:gridCol w:w="3119"/>
        <w:gridCol w:w="4677"/>
      </w:tblGrid>
      <w:tr w:rsidR="00125014" w:rsidRPr="00033DA7" w14:paraId="00FB5181" w14:textId="77777777" w:rsidTr="002C7DFA">
        <w:trPr>
          <w:tblHeader/>
        </w:trPr>
        <w:tc>
          <w:tcPr>
            <w:tcW w:w="1423" w:type="dxa"/>
            <w:tcBorders>
              <w:bottom w:val="single" w:sz="36" w:space="0" w:color="FFFFFF" w:themeColor="background1"/>
              <w:right w:val="single" w:sz="4" w:space="0" w:color="FFFFFF" w:themeColor="background1"/>
            </w:tcBorders>
            <w:shd w:val="clear" w:color="auto" w:fill="E27B3B"/>
            <w:hideMark/>
          </w:tcPr>
          <w:p w14:paraId="6ADAE37B" w14:textId="77777777" w:rsidR="00125014" w:rsidRPr="00033DA7" w:rsidRDefault="00125014" w:rsidP="006856D6">
            <w:pPr>
              <w:pStyle w:val="Heading1"/>
              <w:rPr>
                <w:lang w:val="nl-NL"/>
              </w:rPr>
            </w:pPr>
            <w:r w:rsidRPr="00033DA7">
              <w:rPr>
                <w:lang w:val="nl-NL"/>
              </w:rPr>
              <w:lastRenderedPageBreak/>
              <w:t>Situatie tijdens</w:t>
            </w:r>
          </w:p>
        </w:tc>
        <w:tc>
          <w:tcPr>
            <w:tcW w:w="3119" w:type="dxa"/>
            <w:tcBorders>
              <w:left w:val="single" w:sz="4" w:space="0" w:color="FFFFFF" w:themeColor="background1"/>
              <w:bottom w:val="single" w:sz="36" w:space="0" w:color="FFFFFF" w:themeColor="background1"/>
              <w:right w:val="single" w:sz="4" w:space="0" w:color="FFFFFF" w:themeColor="background1"/>
            </w:tcBorders>
            <w:shd w:val="clear" w:color="auto" w:fill="E27B3B"/>
            <w:hideMark/>
          </w:tcPr>
          <w:p w14:paraId="6A55C48A" w14:textId="77777777" w:rsidR="00125014" w:rsidRPr="00033DA7" w:rsidRDefault="00125014" w:rsidP="006856D6">
            <w:pPr>
              <w:pStyle w:val="Heading1"/>
              <w:rPr>
                <w:lang w:val="nl-NL"/>
              </w:rPr>
            </w:pPr>
            <w:r w:rsidRPr="00033DA7">
              <w:rPr>
                <w:lang w:val="nl-NL"/>
              </w:rPr>
              <w:t>Welke interpersoonlijke boodschap leiden de leerlingen af uit het gedrag van de leerkracht?</w:t>
            </w:r>
          </w:p>
        </w:tc>
        <w:tc>
          <w:tcPr>
            <w:tcW w:w="4677" w:type="dxa"/>
            <w:tcBorders>
              <w:left w:val="single" w:sz="4" w:space="0" w:color="FFFFFF" w:themeColor="background1"/>
              <w:bottom w:val="single" w:sz="36" w:space="0" w:color="FFFFFF" w:themeColor="background1"/>
            </w:tcBorders>
            <w:shd w:val="clear" w:color="auto" w:fill="E27B3B"/>
            <w:hideMark/>
          </w:tcPr>
          <w:p w14:paraId="7761E0D5" w14:textId="77777777" w:rsidR="00125014" w:rsidRPr="00033DA7" w:rsidRDefault="00125014" w:rsidP="006856D6">
            <w:pPr>
              <w:pStyle w:val="Heading1"/>
              <w:tabs>
                <w:tab w:val="left" w:pos="4579"/>
              </w:tabs>
              <w:ind w:right="173"/>
              <w:rPr>
                <w:lang w:val="nl-NL"/>
              </w:rPr>
            </w:pPr>
            <w:r w:rsidRPr="00033DA7">
              <w:rPr>
                <w:lang w:val="nl-NL"/>
              </w:rPr>
              <w:t>Welk non-verbaal gedrag zie je in de situatie per kanaal?</w:t>
            </w:r>
          </w:p>
        </w:tc>
      </w:tr>
      <w:tr w:rsidR="00C41B04" w:rsidRPr="00033DA7" w14:paraId="3C9D79C4" w14:textId="77777777" w:rsidTr="002C7DFA">
        <w:trPr>
          <w:trHeight w:val="748"/>
        </w:trPr>
        <w:tc>
          <w:tcPr>
            <w:tcW w:w="1423" w:type="dxa"/>
            <w:vMerge w:val="restart"/>
            <w:tcBorders>
              <w:top w:val="single" w:sz="36" w:space="0" w:color="FFFFFF" w:themeColor="background1"/>
              <w:right w:val="single" w:sz="4" w:space="0" w:color="FFFFFF" w:themeColor="background1"/>
            </w:tcBorders>
            <w:shd w:val="clear" w:color="auto" w:fill="EBA275"/>
          </w:tcPr>
          <w:p w14:paraId="76DB52F7" w14:textId="31DE4BE5" w:rsidR="00C41B04" w:rsidRPr="00033DA7" w:rsidRDefault="00C41B04" w:rsidP="00C41B04">
            <w:pPr>
              <w:pStyle w:val="Body"/>
              <w:rPr>
                <w:lang w:val="nl-NL"/>
              </w:rPr>
            </w:pPr>
            <w:r w:rsidRPr="00C41B04">
              <w:rPr>
                <w:rFonts w:ascii="Aptos" w:hAnsi="Aptos"/>
                <w:color w:val="000000" w:themeColor="text1"/>
                <w:sz w:val="21"/>
                <w:szCs w:val="21"/>
                <w:lang w:val="nl-NL"/>
              </w:rPr>
              <w:t>Het klassikaal uitleggen of een klassikaal gesprek met de klas</w:t>
            </w:r>
          </w:p>
        </w:tc>
        <w:tc>
          <w:tcPr>
            <w:tcW w:w="3119" w:type="dxa"/>
            <w:vMerge w:val="restart"/>
            <w:tcBorders>
              <w:top w:val="single" w:sz="36" w:space="0" w:color="FFFFFF" w:themeColor="background1"/>
              <w:left w:val="single" w:sz="4" w:space="0" w:color="FFFFFF" w:themeColor="background1"/>
              <w:right w:val="single" w:sz="4" w:space="0" w:color="FFFFFF" w:themeColor="background1"/>
            </w:tcBorders>
            <w:shd w:val="clear" w:color="auto" w:fill="F4CEB6"/>
          </w:tcPr>
          <w:p w14:paraId="570ABCC6" w14:textId="77777777" w:rsidR="00C41B04" w:rsidRDefault="00C41B04" w:rsidP="00C41B04">
            <w:pPr>
              <w:pStyle w:val="Body"/>
              <w:spacing w:after="0"/>
              <w:jc w:val="center"/>
              <w:rPr>
                <w:lang w:val="nl-NL"/>
              </w:rPr>
            </w:pPr>
          </w:p>
          <w:p w14:paraId="51F8D943" w14:textId="77777777" w:rsidR="00C41B04" w:rsidRDefault="00C41B04" w:rsidP="00C41B04">
            <w:pPr>
              <w:pStyle w:val="Body"/>
              <w:spacing w:after="0"/>
              <w:jc w:val="center"/>
              <w:rPr>
                <w:lang w:val="nl-NL"/>
              </w:rPr>
            </w:pPr>
          </w:p>
          <w:p w14:paraId="52B3B74E" w14:textId="77777777" w:rsidR="00C41B04" w:rsidRDefault="00C41B04" w:rsidP="00C41B04">
            <w:pPr>
              <w:pStyle w:val="Body"/>
              <w:spacing w:after="0"/>
              <w:jc w:val="center"/>
              <w:rPr>
                <w:lang w:val="nl-NL"/>
              </w:rPr>
            </w:pPr>
          </w:p>
          <w:p w14:paraId="538C0E9D" w14:textId="77777777" w:rsidR="00C41B04" w:rsidRDefault="00C41B04" w:rsidP="00C41B04">
            <w:pPr>
              <w:pStyle w:val="Body"/>
              <w:spacing w:after="0"/>
              <w:jc w:val="center"/>
              <w:rPr>
                <w:lang w:val="nl-NL"/>
              </w:rPr>
            </w:pPr>
          </w:p>
          <w:p w14:paraId="3F1990BA" w14:textId="77777777" w:rsidR="00C41B04" w:rsidRDefault="00C41B04" w:rsidP="00C41B04">
            <w:pPr>
              <w:pStyle w:val="Body"/>
              <w:spacing w:after="0"/>
              <w:jc w:val="center"/>
              <w:rPr>
                <w:lang w:val="nl-NL"/>
              </w:rPr>
            </w:pPr>
          </w:p>
          <w:p w14:paraId="52D1F46E" w14:textId="77777777" w:rsidR="00C41B04" w:rsidRDefault="00C41B04" w:rsidP="00C41B04">
            <w:pPr>
              <w:pStyle w:val="Body"/>
              <w:spacing w:after="0"/>
              <w:jc w:val="center"/>
              <w:rPr>
                <w:lang w:val="nl-NL"/>
              </w:rPr>
            </w:pPr>
          </w:p>
          <w:p w14:paraId="5B9AF707" w14:textId="77777777" w:rsidR="00C41B04" w:rsidRDefault="00C41B04" w:rsidP="00C41B04">
            <w:pPr>
              <w:pStyle w:val="Body"/>
              <w:spacing w:after="0"/>
              <w:jc w:val="center"/>
              <w:rPr>
                <w:lang w:val="nl-NL"/>
              </w:rPr>
            </w:pPr>
          </w:p>
          <w:p w14:paraId="6303A3EE" w14:textId="77777777" w:rsidR="00C41B04" w:rsidRDefault="00C41B04" w:rsidP="00C41B04">
            <w:pPr>
              <w:pStyle w:val="Body"/>
              <w:spacing w:after="0"/>
              <w:jc w:val="center"/>
              <w:rPr>
                <w:lang w:val="nl-NL"/>
              </w:rPr>
            </w:pPr>
          </w:p>
          <w:p w14:paraId="1DB4B9E1" w14:textId="77777777" w:rsidR="00C41B04" w:rsidRDefault="00C41B04" w:rsidP="00C41B04">
            <w:pPr>
              <w:pStyle w:val="Body"/>
              <w:spacing w:after="0"/>
              <w:jc w:val="center"/>
              <w:rPr>
                <w:lang w:val="nl-NL"/>
              </w:rPr>
            </w:pPr>
          </w:p>
          <w:p w14:paraId="394BAD1A" w14:textId="77777777" w:rsidR="00C41B04" w:rsidRPr="00033DA7" w:rsidRDefault="00C41B04" w:rsidP="00C41B04">
            <w:pPr>
              <w:pStyle w:val="Body"/>
              <w:spacing w:after="0"/>
              <w:jc w:val="center"/>
              <w:rPr>
                <w:lang w:val="nl-NL"/>
              </w:rPr>
            </w:pPr>
            <w:r>
              <w:rPr>
                <w:lang w:val="nl-NL"/>
              </w:rPr>
              <w:t>Lage invloed – hoge invloed</w:t>
            </w:r>
          </w:p>
          <w:p w14:paraId="273C9969" w14:textId="77777777" w:rsidR="00C41B04" w:rsidRPr="00033DA7" w:rsidRDefault="00C41B04" w:rsidP="00C41B04">
            <w:pPr>
              <w:pStyle w:val="Body"/>
              <w:jc w:val="center"/>
              <w:rPr>
                <w:lang w:val="nl-NL"/>
              </w:rPr>
            </w:pPr>
            <w:r w:rsidRPr="00033DA7">
              <w:rPr>
                <w:lang w:val="nl-NL"/>
              </w:rPr>
              <w:t>0 … 1 ... 2 ... 3 … 4</w:t>
            </w:r>
          </w:p>
          <w:p w14:paraId="5AD61840" w14:textId="77777777" w:rsidR="00C41B04" w:rsidRPr="00033DA7" w:rsidRDefault="00C41B04" w:rsidP="00C41B04">
            <w:pPr>
              <w:pStyle w:val="Body"/>
              <w:rPr>
                <w:lang w:val="nl-NL"/>
              </w:rPr>
            </w:pPr>
          </w:p>
          <w:p w14:paraId="626D378C" w14:textId="77777777" w:rsidR="00C41B04" w:rsidRPr="001A7743" w:rsidRDefault="00C41B04" w:rsidP="00C41B04">
            <w:pPr>
              <w:pStyle w:val="Tablecontent"/>
              <w:spacing w:line="240" w:lineRule="auto"/>
              <w:jc w:val="center"/>
              <w:rPr>
                <w:rFonts w:ascii="Aptos" w:hAnsi="Aptos"/>
                <w:color w:val="000000" w:themeColor="text1"/>
                <w:sz w:val="21"/>
                <w:szCs w:val="21"/>
              </w:rPr>
            </w:pPr>
            <w:r w:rsidRPr="001A7743">
              <w:rPr>
                <w:rFonts w:ascii="Atkinson Hyperlegible" w:eastAsia="Atkinson Hyperlegible" w:hAnsi="Atkinson Hyperlegible" w:cs="Atkinson Hyperlegible"/>
                <w:sz w:val="20"/>
                <w:szCs w:val="21"/>
              </w:rPr>
              <w:t>Lage</w:t>
            </w:r>
            <w:r>
              <w:rPr>
                <w:rFonts w:ascii="Atkinson Hyperlegible" w:eastAsia="Atkinson Hyperlegible" w:hAnsi="Atkinson Hyperlegible" w:cs="Atkinson Hyperlegible"/>
                <w:sz w:val="20"/>
                <w:szCs w:val="21"/>
              </w:rPr>
              <w:t xml:space="preserve"> nabijheid – hoge nabijheid</w:t>
            </w:r>
          </w:p>
          <w:p w14:paraId="12F8F012" w14:textId="77777777" w:rsidR="00C41B04" w:rsidRPr="00033DA7" w:rsidRDefault="00C41B04" w:rsidP="00C41B04">
            <w:pPr>
              <w:pStyle w:val="Body"/>
              <w:jc w:val="center"/>
              <w:rPr>
                <w:lang w:val="nl-NL"/>
              </w:rPr>
            </w:pPr>
            <w:r w:rsidRPr="007B0F79">
              <w:rPr>
                <w:rFonts w:eastAsia="Atkinson Hyperlegible" w:cs="Atkinson Hyperlegible"/>
                <w:szCs w:val="21"/>
                <w:lang w:val="nl-NL"/>
              </w:rPr>
              <w:t>0 … 1 ... 2 ... 3 … 4</w:t>
            </w:r>
          </w:p>
        </w:tc>
        <w:tc>
          <w:tcPr>
            <w:tcW w:w="4677" w:type="dxa"/>
            <w:tcBorders>
              <w:top w:val="single" w:sz="36" w:space="0" w:color="FFFFFF" w:themeColor="background1"/>
              <w:left w:val="single" w:sz="4" w:space="0" w:color="FFFFFF" w:themeColor="background1"/>
              <w:bottom w:val="single" w:sz="4" w:space="0" w:color="F4CEB6"/>
            </w:tcBorders>
          </w:tcPr>
          <w:p w14:paraId="731E9FD4" w14:textId="77777777" w:rsidR="00C41B04" w:rsidRPr="00033DA7" w:rsidRDefault="00C41B04" w:rsidP="00C41B04">
            <w:pPr>
              <w:pStyle w:val="Body"/>
              <w:rPr>
                <w:lang w:val="nl-NL"/>
              </w:rPr>
            </w:pPr>
            <w:r w:rsidRPr="00033DA7">
              <w:rPr>
                <w:lang w:val="nl-NL"/>
              </w:rPr>
              <w:t>Lichaamshouding</w:t>
            </w:r>
          </w:p>
          <w:p w14:paraId="78E6782E" w14:textId="77777777" w:rsidR="00C41B04" w:rsidRPr="00033DA7" w:rsidRDefault="00C41B04" w:rsidP="00C41B04">
            <w:pPr>
              <w:pStyle w:val="Body"/>
              <w:rPr>
                <w:lang w:val="nl-NL"/>
              </w:rPr>
            </w:pPr>
          </w:p>
        </w:tc>
      </w:tr>
      <w:tr w:rsidR="00C41B04" w:rsidRPr="00033DA7" w14:paraId="1BF2361C" w14:textId="77777777" w:rsidTr="002C7DFA">
        <w:trPr>
          <w:trHeight w:val="692"/>
        </w:trPr>
        <w:tc>
          <w:tcPr>
            <w:tcW w:w="1423" w:type="dxa"/>
            <w:vMerge/>
            <w:tcBorders>
              <w:right w:val="single" w:sz="4" w:space="0" w:color="FFFFFF" w:themeColor="background1"/>
            </w:tcBorders>
            <w:shd w:val="clear" w:color="auto" w:fill="EBA275"/>
          </w:tcPr>
          <w:p w14:paraId="00553431" w14:textId="77777777" w:rsidR="00C41B04" w:rsidRPr="00033DA7" w:rsidRDefault="00C41B04" w:rsidP="00C41B04">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5FBFE310" w14:textId="77777777" w:rsidR="00C41B04" w:rsidRPr="00033DA7" w:rsidRDefault="00C41B04" w:rsidP="00C41B04">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5F76BD8B" w14:textId="77777777" w:rsidR="00C41B04" w:rsidRPr="00033DA7" w:rsidRDefault="00C41B04" w:rsidP="00C41B04">
            <w:pPr>
              <w:pStyle w:val="Body"/>
              <w:rPr>
                <w:lang w:val="nl-NL"/>
              </w:rPr>
            </w:pPr>
            <w:r w:rsidRPr="00033DA7">
              <w:rPr>
                <w:lang w:val="nl-NL"/>
              </w:rPr>
              <w:t>Gezichtsuitdrukking</w:t>
            </w:r>
          </w:p>
          <w:p w14:paraId="695278D3" w14:textId="77777777" w:rsidR="00C41B04" w:rsidRPr="00033DA7" w:rsidRDefault="00C41B04" w:rsidP="00C41B04">
            <w:pPr>
              <w:pStyle w:val="Body"/>
              <w:ind w:right="465"/>
              <w:rPr>
                <w:lang w:val="nl-NL"/>
              </w:rPr>
            </w:pPr>
          </w:p>
        </w:tc>
      </w:tr>
      <w:tr w:rsidR="00C41B04" w:rsidRPr="00033DA7" w14:paraId="2CC2B481" w14:textId="77777777" w:rsidTr="002C7DFA">
        <w:trPr>
          <w:trHeight w:val="860"/>
        </w:trPr>
        <w:tc>
          <w:tcPr>
            <w:tcW w:w="1423" w:type="dxa"/>
            <w:vMerge/>
            <w:tcBorders>
              <w:right w:val="single" w:sz="4" w:space="0" w:color="FFFFFF" w:themeColor="background1"/>
            </w:tcBorders>
            <w:shd w:val="clear" w:color="auto" w:fill="EBA275"/>
          </w:tcPr>
          <w:p w14:paraId="36128286" w14:textId="77777777" w:rsidR="00C41B04" w:rsidRPr="00033DA7" w:rsidRDefault="00C41B04" w:rsidP="00C41B04">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7F262AEA" w14:textId="77777777" w:rsidR="00C41B04" w:rsidRPr="00033DA7" w:rsidRDefault="00C41B04" w:rsidP="00C41B04">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764943D9" w14:textId="77777777" w:rsidR="00C41B04" w:rsidRPr="00033DA7" w:rsidRDefault="00C41B04" w:rsidP="00C41B04">
            <w:pPr>
              <w:pStyle w:val="Body"/>
              <w:rPr>
                <w:lang w:val="nl-NL"/>
              </w:rPr>
            </w:pPr>
            <w:r w:rsidRPr="00033DA7">
              <w:rPr>
                <w:lang w:val="nl-NL"/>
              </w:rPr>
              <w:t>Oogcontact</w:t>
            </w:r>
          </w:p>
          <w:p w14:paraId="73BCCAF3" w14:textId="77777777" w:rsidR="00C41B04" w:rsidRPr="00033DA7" w:rsidRDefault="00C41B04" w:rsidP="00C41B04">
            <w:pPr>
              <w:pStyle w:val="Body"/>
              <w:rPr>
                <w:lang w:val="nl-NL"/>
              </w:rPr>
            </w:pPr>
          </w:p>
        </w:tc>
      </w:tr>
      <w:tr w:rsidR="00C41B04" w:rsidRPr="00033DA7" w14:paraId="1944CC30" w14:textId="77777777" w:rsidTr="002C7DFA">
        <w:trPr>
          <w:trHeight w:val="710"/>
        </w:trPr>
        <w:tc>
          <w:tcPr>
            <w:tcW w:w="1423" w:type="dxa"/>
            <w:vMerge/>
            <w:tcBorders>
              <w:right w:val="single" w:sz="4" w:space="0" w:color="FFFFFF" w:themeColor="background1"/>
            </w:tcBorders>
            <w:shd w:val="clear" w:color="auto" w:fill="EBA275"/>
          </w:tcPr>
          <w:p w14:paraId="449385D1" w14:textId="77777777" w:rsidR="00C41B04" w:rsidRPr="00033DA7" w:rsidRDefault="00C41B04" w:rsidP="00C41B04">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6A816B4E" w14:textId="77777777" w:rsidR="00C41B04" w:rsidRPr="00033DA7" w:rsidRDefault="00C41B04" w:rsidP="00C41B04">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01FE7B03" w14:textId="77777777" w:rsidR="00C41B04" w:rsidRDefault="00C41B04" w:rsidP="00C41B04">
            <w:pPr>
              <w:pStyle w:val="Body"/>
              <w:rPr>
                <w:lang w:val="nl-NL"/>
              </w:rPr>
            </w:pPr>
            <w:r w:rsidRPr="00033DA7">
              <w:rPr>
                <w:lang w:val="nl-NL"/>
              </w:rPr>
              <w:t>Gebaren</w:t>
            </w:r>
          </w:p>
          <w:p w14:paraId="1AC1D63E" w14:textId="77777777" w:rsidR="00C41B04" w:rsidRPr="00033DA7" w:rsidRDefault="00C41B04" w:rsidP="00C41B04">
            <w:pPr>
              <w:pStyle w:val="Body"/>
              <w:rPr>
                <w:lang w:val="nl-NL"/>
              </w:rPr>
            </w:pPr>
          </w:p>
        </w:tc>
      </w:tr>
      <w:tr w:rsidR="00C41B04" w:rsidRPr="00033DA7" w14:paraId="0D38BB15" w14:textId="77777777" w:rsidTr="002C7DFA">
        <w:trPr>
          <w:trHeight w:val="879"/>
        </w:trPr>
        <w:tc>
          <w:tcPr>
            <w:tcW w:w="1423" w:type="dxa"/>
            <w:vMerge/>
            <w:tcBorders>
              <w:right w:val="single" w:sz="4" w:space="0" w:color="FFFFFF" w:themeColor="background1"/>
            </w:tcBorders>
            <w:shd w:val="clear" w:color="auto" w:fill="EBA275"/>
          </w:tcPr>
          <w:p w14:paraId="7F5A18BD" w14:textId="77777777" w:rsidR="00C41B04" w:rsidRPr="00033DA7" w:rsidRDefault="00C41B04" w:rsidP="00C41B04">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3E73F98E" w14:textId="77777777" w:rsidR="00C41B04" w:rsidRPr="00033DA7" w:rsidRDefault="00C41B04" w:rsidP="00C41B04">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02398FD6" w14:textId="77777777" w:rsidR="00C41B04" w:rsidRDefault="00C41B04" w:rsidP="00C41B04">
            <w:pPr>
              <w:pStyle w:val="Body"/>
              <w:rPr>
                <w:lang w:val="nl-NL"/>
              </w:rPr>
            </w:pPr>
            <w:r w:rsidRPr="00033DA7">
              <w:rPr>
                <w:lang w:val="nl-NL"/>
              </w:rPr>
              <w:t>Positie in het lokaal</w:t>
            </w:r>
          </w:p>
          <w:p w14:paraId="754FB0A6" w14:textId="77777777" w:rsidR="00C41B04" w:rsidRPr="00033DA7" w:rsidRDefault="00C41B04" w:rsidP="00C41B04">
            <w:pPr>
              <w:pStyle w:val="Body"/>
              <w:rPr>
                <w:lang w:val="nl-NL"/>
              </w:rPr>
            </w:pPr>
          </w:p>
        </w:tc>
      </w:tr>
      <w:tr w:rsidR="00C41B04" w:rsidRPr="00033DA7" w14:paraId="1F13FC66" w14:textId="77777777" w:rsidTr="002C7DFA">
        <w:trPr>
          <w:trHeight w:val="1117"/>
        </w:trPr>
        <w:tc>
          <w:tcPr>
            <w:tcW w:w="1423" w:type="dxa"/>
            <w:vMerge/>
            <w:tcBorders>
              <w:right w:val="single" w:sz="4" w:space="0" w:color="FFFFFF" w:themeColor="background1"/>
            </w:tcBorders>
            <w:shd w:val="clear" w:color="auto" w:fill="EBA275"/>
          </w:tcPr>
          <w:p w14:paraId="546DD8E3" w14:textId="77777777" w:rsidR="00C41B04" w:rsidRPr="00033DA7" w:rsidRDefault="00C41B04" w:rsidP="00C41B04">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15266884" w14:textId="77777777" w:rsidR="00C41B04" w:rsidRPr="00033DA7" w:rsidRDefault="00C41B04" w:rsidP="00C41B04">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7D844094" w14:textId="77777777" w:rsidR="00C41B04" w:rsidRDefault="00C41B04" w:rsidP="00C41B04">
            <w:pPr>
              <w:pStyle w:val="Body"/>
              <w:rPr>
                <w:lang w:val="nl-NL"/>
              </w:rPr>
            </w:pPr>
            <w:r w:rsidRPr="00033DA7">
              <w:rPr>
                <w:lang w:val="nl-NL"/>
              </w:rPr>
              <w:t>Afstand tot leerlingen</w:t>
            </w:r>
          </w:p>
          <w:p w14:paraId="55AE698C" w14:textId="77777777" w:rsidR="00C41B04" w:rsidRPr="00033DA7" w:rsidRDefault="00C41B04" w:rsidP="00C41B04">
            <w:pPr>
              <w:pStyle w:val="Body"/>
              <w:rPr>
                <w:lang w:val="nl-NL"/>
              </w:rPr>
            </w:pPr>
          </w:p>
        </w:tc>
      </w:tr>
      <w:tr w:rsidR="00C41B04" w:rsidRPr="00033DA7" w14:paraId="2744FC5A" w14:textId="77777777" w:rsidTr="002C7DFA">
        <w:trPr>
          <w:trHeight w:val="939"/>
        </w:trPr>
        <w:tc>
          <w:tcPr>
            <w:tcW w:w="1423" w:type="dxa"/>
            <w:vMerge/>
            <w:tcBorders>
              <w:right w:val="single" w:sz="4" w:space="0" w:color="FFFFFF" w:themeColor="background1"/>
            </w:tcBorders>
            <w:shd w:val="clear" w:color="auto" w:fill="EBA275"/>
          </w:tcPr>
          <w:p w14:paraId="5CC6950B" w14:textId="77777777" w:rsidR="00C41B04" w:rsidRPr="00033DA7" w:rsidRDefault="00C41B04" w:rsidP="00C41B04">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4950A57B" w14:textId="77777777" w:rsidR="00C41B04" w:rsidRPr="00033DA7" w:rsidRDefault="00C41B04" w:rsidP="00C41B04">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35E93B66" w14:textId="77777777" w:rsidR="00C41B04" w:rsidRDefault="00C41B04" w:rsidP="00C41B04">
            <w:pPr>
              <w:pStyle w:val="Body"/>
              <w:rPr>
                <w:lang w:val="nl-NL"/>
              </w:rPr>
            </w:pPr>
            <w:r w:rsidRPr="00033DA7">
              <w:rPr>
                <w:lang w:val="nl-NL"/>
              </w:rPr>
              <w:t>Stemgebrui</w:t>
            </w:r>
            <w:r>
              <w:rPr>
                <w:lang w:val="nl-NL"/>
              </w:rPr>
              <w:t>k</w:t>
            </w:r>
          </w:p>
          <w:p w14:paraId="4F98781E" w14:textId="77777777" w:rsidR="00C41B04" w:rsidRPr="00033DA7" w:rsidRDefault="00C41B04" w:rsidP="00C41B04">
            <w:pPr>
              <w:pStyle w:val="Body"/>
              <w:rPr>
                <w:lang w:val="nl-NL"/>
              </w:rPr>
            </w:pPr>
          </w:p>
        </w:tc>
      </w:tr>
    </w:tbl>
    <w:p w14:paraId="66C21611" w14:textId="77777777" w:rsidR="00322273" w:rsidRDefault="00322273" w:rsidP="00322273">
      <w:pPr>
        <w:pStyle w:val="Body"/>
        <w:rPr>
          <w:lang w:val="nl-NL"/>
        </w:rPr>
      </w:pPr>
    </w:p>
    <w:p w14:paraId="514568DE" w14:textId="77777777" w:rsidR="0028179F" w:rsidRPr="0028179F" w:rsidRDefault="0028179F" w:rsidP="0028179F">
      <w:pPr>
        <w:pStyle w:val="CitaatAbstract"/>
        <w:numPr>
          <w:ilvl w:val="0"/>
          <w:numId w:val="10"/>
        </w:numPr>
        <w:spacing w:after="0"/>
        <w:ind w:left="2160" w:right="-7"/>
        <w:jc w:val="left"/>
        <w:rPr>
          <w:rFonts w:ascii="Atkinson Hyperlegible" w:eastAsia="Atkinson Hyperlegible" w:hAnsi="Atkinson Hyperlegible" w:cs="Atkinson Hyperlegible"/>
          <w:sz w:val="20"/>
          <w:szCs w:val="24"/>
        </w:rPr>
      </w:pPr>
      <w:r w:rsidRPr="0028179F">
        <w:rPr>
          <w:rFonts w:ascii="Atkinson Hyperlegible" w:eastAsia="Atkinson Hyperlegible" w:hAnsi="Atkinson Hyperlegible" w:cs="Atkinson Hyperlegible"/>
          <w:sz w:val="20"/>
          <w:szCs w:val="24"/>
        </w:rPr>
        <mc:AlternateContent>
          <mc:Choice Requires="wpg">
            <w:drawing>
              <wp:anchor distT="0" distB="0" distL="114300" distR="114300" simplePos="0" relativeHeight="251657728" behindDoc="0" locked="0" layoutInCell="1" allowOverlap="1" wp14:anchorId="7B109EC2" wp14:editId="568CA847">
                <wp:simplePos x="0" y="0"/>
                <wp:positionH relativeFrom="margin">
                  <wp:posOffset>255905</wp:posOffset>
                </wp:positionH>
                <wp:positionV relativeFrom="paragraph">
                  <wp:posOffset>114935</wp:posOffset>
                </wp:positionV>
                <wp:extent cx="406800" cy="468000"/>
                <wp:effectExtent l="0" t="0" r="31750" b="27305"/>
                <wp:wrapNone/>
                <wp:docPr id="154709456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468000"/>
                          <a:chOff x="0" y="0"/>
                          <a:chExt cx="12350" cy="14224"/>
                        </a:xfrm>
                      </wpg:grpSpPr>
                      <wps:wsp>
                        <wps:cNvPr id="828990987" name="Oval 38"/>
                        <wps:cNvSpPr>
                          <a:spLocks/>
                        </wps:cNvSpPr>
                        <wps:spPr bwMode="auto">
                          <a:xfrm>
                            <a:off x="0" y="0"/>
                            <a:ext cx="10699" cy="14224"/>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395530449" name="Right Triangle 39"/>
                        <wps:cNvSpPr>
                          <a:spLocks/>
                        </wps:cNvSpPr>
                        <wps:spPr bwMode="auto">
                          <a:xfrm>
                            <a:off x="10382" y="4920"/>
                            <a:ext cx="1968" cy="3906"/>
                          </a:xfrm>
                          <a:prstGeom prst="rtTriangl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2891486" name="Rectangle 40"/>
                        <wps:cNvSpPr>
                          <a:spLocks/>
                        </wps:cNvSpPr>
                        <wps:spPr bwMode="auto">
                          <a:xfrm rot="-1198650">
                            <a:off x="7728" y="5201"/>
                            <a:ext cx="3152" cy="3766"/>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s:wsp>
                        <wps:cNvPr id="1954969662" name="12-point Star 41"/>
                        <wps:cNvSpPr>
                          <a:spLocks/>
                        </wps:cNvSpPr>
                        <wps:spPr bwMode="auto">
                          <a:xfrm>
                            <a:off x="1338" y="3809"/>
                            <a:ext cx="4248" cy="4001"/>
                          </a:xfrm>
                          <a:custGeom>
                            <a:avLst/>
                            <a:gdLst>
                              <a:gd name="T0" fmla="*/ 0 w 424854"/>
                              <a:gd name="T1" fmla="*/ 200037 h 400073"/>
                              <a:gd name="T2" fmla="*/ 58535 w 424854"/>
                              <a:gd name="T3" fmla="*/ 161207 h 400073"/>
                              <a:gd name="T4" fmla="*/ 28460 w 424854"/>
                              <a:gd name="T5" fmla="*/ 100018 h 400073"/>
                              <a:gd name="T6" fmla="*/ 99771 w 424854"/>
                              <a:gd name="T7" fmla="*/ 93951 h 400073"/>
                              <a:gd name="T8" fmla="*/ 106214 w 424854"/>
                              <a:gd name="T9" fmla="*/ 26800 h 400073"/>
                              <a:gd name="T10" fmla="*/ 171192 w 424854"/>
                              <a:gd name="T11" fmla="*/ 55121 h 400073"/>
                              <a:gd name="T12" fmla="*/ 212427 w 424854"/>
                              <a:gd name="T13" fmla="*/ 0 h 400073"/>
                              <a:gd name="T14" fmla="*/ 253662 w 424854"/>
                              <a:gd name="T15" fmla="*/ 55121 h 400073"/>
                              <a:gd name="T16" fmla="*/ 318641 w 424854"/>
                              <a:gd name="T17" fmla="*/ 26800 h 400073"/>
                              <a:gd name="T18" fmla="*/ 325083 w 424854"/>
                              <a:gd name="T19" fmla="*/ 93951 h 400073"/>
                              <a:gd name="T20" fmla="*/ 396394 w 424854"/>
                              <a:gd name="T21" fmla="*/ 100018 h 400073"/>
                              <a:gd name="T22" fmla="*/ 366319 w 424854"/>
                              <a:gd name="T23" fmla="*/ 161207 h 400073"/>
                              <a:gd name="T24" fmla="*/ 424854 w 424854"/>
                              <a:gd name="T25" fmla="*/ 200037 h 400073"/>
                              <a:gd name="T26" fmla="*/ 366319 w 424854"/>
                              <a:gd name="T27" fmla="*/ 238866 h 400073"/>
                              <a:gd name="T28" fmla="*/ 396394 w 424854"/>
                              <a:gd name="T29" fmla="*/ 300055 h 400073"/>
                              <a:gd name="T30" fmla="*/ 325083 w 424854"/>
                              <a:gd name="T31" fmla="*/ 306122 h 400073"/>
                              <a:gd name="T32" fmla="*/ 318641 w 424854"/>
                              <a:gd name="T33" fmla="*/ 373273 h 400073"/>
                              <a:gd name="T34" fmla="*/ 253662 w 424854"/>
                              <a:gd name="T35" fmla="*/ 344952 h 400073"/>
                              <a:gd name="T36" fmla="*/ 212427 w 424854"/>
                              <a:gd name="T37" fmla="*/ 400073 h 400073"/>
                              <a:gd name="T38" fmla="*/ 171192 w 424854"/>
                              <a:gd name="T39" fmla="*/ 344952 h 400073"/>
                              <a:gd name="T40" fmla="*/ 106214 w 424854"/>
                              <a:gd name="T41" fmla="*/ 373273 h 400073"/>
                              <a:gd name="T42" fmla="*/ 99771 w 424854"/>
                              <a:gd name="T43" fmla="*/ 306122 h 400073"/>
                              <a:gd name="T44" fmla="*/ 28460 w 424854"/>
                              <a:gd name="T45" fmla="*/ 300055 h 400073"/>
                              <a:gd name="T46" fmla="*/ 58535 w 424854"/>
                              <a:gd name="T47" fmla="*/ 238866 h 400073"/>
                              <a:gd name="T48" fmla="*/ 0 w 424854"/>
                              <a:gd name="T49" fmla="*/ 200037 h 40007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24854" h="400073">
                                <a:moveTo>
                                  <a:pt x="0" y="200037"/>
                                </a:moveTo>
                                <a:lnTo>
                                  <a:pt x="58535" y="161207"/>
                                </a:lnTo>
                                <a:lnTo>
                                  <a:pt x="28460" y="100018"/>
                                </a:lnTo>
                                <a:lnTo>
                                  <a:pt x="99771" y="93951"/>
                                </a:lnTo>
                                <a:lnTo>
                                  <a:pt x="106214" y="26800"/>
                                </a:lnTo>
                                <a:lnTo>
                                  <a:pt x="171192" y="55121"/>
                                </a:lnTo>
                                <a:lnTo>
                                  <a:pt x="212427" y="0"/>
                                </a:lnTo>
                                <a:lnTo>
                                  <a:pt x="253662" y="55121"/>
                                </a:lnTo>
                                <a:lnTo>
                                  <a:pt x="318641" y="26800"/>
                                </a:lnTo>
                                <a:lnTo>
                                  <a:pt x="325083" y="93951"/>
                                </a:lnTo>
                                <a:lnTo>
                                  <a:pt x="396394" y="100018"/>
                                </a:lnTo>
                                <a:lnTo>
                                  <a:pt x="366319" y="161207"/>
                                </a:lnTo>
                                <a:lnTo>
                                  <a:pt x="424854" y="200037"/>
                                </a:lnTo>
                                <a:lnTo>
                                  <a:pt x="366319" y="238866"/>
                                </a:lnTo>
                                <a:lnTo>
                                  <a:pt x="396394" y="300055"/>
                                </a:lnTo>
                                <a:lnTo>
                                  <a:pt x="325083" y="306122"/>
                                </a:lnTo>
                                <a:lnTo>
                                  <a:pt x="318641" y="373273"/>
                                </a:lnTo>
                                <a:lnTo>
                                  <a:pt x="253662" y="344952"/>
                                </a:lnTo>
                                <a:lnTo>
                                  <a:pt x="212427" y="400073"/>
                                </a:lnTo>
                                <a:lnTo>
                                  <a:pt x="171192" y="344952"/>
                                </a:lnTo>
                                <a:lnTo>
                                  <a:pt x="106214" y="373273"/>
                                </a:lnTo>
                                <a:lnTo>
                                  <a:pt x="99771" y="306122"/>
                                </a:lnTo>
                                <a:lnTo>
                                  <a:pt x="28460" y="300055"/>
                                </a:lnTo>
                                <a:lnTo>
                                  <a:pt x="58535" y="238866"/>
                                </a:lnTo>
                                <a:lnTo>
                                  <a:pt x="0" y="200037"/>
                                </a:lnTo>
                                <a:close/>
                              </a:path>
                            </a:pathLst>
                          </a:cu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1950291509" name="12-point Star 42"/>
                        <wps:cNvSpPr>
                          <a:spLocks/>
                        </wps:cNvSpPr>
                        <wps:spPr bwMode="auto">
                          <a:xfrm>
                            <a:off x="3648" y="952"/>
                            <a:ext cx="4249" cy="4001"/>
                          </a:xfrm>
                          <a:custGeom>
                            <a:avLst/>
                            <a:gdLst>
                              <a:gd name="T0" fmla="*/ 0 w 424854"/>
                              <a:gd name="T1" fmla="*/ 200037 h 400073"/>
                              <a:gd name="T2" fmla="*/ 58535 w 424854"/>
                              <a:gd name="T3" fmla="*/ 161207 h 400073"/>
                              <a:gd name="T4" fmla="*/ 28460 w 424854"/>
                              <a:gd name="T5" fmla="*/ 100018 h 400073"/>
                              <a:gd name="T6" fmla="*/ 99771 w 424854"/>
                              <a:gd name="T7" fmla="*/ 93951 h 400073"/>
                              <a:gd name="T8" fmla="*/ 106214 w 424854"/>
                              <a:gd name="T9" fmla="*/ 26800 h 400073"/>
                              <a:gd name="T10" fmla="*/ 171192 w 424854"/>
                              <a:gd name="T11" fmla="*/ 55121 h 400073"/>
                              <a:gd name="T12" fmla="*/ 212427 w 424854"/>
                              <a:gd name="T13" fmla="*/ 0 h 400073"/>
                              <a:gd name="T14" fmla="*/ 253662 w 424854"/>
                              <a:gd name="T15" fmla="*/ 55121 h 400073"/>
                              <a:gd name="T16" fmla="*/ 318641 w 424854"/>
                              <a:gd name="T17" fmla="*/ 26800 h 400073"/>
                              <a:gd name="T18" fmla="*/ 325083 w 424854"/>
                              <a:gd name="T19" fmla="*/ 93951 h 400073"/>
                              <a:gd name="T20" fmla="*/ 396394 w 424854"/>
                              <a:gd name="T21" fmla="*/ 100018 h 400073"/>
                              <a:gd name="T22" fmla="*/ 366319 w 424854"/>
                              <a:gd name="T23" fmla="*/ 161207 h 400073"/>
                              <a:gd name="T24" fmla="*/ 424854 w 424854"/>
                              <a:gd name="T25" fmla="*/ 200037 h 400073"/>
                              <a:gd name="T26" fmla="*/ 366319 w 424854"/>
                              <a:gd name="T27" fmla="*/ 238866 h 400073"/>
                              <a:gd name="T28" fmla="*/ 396394 w 424854"/>
                              <a:gd name="T29" fmla="*/ 300055 h 400073"/>
                              <a:gd name="T30" fmla="*/ 325083 w 424854"/>
                              <a:gd name="T31" fmla="*/ 306122 h 400073"/>
                              <a:gd name="T32" fmla="*/ 318641 w 424854"/>
                              <a:gd name="T33" fmla="*/ 373273 h 400073"/>
                              <a:gd name="T34" fmla="*/ 253662 w 424854"/>
                              <a:gd name="T35" fmla="*/ 344952 h 400073"/>
                              <a:gd name="T36" fmla="*/ 212427 w 424854"/>
                              <a:gd name="T37" fmla="*/ 400073 h 400073"/>
                              <a:gd name="T38" fmla="*/ 171192 w 424854"/>
                              <a:gd name="T39" fmla="*/ 344952 h 400073"/>
                              <a:gd name="T40" fmla="*/ 106214 w 424854"/>
                              <a:gd name="T41" fmla="*/ 373273 h 400073"/>
                              <a:gd name="T42" fmla="*/ 99771 w 424854"/>
                              <a:gd name="T43" fmla="*/ 306122 h 400073"/>
                              <a:gd name="T44" fmla="*/ 28460 w 424854"/>
                              <a:gd name="T45" fmla="*/ 300055 h 400073"/>
                              <a:gd name="T46" fmla="*/ 58535 w 424854"/>
                              <a:gd name="T47" fmla="*/ 238866 h 400073"/>
                              <a:gd name="T48" fmla="*/ 0 w 424854"/>
                              <a:gd name="T49" fmla="*/ 200037 h 40007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24854" h="400073">
                                <a:moveTo>
                                  <a:pt x="0" y="200037"/>
                                </a:moveTo>
                                <a:lnTo>
                                  <a:pt x="58535" y="161207"/>
                                </a:lnTo>
                                <a:lnTo>
                                  <a:pt x="28460" y="100018"/>
                                </a:lnTo>
                                <a:lnTo>
                                  <a:pt x="99771" y="93951"/>
                                </a:lnTo>
                                <a:lnTo>
                                  <a:pt x="106214" y="26800"/>
                                </a:lnTo>
                                <a:lnTo>
                                  <a:pt x="171192" y="55121"/>
                                </a:lnTo>
                                <a:lnTo>
                                  <a:pt x="212427" y="0"/>
                                </a:lnTo>
                                <a:lnTo>
                                  <a:pt x="253662" y="55121"/>
                                </a:lnTo>
                                <a:lnTo>
                                  <a:pt x="318641" y="26800"/>
                                </a:lnTo>
                                <a:lnTo>
                                  <a:pt x="325083" y="93951"/>
                                </a:lnTo>
                                <a:lnTo>
                                  <a:pt x="396394" y="100018"/>
                                </a:lnTo>
                                <a:lnTo>
                                  <a:pt x="366319" y="161207"/>
                                </a:lnTo>
                                <a:lnTo>
                                  <a:pt x="424854" y="200037"/>
                                </a:lnTo>
                                <a:lnTo>
                                  <a:pt x="366319" y="238866"/>
                                </a:lnTo>
                                <a:lnTo>
                                  <a:pt x="396394" y="300055"/>
                                </a:lnTo>
                                <a:lnTo>
                                  <a:pt x="325083" y="306122"/>
                                </a:lnTo>
                                <a:lnTo>
                                  <a:pt x="318641" y="373273"/>
                                </a:lnTo>
                                <a:lnTo>
                                  <a:pt x="253662" y="344952"/>
                                </a:lnTo>
                                <a:lnTo>
                                  <a:pt x="212427" y="400073"/>
                                </a:lnTo>
                                <a:lnTo>
                                  <a:pt x="171192" y="344952"/>
                                </a:lnTo>
                                <a:lnTo>
                                  <a:pt x="106214" y="373273"/>
                                </a:lnTo>
                                <a:lnTo>
                                  <a:pt x="99771" y="306122"/>
                                </a:lnTo>
                                <a:lnTo>
                                  <a:pt x="28460" y="300055"/>
                                </a:lnTo>
                                <a:lnTo>
                                  <a:pt x="58535" y="238866"/>
                                </a:lnTo>
                                <a:lnTo>
                                  <a:pt x="0" y="200037"/>
                                </a:lnTo>
                                <a:close/>
                              </a:path>
                            </a:pathLst>
                          </a:cu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341540910" name="Oval 43"/>
                        <wps:cNvSpPr>
                          <a:spLocks/>
                        </wps:cNvSpPr>
                        <wps:spPr bwMode="auto">
                          <a:xfrm>
                            <a:off x="2622" y="5016"/>
                            <a:ext cx="1780" cy="1587"/>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640475710" name="Oval 44"/>
                        <wps:cNvSpPr>
                          <a:spLocks/>
                        </wps:cNvSpPr>
                        <wps:spPr bwMode="auto">
                          <a:xfrm flipV="1">
                            <a:off x="4832" y="2159"/>
                            <a:ext cx="1780" cy="1587"/>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B8848" id="Group 37" o:spid="_x0000_s1026" style="position:absolute;margin-left:20.15pt;margin-top:9.05pt;width:32.05pt;height:36.85pt;z-index:251657728;mso-position-horizontal-relative:margin" coordsize="12350,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">
                <v:oval id="Oval 38" o:spid="_x0000_s1027" style="position:absolute;width:10699;height:14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" strokecolor="#09101d" strokeweight="1pt">
                  <v:stroke joinstyle="miter"/>
                  <v:path arrowok="t"/>
                </v:oval>
                <v:shape id="Right Triangle 39" o:spid="_x0000_s1028" type="#_x0000_t6" style="position:absolute;left:10382;top:4920;width:1968;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" strokecolor="#09101d" strokeweight="1pt">
                  <v:path arrowok="t"/>
                </v:shape>
                <v:rect id="Rectangle 40" o:spid="_x0000_s1029" style="position:absolute;left:7728;top:5201;width:3152;height:3766;rotation:-13092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" strokecolor="white" strokeweight="1pt">
                  <v:path arrowok="t"/>
                </v:rect>
                <v:shape id="12-point Star 41" o:spid="_x0000_s1030" style="position:absolute;left:1338;top:3809;width:4248;height:4001;visibility:visible;mso-wrap-style:square;v-text-anchor:middle" coordsize="424854,40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" path="m,200037l58535,161207,28460,100018,99771,93951r6443,-67151l171192,55121,212427,r41235,55121l318641,26800r6442,67151l396394,100018r-30075,61189l424854,200037r-58535,38829l396394,300055r-71311,6067l318641,373273,253662,344952r-41235,55121l171192,344952r-64978,28321l99771,306122,28460,300055,58535,238866,,200037xe" strokecolor="#09101d" strokeweight="1pt">
                  <v:stroke joinstyle="miter"/>
                  <v:path arrowok="t" o:connecttype="custom" o:connectlocs="0,2001;585,1612;285,1000;998,940;1062,268;1712,551;2124,0;2536,551;3186,268;3250,940;3963,1000;3663,1612;4248,2001;3663,2389;3963,3001;3250,3061;3186,3733;2536,3450;2124,4001;1712,3450;1062,3733;998,3061;285,3001;585,2389;0,2001" o:connectangles="0,0,0,0,0,0,0,0,0,0,0,0,0,0,0,0,0,0,0,0,0,0,0,0,0"/>
                </v:shape>
                <v:shape id="12-point Star 42" o:spid="_x0000_s1031" style="position:absolute;left:3648;top:952;width:4249;height:4001;visibility:visible;mso-wrap-style:square;v-text-anchor:middle" coordsize="424854,40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" path="m,200037l58535,161207,28460,100018,99771,93951r6443,-67151l171192,55121,212427,r41235,55121l318641,26800r6442,67151l396394,100018r-30075,61189l424854,200037r-58535,38829l396394,300055r-71311,6067l318641,373273,253662,344952r-41235,55121l171192,344952r-64978,28321l99771,306122,28460,300055,58535,238866,,200037xe" strokecolor="#09101d" strokeweight="1pt">
                  <v:stroke joinstyle="miter"/>
                  <v:path arrowok="t" o:connecttype="custom" o:connectlocs="0,2001;585,1612;285,1000;998,940;1062,268;1712,551;2125,0;2537,551;3187,268;3251,940;3964,1000;3664,1612;4249,2001;3664,2389;3964,3001;3251,3061;3187,3733;2537,3450;2125,4001;1712,3450;1062,3733;998,3061;285,3001;585,2389;0,2001" o:connectangles="0,0,0,0,0,0,0,0,0,0,0,0,0,0,0,0,0,0,0,0,0,0,0,0,0"/>
                </v:shape>
                <v:oval id="Oval 43" o:spid="_x0000_s1032" style="position:absolute;left:2622;top:5016;width:1780;height: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" strokecolor="#09101d" strokeweight="1pt">
                  <v:stroke joinstyle="miter"/>
                  <v:path arrowok="t"/>
                </v:oval>
                <v:oval id="Oval 44" o:spid="_x0000_s1033" style="position:absolute;left:4832;top:2159;width:1780;height:158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" strokecolor="#09101d" strokeweight="1pt">
                  <v:stroke joinstyle="miter"/>
                  <v:path arrowok="t"/>
                </v:oval>
                <w10:wrap anchorx="margin"/>
              </v:group>
            </w:pict>
          </mc:Fallback>
        </mc:AlternateContent>
      </w:r>
      <w:r w:rsidRPr="0028179F">
        <w:rPr>
          <w:rFonts w:ascii="Atkinson Hyperlegible" w:eastAsia="Atkinson Hyperlegible" w:hAnsi="Atkinson Hyperlegible" w:cs="Atkinson Hyperlegible"/>
          <w:sz w:val="20"/>
          <w:szCs w:val="24"/>
        </w:rPr>
        <w:t>Welke combinatie van non-verbaal gedrag van de leerkracht uit de diverse kanalen is vooral van belang voor die interpersoonlijke boodschap in deze situatie?</w:t>
      </w:r>
    </w:p>
    <w:p w14:paraId="6ED4F6E5" w14:textId="77777777" w:rsidR="0028179F" w:rsidRPr="0028179F" w:rsidRDefault="0028179F" w:rsidP="0028179F">
      <w:pPr>
        <w:pStyle w:val="CitaatAbstract"/>
        <w:numPr>
          <w:ilvl w:val="0"/>
          <w:numId w:val="10"/>
        </w:numPr>
        <w:spacing w:after="0"/>
        <w:ind w:left="2160" w:right="-7"/>
        <w:jc w:val="left"/>
        <w:rPr>
          <w:rFonts w:ascii="Atkinson Hyperlegible" w:eastAsia="Atkinson Hyperlegible" w:hAnsi="Atkinson Hyperlegible" w:cs="Atkinson Hyperlegible"/>
          <w:sz w:val="20"/>
          <w:szCs w:val="24"/>
        </w:rPr>
      </w:pPr>
      <w:r w:rsidRPr="0028179F">
        <w:rPr>
          <w:rFonts w:ascii="Atkinson Hyperlegible" w:eastAsia="Atkinson Hyperlegible" w:hAnsi="Atkinson Hyperlegible" w:cs="Atkinson Hyperlegible"/>
          <w:sz w:val="20"/>
          <w:szCs w:val="24"/>
        </w:rPr>
        <w:t>Welk non-verbaal gedrag van de leerkracht is vooral van belang?</w:t>
      </w:r>
    </w:p>
    <w:p w14:paraId="04BEC6AC" w14:textId="77777777" w:rsidR="0004592A" w:rsidRPr="00322273" w:rsidRDefault="0004592A" w:rsidP="00322273">
      <w:pPr>
        <w:pStyle w:val="Body"/>
        <w:rPr>
          <w:lang w:val="nl-NL"/>
        </w:rPr>
      </w:pPr>
    </w:p>
    <w:p w14:paraId="168F905C" w14:textId="77777777" w:rsidR="004C2CAB" w:rsidRPr="00033DA7" w:rsidRDefault="004C2CAB" w:rsidP="00703A23">
      <w:pPr>
        <w:pStyle w:val="Body"/>
        <w:rPr>
          <w:lang w:val="nl-NL"/>
        </w:rPr>
      </w:pPr>
    </w:p>
    <w:p w14:paraId="1CA1E268" w14:textId="77777777" w:rsidR="00306924" w:rsidRPr="00033DA7" w:rsidRDefault="00306924" w:rsidP="00AC4488">
      <w:pPr>
        <w:pStyle w:val="Body"/>
        <w:rPr>
          <w:lang w:val="nl-NL"/>
        </w:rPr>
      </w:pPr>
    </w:p>
    <w:p w14:paraId="43AEF215" w14:textId="77777777" w:rsidR="00703A23" w:rsidRPr="00033DA7" w:rsidRDefault="00703A23" w:rsidP="00AC4488">
      <w:pPr>
        <w:pStyle w:val="Body"/>
        <w:rPr>
          <w:lang w:val="nl-NL"/>
        </w:rPr>
      </w:pPr>
    </w:p>
    <w:p w14:paraId="2989D64A" w14:textId="77777777" w:rsidR="00703A23" w:rsidRPr="00033DA7" w:rsidRDefault="00703A23" w:rsidP="00AC4488">
      <w:pPr>
        <w:pStyle w:val="Body"/>
        <w:rPr>
          <w:lang w:val="nl-NL"/>
        </w:rPr>
        <w:sectPr w:rsidR="00703A23" w:rsidRPr="00033DA7" w:rsidSect="00322FCD">
          <w:headerReference w:type="default" r:id="rId14"/>
          <w:pgSz w:w="11900" w:h="16820"/>
          <w:pgMar w:top="2155" w:right="1701" w:bottom="1985" w:left="1134" w:header="720" w:footer="720" w:gutter="0"/>
          <w:cols w:space="720"/>
          <w:docGrid w:linePitch="360"/>
        </w:sectPr>
      </w:pPr>
    </w:p>
    <w:tbl>
      <w:tblPr>
        <w:tblW w:w="9219" w:type="dxa"/>
        <w:tblInd w:w="-147" w:type="dxa"/>
        <w:tblLayout w:type="fixed"/>
        <w:tblLook w:val="00A0" w:firstRow="1" w:lastRow="0" w:firstColumn="1" w:lastColumn="0" w:noHBand="0" w:noVBand="0"/>
      </w:tblPr>
      <w:tblGrid>
        <w:gridCol w:w="1423"/>
        <w:gridCol w:w="3119"/>
        <w:gridCol w:w="4677"/>
      </w:tblGrid>
      <w:tr w:rsidR="009102D7" w:rsidRPr="00033DA7" w14:paraId="43220552" w14:textId="77777777" w:rsidTr="002C7DFA">
        <w:trPr>
          <w:tblHeader/>
        </w:trPr>
        <w:tc>
          <w:tcPr>
            <w:tcW w:w="1423" w:type="dxa"/>
            <w:tcBorders>
              <w:bottom w:val="single" w:sz="36" w:space="0" w:color="FFFFFF" w:themeColor="background1"/>
              <w:right w:val="single" w:sz="4" w:space="0" w:color="FFFFFF" w:themeColor="background1"/>
            </w:tcBorders>
            <w:shd w:val="clear" w:color="auto" w:fill="E27B3B"/>
            <w:hideMark/>
          </w:tcPr>
          <w:p w14:paraId="33F4FB39" w14:textId="77777777" w:rsidR="009102D7" w:rsidRPr="00033DA7" w:rsidRDefault="009102D7" w:rsidP="006856D6">
            <w:pPr>
              <w:pStyle w:val="Heading1"/>
              <w:rPr>
                <w:lang w:val="nl-NL"/>
              </w:rPr>
            </w:pPr>
            <w:r w:rsidRPr="00033DA7">
              <w:rPr>
                <w:lang w:val="nl-NL"/>
              </w:rPr>
              <w:lastRenderedPageBreak/>
              <w:t>Situatie tijdens</w:t>
            </w:r>
          </w:p>
        </w:tc>
        <w:tc>
          <w:tcPr>
            <w:tcW w:w="3119" w:type="dxa"/>
            <w:tcBorders>
              <w:left w:val="single" w:sz="4" w:space="0" w:color="FFFFFF" w:themeColor="background1"/>
              <w:bottom w:val="single" w:sz="36" w:space="0" w:color="FFFFFF" w:themeColor="background1"/>
              <w:right w:val="single" w:sz="4" w:space="0" w:color="FFFFFF" w:themeColor="background1"/>
            </w:tcBorders>
            <w:shd w:val="clear" w:color="auto" w:fill="E27B3B"/>
            <w:hideMark/>
          </w:tcPr>
          <w:p w14:paraId="585688E8" w14:textId="77777777" w:rsidR="009102D7" w:rsidRPr="00033DA7" w:rsidRDefault="009102D7" w:rsidP="006856D6">
            <w:pPr>
              <w:pStyle w:val="Heading1"/>
              <w:rPr>
                <w:lang w:val="nl-NL"/>
              </w:rPr>
            </w:pPr>
            <w:r w:rsidRPr="00033DA7">
              <w:rPr>
                <w:lang w:val="nl-NL"/>
              </w:rPr>
              <w:t>Welke interpersoonlijke boodschap leiden de leerlingen af uit het gedrag van de leerkracht?</w:t>
            </w:r>
          </w:p>
        </w:tc>
        <w:tc>
          <w:tcPr>
            <w:tcW w:w="4677" w:type="dxa"/>
            <w:tcBorders>
              <w:left w:val="single" w:sz="4" w:space="0" w:color="FFFFFF" w:themeColor="background1"/>
              <w:bottom w:val="single" w:sz="36" w:space="0" w:color="FFFFFF" w:themeColor="background1"/>
            </w:tcBorders>
            <w:shd w:val="clear" w:color="auto" w:fill="E27B3B"/>
            <w:hideMark/>
          </w:tcPr>
          <w:p w14:paraId="0ACF05E6" w14:textId="77777777" w:rsidR="009102D7" w:rsidRPr="00033DA7" w:rsidRDefault="009102D7" w:rsidP="006856D6">
            <w:pPr>
              <w:pStyle w:val="Heading1"/>
              <w:tabs>
                <w:tab w:val="left" w:pos="4579"/>
              </w:tabs>
              <w:ind w:right="173"/>
              <w:rPr>
                <w:lang w:val="nl-NL"/>
              </w:rPr>
            </w:pPr>
            <w:r w:rsidRPr="00033DA7">
              <w:rPr>
                <w:lang w:val="nl-NL"/>
              </w:rPr>
              <w:t>Welk non-verbaal gedrag zie je in de situatie per kanaal?</w:t>
            </w:r>
          </w:p>
        </w:tc>
      </w:tr>
      <w:tr w:rsidR="009102D7" w:rsidRPr="00033DA7" w14:paraId="023F0DBB" w14:textId="77777777" w:rsidTr="002C7DFA">
        <w:trPr>
          <w:trHeight w:val="748"/>
        </w:trPr>
        <w:tc>
          <w:tcPr>
            <w:tcW w:w="1423" w:type="dxa"/>
            <w:vMerge w:val="restart"/>
            <w:tcBorders>
              <w:top w:val="single" w:sz="36" w:space="0" w:color="FFFFFF" w:themeColor="background1"/>
              <w:right w:val="single" w:sz="4" w:space="0" w:color="FFFFFF" w:themeColor="background1"/>
            </w:tcBorders>
            <w:shd w:val="clear" w:color="auto" w:fill="EBA275"/>
          </w:tcPr>
          <w:p w14:paraId="0B33008C" w14:textId="77777777" w:rsidR="009102D7" w:rsidRPr="00033DA7" w:rsidRDefault="009102D7" w:rsidP="006856D6">
            <w:pPr>
              <w:pStyle w:val="Body"/>
              <w:rPr>
                <w:lang w:val="nl-NL"/>
              </w:rPr>
            </w:pPr>
            <w:r w:rsidRPr="001D4B89">
              <w:rPr>
                <w:rFonts w:ascii="Aptos" w:hAnsi="Aptos"/>
                <w:color w:val="000000" w:themeColor="text1"/>
                <w:sz w:val="21"/>
                <w:szCs w:val="21"/>
                <w:lang w:val="nl-NL"/>
              </w:rPr>
              <w:t xml:space="preserve">Een </w:t>
            </w:r>
            <w:proofErr w:type="spellStart"/>
            <w:r w:rsidRPr="001D4B89">
              <w:rPr>
                <w:rFonts w:ascii="Aptos" w:hAnsi="Aptos"/>
                <w:color w:val="000000" w:themeColor="text1"/>
                <w:sz w:val="21"/>
                <w:szCs w:val="21"/>
                <w:lang w:val="nl-NL"/>
              </w:rPr>
              <w:t>orde-verstoring</w:t>
            </w:r>
            <w:proofErr w:type="spellEnd"/>
            <w:r w:rsidRPr="001D4B89">
              <w:rPr>
                <w:rFonts w:ascii="Aptos" w:hAnsi="Aptos"/>
                <w:color w:val="000000" w:themeColor="text1"/>
                <w:sz w:val="21"/>
                <w:szCs w:val="21"/>
                <w:lang w:val="nl-NL"/>
              </w:rPr>
              <w:t xml:space="preserve"> of onverwacht gedrag van een of meer leerlingen</w:t>
            </w:r>
          </w:p>
        </w:tc>
        <w:tc>
          <w:tcPr>
            <w:tcW w:w="3119" w:type="dxa"/>
            <w:vMerge w:val="restart"/>
            <w:tcBorders>
              <w:top w:val="single" w:sz="36" w:space="0" w:color="FFFFFF" w:themeColor="background1"/>
              <w:left w:val="single" w:sz="4" w:space="0" w:color="FFFFFF" w:themeColor="background1"/>
              <w:right w:val="single" w:sz="4" w:space="0" w:color="FFFFFF" w:themeColor="background1"/>
            </w:tcBorders>
            <w:shd w:val="clear" w:color="auto" w:fill="F4CEB6"/>
          </w:tcPr>
          <w:p w14:paraId="3EA8A199" w14:textId="77777777" w:rsidR="009102D7" w:rsidRDefault="009102D7" w:rsidP="006856D6">
            <w:pPr>
              <w:pStyle w:val="Body"/>
              <w:spacing w:after="0"/>
              <w:jc w:val="center"/>
              <w:rPr>
                <w:lang w:val="nl-NL"/>
              </w:rPr>
            </w:pPr>
          </w:p>
          <w:p w14:paraId="664C40E6" w14:textId="77777777" w:rsidR="009102D7" w:rsidRDefault="009102D7" w:rsidP="006856D6">
            <w:pPr>
              <w:pStyle w:val="Body"/>
              <w:spacing w:after="0"/>
              <w:jc w:val="center"/>
              <w:rPr>
                <w:lang w:val="nl-NL"/>
              </w:rPr>
            </w:pPr>
          </w:p>
          <w:p w14:paraId="16629AFD" w14:textId="77777777" w:rsidR="009102D7" w:rsidRDefault="009102D7" w:rsidP="006856D6">
            <w:pPr>
              <w:pStyle w:val="Body"/>
              <w:spacing w:after="0"/>
              <w:jc w:val="center"/>
              <w:rPr>
                <w:lang w:val="nl-NL"/>
              </w:rPr>
            </w:pPr>
          </w:p>
          <w:p w14:paraId="5FE090CF" w14:textId="77777777" w:rsidR="009102D7" w:rsidRDefault="009102D7" w:rsidP="006856D6">
            <w:pPr>
              <w:pStyle w:val="Body"/>
              <w:spacing w:after="0"/>
              <w:jc w:val="center"/>
              <w:rPr>
                <w:lang w:val="nl-NL"/>
              </w:rPr>
            </w:pPr>
          </w:p>
          <w:p w14:paraId="4520382E" w14:textId="77777777" w:rsidR="009102D7" w:rsidRDefault="009102D7" w:rsidP="006856D6">
            <w:pPr>
              <w:pStyle w:val="Body"/>
              <w:spacing w:after="0"/>
              <w:jc w:val="center"/>
              <w:rPr>
                <w:lang w:val="nl-NL"/>
              </w:rPr>
            </w:pPr>
          </w:p>
          <w:p w14:paraId="00181488" w14:textId="77777777" w:rsidR="009102D7" w:rsidRDefault="009102D7" w:rsidP="006856D6">
            <w:pPr>
              <w:pStyle w:val="Body"/>
              <w:spacing w:after="0"/>
              <w:jc w:val="center"/>
              <w:rPr>
                <w:lang w:val="nl-NL"/>
              </w:rPr>
            </w:pPr>
          </w:p>
          <w:p w14:paraId="36D85463" w14:textId="77777777" w:rsidR="009102D7" w:rsidRDefault="009102D7" w:rsidP="006856D6">
            <w:pPr>
              <w:pStyle w:val="Body"/>
              <w:spacing w:after="0"/>
              <w:jc w:val="center"/>
              <w:rPr>
                <w:lang w:val="nl-NL"/>
              </w:rPr>
            </w:pPr>
          </w:p>
          <w:p w14:paraId="242A2F89" w14:textId="77777777" w:rsidR="009102D7" w:rsidRDefault="009102D7" w:rsidP="006856D6">
            <w:pPr>
              <w:pStyle w:val="Body"/>
              <w:spacing w:after="0"/>
              <w:jc w:val="center"/>
              <w:rPr>
                <w:lang w:val="nl-NL"/>
              </w:rPr>
            </w:pPr>
          </w:p>
          <w:p w14:paraId="016E6C85" w14:textId="77777777" w:rsidR="009102D7" w:rsidRDefault="009102D7" w:rsidP="006856D6">
            <w:pPr>
              <w:pStyle w:val="Body"/>
              <w:spacing w:after="0"/>
              <w:jc w:val="center"/>
              <w:rPr>
                <w:lang w:val="nl-NL"/>
              </w:rPr>
            </w:pPr>
          </w:p>
          <w:p w14:paraId="0445E451" w14:textId="77777777" w:rsidR="009102D7" w:rsidRPr="00033DA7" w:rsidRDefault="009102D7" w:rsidP="006856D6">
            <w:pPr>
              <w:pStyle w:val="Body"/>
              <w:spacing w:after="0"/>
              <w:jc w:val="center"/>
              <w:rPr>
                <w:lang w:val="nl-NL"/>
              </w:rPr>
            </w:pPr>
            <w:r>
              <w:rPr>
                <w:lang w:val="nl-NL"/>
              </w:rPr>
              <w:t>Lage invloed – hoge invloed</w:t>
            </w:r>
          </w:p>
          <w:p w14:paraId="08549B2C" w14:textId="77777777" w:rsidR="009102D7" w:rsidRPr="00033DA7" w:rsidRDefault="009102D7" w:rsidP="006856D6">
            <w:pPr>
              <w:pStyle w:val="Body"/>
              <w:jc w:val="center"/>
              <w:rPr>
                <w:lang w:val="nl-NL"/>
              </w:rPr>
            </w:pPr>
            <w:r w:rsidRPr="00033DA7">
              <w:rPr>
                <w:lang w:val="nl-NL"/>
              </w:rPr>
              <w:t>0 … 1 ... 2 ... 3 … 4</w:t>
            </w:r>
          </w:p>
          <w:p w14:paraId="30D1983F" w14:textId="77777777" w:rsidR="009102D7" w:rsidRPr="00033DA7" w:rsidRDefault="009102D7" w:rsidP="006856D6">
            <w:pPr>
              <w:pStyle w:val="Body"/>
              <w:rPr>
                <w:lang w:val="nl-NL"/>
              </w:rPr>
            </w:pPr>
          </w:p>
          <w:p w14:paraId="73CA785D" w14:textId="77777777" w:rsidR="009102D7" w:rsidRPr="001A7743" w:rsidRDefault="009102D7" w:rsidP="006856D6">
            <w:pPr>
              <w:pStyle w:val="Tablecontent"/>
              <w:spacing w:line="240" w:lineRule="auto"/>
              <w:jc w:val="center"/>
              <w:rPr>
                <w:rFonts w:ascii="Aptos" w:hAnsi="Aptos"/>
                <w:color w:val="000000" w:themeColor="text1"/>
                <w:sz w:val="21"/>
                <w:szCs w:val="21"/>
              </w:rPr>
            </w:pPr>
            <w:r w:rsidRPr="001A7743">
              <w:rPr>
                <w:rFonts w:ascii="Atkinson Hyperlegible" w:eastAsia="Atkinson Hyperlegible" w:hAnsi="Atkinson Hyperlegible" w:cs="Atkinson Hyperlegible"/>
                <w:sz w:val="20"/>
                <w:szCs w:val="21"/>
              </w:rPr>
              <w:t>Lage</w:t>
            </w:r>
            <w:r>
              <w:rPr>
                <w:rFonts w:ascii="Atkinson Hyperlegible" w:eastAsia="Atkinson Hyperlegible" w:hAnsi="Atkinson Hyperlegible" w:cs="Atkinson Hyperlegible"/>
                <w:sz w:val="20"/>
                <w:szCs w:val="21"/>
              </w:rPr>
              <w:t xml:space="preserve"> nabijheid – hoge nabijheid</w:t>
            </w:r>
          </w:p>
          <w:p w14:paraId="39788524" w14:textId="77777777" w:rsidR="009102D7" w:rsidRPr="00033DA7" w:rsidRDefault="009102D7" w:rsidP="006856D6">
            <w:pPr>
              <w:pStyle w:val="Body"/>
              <w:jc w:val="center"/>
              <w:rPr>
                <w:lang w:val="nl-NL"/>
              </w:rPr>
            </w:pPr>
            <w:r w:rsidRPr="007B0F79">
              <w:rPr>
                <w:rFonts w:eastAsia="Atkinson Hyperlegible" w:cs="Atkinson Hyperlegible"/>
                <w:szCs w:val="21"/>
                <w:lang w:val="nl-NL"/>
              </w:rPr>
              <w:t>0 … 1 ... 2 ... 3 … 4</w:t>
            </w:r>
          </w:p>
        </w:tc>
        <w:tc>
          <w:tcPr>
            <w:tcW w:w="4677" w:type="dxa"/>
            <w:tcBorders>
              <w:top w:val="single" w:sz="36" w:space="0" w:color="FFFFFF" w:themeColor="background1"/>
              <w:left w:val="single" w:sz="4" w:space="0" w:color="FFFFFF" w:themeColor="background1"/>
              <w:bottom w:val="single" w:sz="4" w:space="0" w:color="F4CEB6"/>
            </w:tcBorders>
          </w:tcPr>
          <w:p w14:paraId="5F988B92" w14:textId="77777777" w:rsidR="009102D7" w:rsidRPr="00033DA7" w:rsidRDefault="009102D7" w:rsidP="006856D6">
            <w:pPr>
              <w:pStyle w:val="Body"/>
              <w:rPr>
                <w:lang w:val="nl-NL"/>
              </w:rPr>
            </w:pPr>
            <w:r w:rsidRPr="00033DA7">
              <w:rPr>
                <w:lang w:val="nl-NL"/>
              </w:rPr>
              <w:t>Lichaamshouding</w:t>
            </w:r>
          </w:p>
          <w:p w14:paraId="7A2F438A" w14:textId="77777777" w:rsidR="009102D7" w:rsidRPr="00033DA7" w:rsidRDefault="009102D7" w:rsidP="006856D6">
            <w:pPr>
              <w:pStyle w:val="Body"/>
              <w:rPr>
                <w:lang w:val="nl-NL"/>
              </w:rPr>
            </w:pPr>
          </w:p>
        </w:tc>
      </w:tr>
      <w:tr w:rsidR="009102D7" w:rsidRPr="00033DA7" w14:paraId="21E22706" w14:textId="77777777" w:rsidTr="002C7DFA">
        <w:trPr>
          <w:trHeight w:val="692"/>
        </w:trPr>
        <w:tc>
          <w:tcPr>
            <w:tcW w:w="1423" w:type="dxa"/>
            <w:vMerge/>
            <w:tcBorders>
              <w:right w:val="single" w:sz="4" w:space="0" w:color="FFFFFF" w:themeColor="background1"/>
            </w:tcBorders>
            <w:shd w:val="clear" w:color="auto" w:fill="EBA275"/>
          </w:tcPr>
          <w:p w14:paraId="47FE7781" w14:textId="77777777" w:rsidR="009102D7" w:rsidRPr="00033DA7" w:rsidRDefault="009102D7" w:rsidP="006856D6">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083B6F07" w14:textId="77777777" w:rsidR="009102D7" w:rsidRPr="00033DA7" w:rsidRDefault="009102D7" w:rsidP="006856D6">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6B1F1DE2" w14:textId="77777777" w:rsidR="009102D7" w:rsidRPr="00033DA7" w:rsidRDefault="009102D7" w:rsidP="006856D6">
            <w:pPr>
              <w:pStyle w:val="Body"/>
              <w:rPr>
                <w:lang w:val="nl-NL"/>
              </w:rPr>
            </w:pPr>
            <w:r w:rsidRPr="00033DA7">
              <w:rPr>
                <w:lang w:val="nl-NL"/>
              </w:rPr>
              <w:t>Gezichtsuitdrukking</w:t>
            </w:r>
          </w:p>
          <w:p w14:paraId="23CA45BD" w14:textId="77777777" w:rsidR="009102D7" w:rsidRPr="00033DA7" w:rsidRDefault="009102D7" w:rsidP="006856D6">
            <w:pPr>
              <w:pStyle w:val="Body"/>
              <w:ind w:right="465"/>
              <w:rPr>
                <w:lang w:val="nl-NL"/>
              </w:rPr>
            </w:pPr>
          </w:p>
        </w:tc>
      </w:tr>
      <w:tr w:rsidR="009102D7" w:rsidRPr="00033DA7" w14:paraId="4468E677" w14:textId="77777777" w:rsidTr="002C7DFA">
        <w:trPr>
          <w:trHeight w:val="860"/>
        </w:trPr>
        <w:tc>
          <w:tcPr>
            <w:tcW w:w="1423" w:type="dxa"/>
            <w:vMerge/>
            <w:tcBorders>
              <w:right w:val="single" w:sz="4" w:space="0" w:color="FFFFFF" w:themeColor="background1"/>
            </w:tcBorders>
            <w:shd w:val="clear" w:color="auto" w:fill="EBA275"/>
          </w:tcPr>
          <w:p w14:paraId="7BFFCFF7" w14:textId="77777777" w:rsidR="009102D7" w:rsidRPr="00033DA7" w:rsidRDefault="009102D7" w:rsidP="006856D6">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1FDA3F2D" w14:textId="77777777" w:rsidR="009102D7" w:rsidRPr="00033DA7" w:rsidRDefault="009102D7" w:rsidP="006856D6">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12B67259" w14:textId="77777777" w:rsidR="009102D7" w:rsidRPr="00033DA7" w:rsidRDefault="009102D7" w:rsidP="006856D6">
            <w:pPr>
              <w:pStyle w:val="Body"/>
              <w:rPr>
                <w:lang w:val="nl-NL"/>
              </w:rPr>
            </w:pPr>
            <w:r w:rsidRPr="00033DA7">
              <w:rPr>
                <w:lang w:val="nl-NL"/>
              </w:rPr>
              <w:t>Oogcontact</w:t>
            </w:r>
          </w:p>
          <w:p w14:paraId="7C4D815E" w14:textId="77777777" w:rsidR="009102D7" w:rsidRPr="00033DA7" w:rsidRDefault="009102D7" w:rsidP="006856D6">
            <w:pPr>
              <w:pStyle w:val="Body"/>
              <w:rPr>
                <w:lang w:val="nl-NL"/>
              </w:rPr>
            </w:pPr>
          </w:p>
        </w:tc>
      </w:tr>
      <w:tr w:rsidR="009102D7" w:rsidRPr="00033DA7" w14:paraId="68533AC9" w14:textId="77777777" w:rsidTr="002C7DFA">
        <w:trPr>
          <w:trHeight w:val="710"/>
        </w:trPr>
        <w:tc>
          <w:tcPr>
            <w:tcW w:w="1423" w:type="dxa"/>
            <w:vMerge/>
            <w:tcBorders>
              <w:right w:val="single" w:sz="4" w:space="0" w:color="FFFFFF" w:themeColor="background1"/>
            </w:tcBorders>
            <w:shd w:val="clear" w:color="auto" w:fill="EBA275"/>
          </w:tcPr>
          <w:p w14:paraId="075E2BB1" w14:textId="77777777" w:rsidR="009102D7" w:rsidRPr="00033DA7" w:rsidRDefault="009102D7" w:rsidP="006856D6">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42BECB37" w14:textId="77777777" w:rsidR="009102D7" w:rsidRPr="00033DA7" w:rsidRDefault="009102D7" w:rsidP="006856D6">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2C86D360" w14:textId="77777777" w:rsidR="009102D7" w:rsidRDefault="009102D7" w:rsidP="006856D6">
            <w:pPr>
              <w:pStyle w:val="Body"/>
              <w:rPr>
                <w:lang w:val="nl-NL"/>
              </w:rPr>
            </w:pPr>
            <w:r w:rsidRPr="00033DA7">
              <w:rPr>
                <w:lang w:val="nl-NL"/>
              </w:rPr>
              <w:t>Gebaren</w:t>
            </w:r>
          </w:p>
          <w:p w14:paraId="4B67CDE9" w14:textId="77777777" w:rsidR="009102D7" w:rsidRPr="00033DA7" w:rsidRDefault="009102D7" w:rsidP="006856D6">
            <w:pPr>
              <w:pStyle w:val="Body"/>
              <w:rPr>
                <w:lang w:val="nl-NL"/>
              </w:rPr>
            </w:pPr>
          </w:p>
        </w:tc>
      </w:tr>
      <w:tr w:rsidR="009102D7" w:rsidRPr="00033DA7" w14:paraId="2B79883F" w14:textId="77777777" w:rsidTr="002C7DFA">
        <w:trPr>
          <w:trHeight w:val="879"/>
        </w:trPr>
        <w:tc>
          <w:tcPr>
            <w:tcW w:w="1423" w:type="dxa"/>
            <w:vMerge/>
            <w:tcBorders>
              <w:right w:val="single" w:sz="4" w:space="0" w:color="FFFFFF" w:themeColor="background1"/>
            </w:tcBorders>
            <w:shd w:val="clear" w:color="auto" w:fill="EBA275"/>
          </w:tcPr>
          <w:p w14:paraId="5C031460" w14:textId="77777777" w:rsidR="009102D7" w:rsidRPr="00033DA7" w:rsidRDefault="009102D7" w:rsidP="006856D6">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7D317B2A" w14:textId="77777777" w:rsidR="009102D7" w:rsidRPr="00033DA7" w:rsidRDefault="009102D7" w:rsidP="006856D6">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6E4F07B8" w14:textId="77777777" w:rsidR="009102D7" w:rsidRDefault="009102D7" w:rsidP="006856D6">
            <w:pPr>
              <w:pStyle w:val="Body"/>
              <w:rPr>
                <w:lang w:val="nl-NL"/>
              </w:rPr>
            </w:pPr>
            <w:r w:rsidRPr="00033DA7">
              <w:rPr>
                <w:lang w:val="nl-NL"/>
              </w:rPr>
              <w:t>Positie in het lokaal</w:t>
            </w:r>
          </w:p>
          <w:p w14:paraId="68E81BA5" w14:textId="77777777" w:rsidR="009102D7" w:rsidRPr="00033DA7" w:rsidRDefault="009102D7" w:rsidP="006856D6">
            <w:pPr>
              <w:pStyle w:val="Body"/>
              <w:rPr>
                <w:lang w:val="nl-NL"/>
              </w:rPr>
            </w:pPr>
          </w:p>
        </w:tc>
      </w:tr>
      <w:tr w:rsidR="009102D7" w:rsidRPr="00033DA7" w14:paraId="03385F47" w14:textId="77777777" w:rsidTr="002C7DFA">
        <w:trPr>
          <w:trHeight w:val="1117"/>
        </w:trPr>
        <w:tc>
          <w:tcPr>
            <w:tcW w:w="1423" w:type="dxa"/>
            <w:vMerge/>
            <w:tcBorders>
              <w:right w:val="single" w:sz="4" w:space="0" w:color="FFFFFF" w:themeColor="background1"/>
            </w:tcBorders>
            <w:shd w:val="clear" w:color="auto" w:fill="EBA275"/>
          </w:tcPr>
          <w:p w14:paraId="706CA3AA" w14:textId="77777777" w:rsidR="009102D7" w:rsidRPr="00033DA7" w:rsidRDefault="009102D7" w:rsidP="006856D6">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12CF953D" w14:textId="77777777" w:rsidR="009102D7" w:rsidRPr="00033DA7" w:rsidRDefault="009102D7" w:rsidP="006856D6">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409D0EF7" w14:textId="77777777" w:rsidR="009102D7" w:rsidRDefault="009102D7" w:rsidP="006856D6">
            <w:pPr>
              <w:pStyle w:val="Body"/>
              <w:rPr>
                <w:lang w:val="nl-NL"/>
              </w:rPr>
            </w:pPr>
            <w:r w:rsidRPr="00033DA7">
              <w:rPr>
                <w:lang w:val="nl-NL"/>
              </w:rPr>
              <w:t>Afstand tot leerlingen</w:t>
            </w:r>
          </w:p>
          <w:p w14:paraId="6453F058" w14:textId="77777777" w:rsidR="009102D7" w:rsidRPr="00033DA7" w:rsidRDefault="009102D7" w:rsidP="006856D6">
            <w:pPr>
              <w:pStyle w:val="Body"/>
              <w:rPr>
                <w:lang w:val="nl-NL"/>
              </w:rPr>
            </w:pPr>
          </w:p>
        </w:tc>
      </w:tr>
      <w:tr w:rsidR="009102D7" w:rsidRPr="00033DA7" w14:paraId="22BE072B" w14:textId="77777777" w:rsidTr="002C7DFA">
        <w:trPr>
          <w:trHeight w:val="939"/>
        </w:trPr>
        <w:tc>
          <w:tcPr>
            <w:tcW w:w="1423" w:type="dxa"/>
            <w:vMerge/>
            <w:tcBorders>
              <w:right w:val="single" w:sz="4" w:space="0" w:color="FFFFFF" w:themeColor="background1"/>
            </w:tcBorders>
            <w:shd w:val="clear" w:color="auto" w:fill="EBA275"/>
          </w:tcPr>
          <w:p w14:paraId="24ABCB36" w14:textId="77777777" w:rsidR="009102D7" w:rsidRPr="00033DA7" w:rsidRDefault="009102D7" w:rsidP="006856D6">
            <w:pPr>
              <w:pStyle w:val="Body"/>
              <w:rPr>
                <w:lang w:val="nl-NL"/>
              </w:rPr>
            </w:pPr>
          </w:p>
        </w:tc>
        <w:tc>
          <w:tcPr>
            <w:tcW w:w="3119" w:type="dxa"/>
            <w:vMerge/>
            <w:tcBorders>
              <w:left w:val="single" w:sz="4" w:space="0" w:color="FFFFFF" w:themeColor="background1"/>
              <w:right w:val="single" w:sz="4" w:space="0" w:color="FFFFFF" w:themeColor="background1"/>
            </w:tcBorders>
            <w:shd w:val="clear" w:color="auto" w:fill="F4CEB6"/>
          </w:tcPr>
          <w:p w14:paraId="6D9F94BC" w14:textId="77777777" w:rsidR="009102D7" w:rsidRPr="00033DA7" w:rsidRDefault="009102D7" w:rsidP="006856D6">
            <w:pPr>
              <w:pStyle w:val="Body"/>
              <w:spacing w:after="0"/>
              <w:rPr>
                <w:lang w:val="nl-NL"/>
              </w:rPr>
            </w:pPr>
          </w:p>
        </w:tc>
        <w:tc>
          <w:tcPr>
            <w:tcW w:w="4677" w:type="dxa"/>
            <w:tcBorders>
              <w:top w:val="single" w:sz="4" w:space="0" w:color="F4CEB6"/>
              <w:left w:val="single" w:sz="4" w:space="0" w:color="FFFFFF" w:themeColor="background1"/>
              <w:bottom w:val="single" w:sz="4" w:space="0" w:color="F4CEB6"/>
            </w:tcBorders>
          </w:tcPr>
          <w:p w14:paraId="1E19D108" w14:textId="77777777" w:rsidR="009102D7" w:rsidRDefault="009102D7" w:rsidP="006856D6">
            <w:pPr>
              <w:pStyle w:val="Body"/>
              <w:rPr>
                <w:lang w:val="nl-NL"/>
              </w:rPr>
            </w:pPr>
            <w:r w:rsidRPr="00033DA7">
              <w:rPr>
                <w:lang w:val="nl-NL"/>
              </w:rPr>
              <w:t>Stemgebrui</w:t>
            </w:r>
            <w:r>
              <w:rPr>
                <w:lang w:val="nl-NL"/>
              </w:rPr>
              <w:t>k</w:t>
            </w:r>
          </w:p>
          <w:p w14:paraId="5F74E690" w14:textId="77777777" w:rsidR="009102D7" w:rsidRPr="00033DA7" w:rsidRDefault="009102D7" w:rsidP="006856D6">
            <w:pPr>
              <w:pStyle w:val="Body"/>
              <w:rPr>
                <w:lang w:val="nl-NL"/>
              </w:rPr>
            </w:pPr>
          </w:p>
        </w:tc>
      </w:tr>
    </w:tbl>
    <w:p w14:paraId="6F25C2D4" w14:textId="77777777" w:rsidR="009102D7" w:rsidRPr="000A37B4" w:rsidRDefault="009102D7" w:rsidP="009102D7">
      <w:pPr>
        <w:pStyle w:val="Body"/>
        <w:rPr>
          <w:lang w:val="nl-NL"/>
        </w:rPr>
      </w:pPr>
    </w:p>
    <w:p w14:paraId="1720AA76" w14:textId="77777777" w:rsidR="00271103" w:rsidRPr="0028179F" w:rsidRDefault="00271103" w:rsidP="00271103">
      <w:pPr>
        <w:pStyle w:val="CitaatAbstract"/>
        <w:numPr>
          <w:ilvl w:val="0"/>
          <w:numId w:val="10"/>
        </w:numPr>
        <w:spacing w:after="0"/>
        <w:ind w:left="2160" w:right="-7"/>
        <w:jc w:val="left"/>
        <w:rPr>
          <w:rFonts w:ascii="Atkinson Hyperlegible" w:eastAsia="Atkinson Hyperlegible" w:hAnsi="Atkinson Hyperlegible" w:cs="Atkinson Hyperlegible"/>
          <w:sz w:val="20"/>
          <w:szCs w:val="24"/>
        </w:rPr>
      </w:pPr>
      <w:r w:rsidRPr="0028179F">
        <w:rPr>
          <w:rFonts w:ascii="Atkinson Hyperlegible" w:eastAsia="Atkinson Hyperlegible" w:hAnsi="Atkinson Hyperlegible" w:cs="Atkinson Hyperlegible"/>
          <w:sz w:val="20"/>
          <w:szCs w:val="24"/>
        </w:rPr>
        <mc:AlternateContent>
          <mc:Choice Requires="wpg">
            <w:drawing>
              <wp:anchor distT="0" distB="0" distL="114300" distR="114300" simplePos="0" relativeHeight="251664896" behindDoc="0" locked="0" layoutInCell="1" allowOverlap="1" wp14:anchorId="1560E3ED" wp14:editId="4114B8FD">
                <wp:simplePos x="0" y="0"/>
                <wp:positionH relativeFrom="margin">
                  <wp:posOffset>255905</wp:posOffset>
                </wp:positionH>
                <wp:positionV relativeFrom="paragraph">
                  <wp:posOffset>114935</wp:posOffset>
                </wp:positionV>
                <wp:extent cx="406800" cy="468000"/>
                <wp:effectExtent l="0" t="0" r="31750" b="27305"/>
                <wp:wrapNone/>
                <wp:docPr id="64529802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800" cy="468000"/>
                          <a:chOff x="0" y="0"/>
                          <a:chExt cx="12350" cy="14224"/>
                        </a:xfrm>
                      </wpg:grpSpPr>
                      <wps:wsp>
                        <wps:cNvPr id="1736082292" name="Oval 38"/>
                        <wps:cNvSpPr>
                          <a:spLocks/>
                        </wps:cNvSpPr>
                        <wps:spPr bwMode="auto">
                          <a:xfrm>
                            <a:off x="0" y="0"/>
                            <a:ext cx="10699" cy="14224"/>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1587575671" name="Right Triangle 39"/>
                        <wps:cNvSpPr>
                          <a:spLocks/>
                        </wps:cNvSpPr>
                        <wps:spPr bwMode="auto">
                          <a:xfrm>
                            <a:off x="10382" y="4920"/>
                            <a:ext cx="1968" cy="3906"/>
                          </a:xfrm>
                          <a:prstGeom prst="rtTriangl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1882749954" name="Rectangle 40"/>
                        <wps:cNvSpPr>
                          <a:spLocks/>
                        </wps:cNvSpPr>
                        <wps:spPr bwMode="auto">
                          <a:xfrm rot="-1198650">
                            <a:off x="7728" y="5201"/>
                            <a:ext cx="3152" cy="3766"/>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wps:wsp>
                        <wps:cNvPr id="743665162" name="12-point Star 41"/>
                        <wps:cNvSpPr>
                          <a:spLocks/>
                        </wps:cNvSpPr>
                        <wps:spPr bwMode="auto">
                          <a:xfrm>
                            <a:off x="1338" y="3809"/>
                            <a:ext cx="4248" cy="4001"/>
                          </a:xfrm>
                          <a:custGeom>
                            <a:avLst/>
                            <a:gdLst>
                              <a:gd name="T0" fmla="*/ 0 w 424854"/>
                              <a:gd name="T1" fmla="*/ 200037 h 400073"/>
                              <a:gd name="T2" fmla="*/ 58535 w 424854"/>
                              <a:gd name="T3" fmla="*/ 161207 h 400073"/>
                              <a:gd name="T4" fmla="*/ 28460 w 424854"/>
                              <a:gd name="T5" fmla="*/ 100018 h 400073"/>
                              <a:gd name="T6" fmla="*/ 99771 w 424854"/>
                              <a:gd name="T7" fmla="*/ 93951 h 400073"/>
                              <a:gd name="T8" fmla="*/ 106214 w 424854"/>
                              <a:gd name="T9" fmla="*/ 26800 h 400073"/>
                              <a:gd name="T10" fmla="*/ 171192 w 424854"/>
                              <a:gd name="T11" fmla="*/ 55121 h 400073"/>
                              <a:gd name="T12" fmla="*/ 212427 w 424854"/>
                              <a:gd name="T13" fmla="*/ 0 h 400073"/>
                              <a:gd name="T14" fmla="*/ 253662 w 424854"/>
                              <a:gd name="T15" fmla="*/ 55121 h 400073"/>
                              <a:gd name="T16" fmla="*/ 318641 w 424854"/>
                              <a:gd name="T17" fmla="*/ 26800 h 400073"/>
                              <a:gd name="T18" fmla="*/ 325083 w 424854"/>
                              <a:gd name="T19" fmla="*/ 93951 h 400073"/>
                              <a:gd name="T20" fmla="*/ 396394 w 424854"/>
                              <a:gd name="T21" fmla="*/ 100018 h 400073"/>
                              <a:gd name="T22" fmla="*/ 366319 w 424854"/>
                              <a:gd name="T23" fmla="*/ 161207 h 400073"/>
                              <a:gd name="T24" fmla="*/ 424854 w 424854"/>
                              <a:gd name="T25" fmla="*/ 200037 h 400073"/>
                              <a:gd name="T26" fmla="*/ 366319 w 424854"/>
                              <a:gd name="T27" fmla="*/ 238866 h 400073"/>
                              <a:gd name="T28" fmla="*/ 396394 w 424854"/>
                              <a:gd name="T29" fmla="*/ 300055 h 400073"/>
                              <a:gd name="T30" fmla="*/ 325083 w 424854"/>
                              <a:gd name="T31" fmla="*/ 306122 h 400073"/>
                              <a:gd name="T32" fmla="*/ 318641 w 424854"/>
                              <a:gd name="T33" fmla="*/ 373273 h 400073"/>
                              <a:gd name="T34" fmla="*/ 253662 w 424854"/>
                              <a:gd name="T35" fmla="*/ 344952 h 400073"/>
                              <a:gd name="T36" fmla="*/ 212427 w 424854"/>
                              <a:gd name="T37" fmla="*/ 400073 h 400073"/>
                              <a:gd name="T38" fmla="*/ 171192 w 424854"/>
                              <a:gd name="T39" fmla="*/ 344952 h 400073"/>
                              <a:gd name="T40" fmla="*/ 106214 w 424854"/>
                              <a:gd name="T41" fmla="*/ 373273 h 400073"/>
                              <a:gd name="T42" fmla="*/ 99771 w 424854"/>
                              <a:gd name="T43" fmla="*/ 306122 h 400073"/>
                              <a:gd name="T44" fmla="*/ 28460 w 424854"/>
                              <a:gd name="T45" fmla="*/ 300055 h 400073"/>
                              <a:gd name="T46" fmla="*/ 58535 w 424854"/>
                              <a:gd name="T47" fmla="*/ 238866 h 400073"/>
                              <a:gd name="T48" fmla="*/ 0 w 424854"/>
                              <a:gd name="T49" fmla="*/ 200037 h 40007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24854" h="400073">
                                <a:moveTo>
                                  <a:pt x="0" y="200037"/>
                                </a:moveTo>
                                <a:lnTo>
                                  <a:pt x="58535" y="161207"/>
                                </a:lnTo>
                                <a:lnTo>
                                  <a:pt x="28460" y="100018"/>
                                </a:lnTo>
                                <a:lnTo>
                                  <a:pt x="99771" y="93951"/>
                                </a:lnTo>
                                <a:lnTo>
                                  <a:pt x="106214" y="26800"/>
                                </a:lnTo>
                                <a:lnTo>
                                  <a:pt x="171192" y="55121"/>
                                </a:lnTo>
                                <a:lnTo>
                                  <a:pt x="212427" y="0"/>
                                </a:lnTo>
                                <a:lnTo>
                                  <a:pt x="253662" y="55121"/>
                                </a:lnTo>
                                <a:lnTo>
                                  <a:pt x="318641" y="26800"/>
                                </a:lnTo>
                                <a:lnTo>
                                  <a:pt x="325083" y="93951"/>
                                </a:lnTo>
                                <a:lnTo>
                                  <a:pt x="396394" y="100018"/>
                                </a:lnTo>
                                <a:lnTo>
                                  <a:pt x="366319" y="161207"/>
                                </a:lnTo>
                                <a:lnTo>
                                  <a:pt x="424854" y="200037"/>
                                </a:lnTo>
                                <a:lnTo>
                                  <a:pt x="366319" y="238866"/>
                                </a:lnTo>
                                <a:lnTo>
                                  <a:pt x="396394" y="300055"/>
                                </a:lnTo>
                                <a:lnTo>
                                  <a:pt x="325083" y="306122"/>
                                </a:lnTo>
                                <a:lnTo>
                                  <a:pt x="318641" y="373273"/>
                                </a:lnTo>
                                <a:lnTo>
                                  <a:pt x="253662" y="344952"/>
                                </a:lnTo>
                                <a:lnTo>
                                  <a:pt x="212427" y="400073"/>
                                </a:lnTo>
                                <a:lnTo>
                                  <a:pt x="171192" y="344952"/>
                                </a:lnTo>
                                <a:lnTo>
                                  <a:pt x="106214" y="373273"/>
                                </a:lnTo>
                                <a:lnTo>
                                  <a:pt x="99771" y="306122"/>
                                </a:lnTo>
                                <a:lnTo>
                                  <a:pt x="28460" y="300055"/>
                                </a:lnTo>
                                <a:lnTo>
                                  <a:pt x="58535" y="238866"/>
                                </a:lnTo>
                                <a:lnTo>
                                  <a:pt x="0" y="200037"/>
                                </a:lnTo>
                                <a:close/>
                              </a:path>
                            </a:pathLst>
                          </a:cu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371589543" name="12-point Star 42"/>
                        <wps:cNvSpPr>
                          <a:spLocks/>
                        </wps:cNvSpPr>
                        <wps:spPr bwMode="auto">
                          <a:xfrm>
                            <a:off x="3648" y="952"/>
                            <a:ext cx="4249" cy="4001"/>
                          </a:xfrm>
                          <a:custGeom>
                            <a:avLst/>
                            <a:gdLst>
                              <a:gd name="T0" fmla="*/ 0 w 424854"/>
                              <a:gd name="T1" fmla="*/ 200037 h 400073"/>
                              <a:gd name="T2" fmla="*/ 58535 w 424854"/>
                              <a:gd name="T3" fmla="*/ 161207 h 400073"/>
                              <a:gd name="T4" fmla="*/ 28460 w 424854"/>
                              <a:gd name="T5" fmla="*/ 100018 h 400073"/>
                              <a:gd name="T6" fmla="*/ 99771 w 424854"/>
                              <a:gd name="T7" fmla="*/ 93951 h 400073"/>
                              <a:gd name="T8" fmla="*/ 106214 w 424854"/>
                              <a:gd name="T9" fmla="*/ 26800 h 400073"/>
                              <a:gd name="T10" fmla="*/ 171192 w 424854"/>
                              <a:gd name="T11" fmla="*/ 55121 h 400073"/>
                              <a:gd name="T12" fmla="*/ 212427 w 424854"/>
                              <a:gd name="T13" fmla="*/ 0 h 400073"/>
                              <a:gd name="T14" fmla="*/ 253662 w 424854"/>
                              <a:gd name="T15" fmla="*/ 55121 h 400073"/>
                              <a:gd name="T16" fmla="*/ 318641 w 424854"/>
                              <a:gd name="T17" fmla="*/ 26800 h 400073"/>
                              <a:gd name="T18" fmla="*/ 325083 w 424854"/>
                              <a:gd name="T19" fmla="*/ 93951 h 400073"/>
                              <a:gd name="T20" fmla="*/ 396394 w 424854"/>
                              <a:gd name="T21" fmla="*/ 100018 h 400073"/>
                              <a:gd name="T22" fmla="*/ 366319 w 424854"/>
                              <a:gd name="T23" fmla="*/ 161207 h 400073"/>
                              <a:gd name="T24" fmla="*/ 424854 w 424854"/>
                              <a:gd name="T25" fmla="*/ 200037 h 400073"/>
                              <a:gd name="T26" fmla="*/ 366319 w 424854"/>
                              <a:gd name="T27" fmla="*/ 238866 h 400073"/>
                              <a:gd name="T28" fmla="*/ 396394 w 424854"/>
                              <a:gd name="T29" fmla="*/ 300055 h 400073"/>
                              <a:gd name="T30" fmla="*/ 325083 w 424854"/>
                              <a:gd name="T31" fmla="*/ 306122 h 400073"/>
                              <a:gd name="T32" fmla="*/ 318641 w 424854"/>
                              <a:gd name="T33" fmla="*/ 373273 h 400073"/>
                              <a:gd name="T34" fmla="*/ 253662 w 424854"/>
                              <a:gd name="T35" fmla="*/ 344952 h 400073"/>
                              <a:gd name="T36" fmla="*/ 212427 w 424854"/>
                              <a:gd name="T37" fmla="*/ 400073 h 400073"/>
                              <a:gd name="T38" fmla="*/ 171192 w 424854"/>
                              <a:gd name="T39" fmla="*/ 344952 h 400073"/>
                              <a:gd name="T40" fmla="*/ 106214 w 424854"/>
                              <a:gd name="T41" fmla="*/ 373273 h 400073"/>
                              <a:gd name="T42" fmla="*/ 99771 w 424854"/>
                              <a:gd name="T43" fmla="*/ 306122 h 400073"/>
                              <a:gd name="T44" fmla="*/ 28460 w 424854"/>
                              <a:gd name="T45" fmla="*/ 300055 h 400073"/>
                              <a:gd name="T46" fmla="*/ 58535 w 424854"/>
                              <a:gd name="T47" fmla="*/ 238866 h 400073"/>
                              <a:gd name="T48" fmla="*/ 0 w 424854"/>
                              <a:gd name="T49" fmla="*/ 200037 h 400073"/>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24854" h="400073">
                                <a:moveTo>
                                  <a:pt x="0" y="200037"/>
                                </a:moveTo>
                                <a:lnTo>
                                  <a:pt x="58535" y="161207"/>
                                </a:lnTo>
                                <a:lnTo>
                                  <a:pt x="28460" y="100018"/>
                                </a:lnTo>
                                <a:lnTo>
                                  <a:pt x="99771" y="93951"/>
                                </a:lnTo>
                                <a:lnTo>
                                  <a:pt x="106214" y="26800"/>
                                </a:lnTo>
                                <a:lnTo>
                                  <a:pt x="171192" y="55121"/>
                                </a:lnTo>
                                <a:lnTo>
                                  <a:pt x="212427" y="0"/>
                                </a:lnTo>
                                <a:lnTo>
                                  <a:pt x="253662" y="55121"/>
                                </a:lnTo>
                                <a:lnTo>
                                  <a:pt x="318641" y="26800"/>
                                </a:lnTo>
                                <a:lnTo>
                                  <a:pt x="325083" y="93951"/>
                                </a:lnTo>
                                <a:lnTo>
                                  <a:pt x="396394" y="100018"/>
                                </a:lnTo>
                                <a:lnTo>
                                  <a:pt x="366319" y="161207"/>
                                </a:lnTo>
                                <a:lnTo>
                                  <a:pt x="424854" y="200037"/>
                                </a:lnTo>
                                <a:lnTo>
                                  <a:pt x="366319" y="238866"/>
                                </a:lnTo>
                                <a:lnTo>
                                  <a:pt x="396394" y="300055"/>
                                </a:lnTo>
                                <a:lnTo>
                                  <a:pt x="325083" y="306122"/>
                                </a:lnTo>
                                <a:lnTo>
                                  <a:pt x="318641" y="373273"/>
                                </a:lnTo>
                                <a:lnTo>
                                  <a:pt x="253662" y="344952"/>
                                </a:lnTo>
                                <a:lnTo>
                                  <a:pt x="212427" y="400073"/>
                                </a:lnTo>
                                <a:lnTo>
                                  <a:pt x="171192" y="344952"/>
                                </a:lnTo>
                                <a:lnTo>
                                  <a:pt x="106214" y="373273"/>
                                </a:lnTo>
                                <a:lnTo>
                                  <a:pt x="99771" y="306122"/>
                                </a:lnTo>
                                <a:lnTo>
                                  <a:pt x="28460" y="300055"/>
                                </a:lnTo>
                                <a:lnTo>
                                  <a:pt x="58535" y="238866"/>
                                </a:lnTo>
                                <a:lnTo>
                                  <a:pt x="0" y="200037"/>
                                </a:lnTo>
                                <a:close/>
                              </a:path>
                            </a:pathLst>
                          </a:cu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247269291" name="Oval 43"/>
                        <wps:cNvSpPr>
                          <a:spLocks/>
                        </wps:cNvSpPr>
                        <wps:spPr bwMode="auto">
                          <a:xfrm>
                            <a:off x="2622" y="5016"/>
                            <a:ext cx="1780" cy="1587"/>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s:wsp>
                        <wps:cNvPr id="1567076024" name="Oval 44"/>
                        <wps:cNvSpPr>
                          <a:spLocks/>
                        </wps:cNvSpPr>
                        <wps:spPr bwMode="auto">
                          <a:xfrm flipV="1">
                            <a:off x="4832" y="2159"/>
                            <a:ext cx="1780" cy="1587"/>
                          </a:xfrm>
                          <a:prstGeom prst="ellipse">
                            <a:avLst/>
                          </a:prstGeom>
                          <a:solidFill>
                            <a:srgbClr val="FFFFFF"/>
                          </a:solidFill>
                          <a:ln w="12700">
                            <a:solidFill>
                              <a:srgbClr val="09101D"/>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15129" id="Group 37" o:spid="_x0000_s1026" style="position:absolute;margin-left:20.15pt;margin-top:9.05pt;width:32.05pt;height:36.85pt;z-index:251664896;mso-position-horizontal-relative:margin" coordsize="12350,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">
                <v:oval id="Oval 38" o:spid="_x0000_s1027" style="position:absolute;width:10699;height:14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" strokecolor="#09101d" strokeweight="1pt">
                  <v:stroke joinstyle="miter"/>
                  <v:path arrowok="t"/>
                </v:oval>
                <v:shape id="Right Triangle 39" o:spid="_x0000_s1028" type="#_x0000_t6" style="position:absolute;left:10382;top:4920;width:1968;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" strokecolor="#09101d" strokeweight="1pt">
                  <v:path arrowok="t"/>
                </v:shape>
                <v:rect id="Rectangle 40" o:spid="_x0000_s1029" style="position:absolute;left:7728;top:5201;width:3152;height:3766;rotation:-130924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" strokecolor="white" strokeweight="1pt">
                  <v:path arrowok="t"/>
                </v:rect>
                <v:shape id="12-point Star 41" o:spid="_x0000_s1030" style="position:absolute;left:1338;top:3809;width:4248;height:4001;visibility:visible;mso-wrap-style:square;v-text-anchor:middle" coordsize="424854,40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" path="m,200037l58535,161207,28460,100018,99771,93951r6443,-67151l171192,55121,212427,r41235,55121l318641,26800r6442,67151l396394,100018r-30075,61189l424854,200037r-58535,38829l396394,300055r-71311,6067l318641,373273,253662,344952r-41235,55121l171192,344952r-64978,28321l99771,306122,28460,300055,58535,238866,,200037xe" strokecolor="#09101d" strokeweight="1pt">
                  <v:stroke joinstyle="miter"/>
                  <v:path arrowok="t" o:connecttype="custom" o:connectlocs="0,2001;585,1612;285,1000;998,940;1062,268;1712,551;2124,0;2536,551;3186,268;3250,940;3963,1000;3663,1612;4248,2001;3663,2389;3963,3001;3250,3061;3186,3733;2536,3450;2124,4001;1712,3450;1062,3733;998,3061;285,3001;585,2389;0,2001" o:connectangles="0,0,0,0,0,0,0,0,0,0,0,0,0,0,0,0,0,0,0,0,0,0,0,0,0"/>
                </v:shape>
                <v:shape id="12-point Star 42" o:spid="_x0000_s1031" style="position:absolute;left:3648;top:952;width:4249;height:4001;visibility:visible;mso-wrap-style:square;v-text-anchor:middle" coordsize="424854,40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" path="m,200037l58535,161207,28460,100018,99771,93951r6443,-67151l171192,55121,212427,r41235,55121l318641,26800r6442,67151l396394,100018r-30075,61189l424854,200037r-58535,38829l396394,300055r-71311,6067l318641,373273,253662,344952r-41235,55121l171192,344952r-64978,28321l99771,306122,28460,300055,58535,238866,,200037xe" strokecolor="#09101d" strokeweight="1pt">
                  <v:stroke joinstyle="miter"/>
                  <v:path arrowok="t" o:connecttype="custom" o:connectlocs="0,2001;585,1612;285,1000;998,940;1062,268;1712,551;2125,0;2537,551;3187,268;3251,940;3964,1000;3664,1612;4249,2001;3664,2389;3964,3001;3251,3061;3187,3733;2537,3450;2125,4001;1712,3450;1062,3733;998,3061;285,3001;585,2389;0,2001" o:connectangles="0,0,0,0,0,0,0,0,0,0,0,0,0,0,0,0,0,0,0,0,0,0,0,0,0"/>
                </v:shape>
                <v:oval id="Oval 43" o:spid="_x0000_s1032" style="position:absolute;left:2622;top:5016;width:1780;height: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" strokecolor="#09101d" strokeweight="1pt">
                  <v:stroke joinstyle="miter"/>
                  <v:path arrowok="t"/>
                </v:oval>
                <v:oval id="Oval 44" o:spid="_x0000_s1033" style="position:absolute;left:4832;top:2159;width:1780;height:158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" strokecolor="#09101d" strokeweight="1pt">
                  <v:stroke joinstyle="miter"/>
                  <v:path arrowok="t"/>
                </v:oval>
                <w10:wrap anchorx="margin"/>
              </v:group>
            </w:pict>
          </mc:Fallback>
        </mc:AlternateContent>
      </w:r>
      <w:r w:rsidRPr="0028179F">
        <w:rPr>
          <w:rFonts w:ascii="Atkinson Hyperlegible" w:eastAsia="Atkinson Hyperlegible" w:hAnsi="Atkinson Hyperlegible" w:cs="Atkinson Hyperlegible"/>
          <w:sz w:val="20"/>
          <w:szCs w:val="24"/>
        </w:rPr>
        <w:t>Welke combinatie van non-verbaal gedrag van de leerkracht uit de diverse kanalen is vooral van belang voor die interpersoonlijke boodschap in deze situatie?</w:t>
      </w:r>
    </w:p>
    <w:p w14:paraId="69EA896D" w14:textId="77777777" w:rsidR="00405FA5" w:rsidRDefault="00271103" w:rsidP="00405FA5">
      <w:pPr>
        <w:pStyle w:val="CitaatAbstract"/>
        <w:numPr>
          <w:ilvl w:val="0"/>
          <w:numId w:val="10"/>
        </w:numPr>
        <w:spacing w:after="0"/>
        <w:ind w:left="2160" w:right="-7"/>
        <w:jc w:val="left"/>
        <w:rPr>
          <w:rFonts w:ascii="Atkinson Hyperlegible" w:eastAsia="Atkinson Hyperlegible" w:hAnsi="Atkinson Hyperlegible" w:cs="Atkinson Hyperlegible"/>
          <w:sz w:val="20"/>
          <w:szCs w:val="24"/>
        </w:rPr>
      </w:pPr>
      <w:r w:rsidRPr="0028179F">
        <w:rPr>
          <w:rFonts w:ascii="Atkinson Hyperlegible" w:eastAsia="Atkinson Hyperlegible" w:hAnsi="Atkinson Hyperlegible" w:cs="Atkinson Hyperlegible"/>
          <w:sz w:val="20"/>
          <w:szCs w:val="24"/>
        </w:rPr>
        <w:t>Welk non-verbaal gedrag van de leerkracht is vooral van belang?</w:t>
      </w:r>
    </w:p>
    <w:p w14:paraId="55070FCD" w14:textId="77777777" w:rsidR="00405FA5" w:rsidRDefault="00405FA5" w:rsidP="00405FA5">
      <w:pPr>
        <w:pStyle w:val="CitaatAbstract"/>
        <w:spacing w:after="0"/>
        <w:ind w:left="2160" w:right="-7"/>
        <w:jc w:val="left"/>
        <w:rPr>
          <w:rFonts w:ascii="Atkinson Hyperlegible" w:eastAsia="Atkinson Hyperlegible" w:hAnsi="Atkinson Hyperlegible" w:cs="Atkinson Hyperlegible"/>
          <w:sz w:val="20"/>
          <w:szCs w:val="24"/>
        </w:rPr>
      </w:pPr>
    </w:p>
    <w:p w14:paraId="1D084AC9" w14:textId="77777777" w:rsidR="00405FA5" w:rsidRDefault="00405FA5" w:rsidP="00405FA5">
      <w:pPr>
        <w:pStyle w:val="CitaatAbstract"/>
        <w:spacing w:after="0"/>
        <w:ind w:left="2160" w:right="-7"/>
        <w:jc w:val="left"/>
        <w:rPr>
          <w:rFonts w:ascii="Atkinson Hyperlegible" w:eastAsia="Atkinson Hyperlegible" w:hAnsi="Atkinson Hyperlegible" w:cs="Atkinson Hyperlegible"/>
          <w:sz w:val="20"/>
          <w:szCs w:val="24"/>
        </w:rPr>
      </w:pPr>
    </w:p>
    <w:p w14:paraId="68A57481" w14:textId="3758EF8B" w:rsidR="009102D7" w:rsidRPr="00405FA5" w:rsidRDefault="009102D7" w:rsidP="00405FA5">
      <w:pPr>
        <w:pStyle w:val="CitaatAbstract"/>
        <w:numPr>
          <w:ilvl w:val="0"/>
          <w:numId w:val="10"/>
        </w:numPr>
        <w:spacing w:after="0"/>
        <w:ind w:left="2160" w:right="-7"/>
        <w:jc w:val="left"/>
        <w:rPr>
          <w:rFonts w:ascii="Atkinson Hyperlegible" w:eastAsia="Atkinson Hyperlegible" w:hAnsi="Atkinson Hyperlegible" w:cs="Atkinson Hyperlegible"/>
          <w:sz w:val="20"/>
          <w:szCs w:val="24"/>
        </w:rPr>
      </w:pPr>
      <w:r w:rsidRPr="00405FA5">
        <w:rPr>
          <w:rFonts w:ascii="Atkinson Hyperlegible" w:eastAsia="Atkinson Hyperlegible" w:hAnsi="Atkinson Hyperlegible" w:cs="Atkinson Hyperlegible"/>
          <w:sz w:val="20"/>
          <w:szCs w:val="24"/>
        </w:rPr>
        <w:t>Verschilt de betekenis van het non-verbale gedrag van de leerkracht in de drie situaties?</w:t>
      </w:r>
    </w:p>
    <w:p w14:paraId="25DC570A" w14:textId="77777777" w:rsidR="00703A23" w:rsidRPr="0028179F" w:rsidRDefault="00703A23" w:rsidP="00AC4488">
      <w:pPr>
        <w:pStyle w:val="Body"/>
        <w:rPr>
          <w:lang w:val="nl-NL"/>
        </w:rPr>
      </w:pPr>
    </w:p>
    <w:sectPr w:rsidR="00703A23" w:rsidRPr="0028179F" w:rsidSect="00322FCD">
      <w:footerReference w:type="default" r:id="rId15"/>
      <w:pgSz w:w="11900" w:h="16820"/>
      <w:pgMar w:top="2155" w:right="1701" w:bottom="198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75EC5" w14:textId="77777777" w:rsidR="005D78A5" w:rsidRDefault="005D78A5">
      <w:pPr>
        <w:spacing w:after="0" w:line="240" w:lineRule="auto"/>
      </w:pPr>
      <w:r>
        <w:separator/>
      </w:r>
    </w:p>
  </w:endnote>
  <w:endnote w:type="continuationSeparator" w:id="0">
    <w:p w14:paraId="18160F97" w14:textId="77777777" w:rsidR="005D78A5" w:rsidRDefault="005D7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Atkinson Hyperlegible">
    <w:panose1 w:val="00000000000000000000"/>
    <w:charset w:val="00"/>
    <w:family w:val="auto"/>
    <w:pitch w:val="variable"/>
    <w:sig w:usb0="00000027" w:usb1="00000000" w:usb2="00000000" w:usb3="00000000" w:csb0="0000008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Zilla Slab Light">
    <w:panose1 w:val="00000000000000000000"/>
    <w:charset w:val="00"/>
    <w:family w:val="auto"/>
    <w:pitch w:val="variable"/>
    <w:sig w:usb0="A00000FF" w:usb1="5001E47B" w:usb2="00000000" w:usb3="00000000" w:csb0="0000009B" w:csb1="00000000"/>
  </w:font>
  <w:font w:name="Avenir Light">
    <w:altName w:val="Calibri"/>
    <w:charset w:val="4D"/>
    <w:family w:val="swiss"/>
    <w:pitch w:val="variable"/>
    <w:sig w:usb0="800000AF" w:usb1="5000204A" w:usb2="00000000" w:usb3="00000000" w:csb0="0000009B" w:csb1="00000000"/>
  </w:font>
  <w:font w:name="Avenir Book">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8767" w14:textId="77777777" w:rsidR="00F940A0" w:rsidRDefault="00921A7A" w:rsidP="00306924">
    <w:pPr>
      <w:pStyle w:val="Footer"/>
      <w:ind w:firstLine="720"/>
    </w:pPr>
    <w:r>
      <w:rPr>
        <w:noProof/>
      </w:rPr>
      <mc:AlternateContent>
        <mc:Choice Requires="wps">
          <w:drawing>
            <wp:anchor distT="0" distB="0" distL="114300" distR="114300" simplePos="0" relativeHeight="251661824" behindDoc="0" locked="0" layoutInCell="1" allowOverlap="1" wp14:anchorId="66736F30" wp14:editId="78789F6C">
              <wp:simplePos x="0" y="0"/>
              <wp:positionH relativeFrom="column">
                <wp:posOffset>5825490</wp:posOffset>
              </wp:positionH>
              <wp:positionV relativeFrom="paragraph">
                <wp:posOffset>189066</wp:posOffset>
              </wp:positionV>
              <wp:extent cx="658800" cy="255600"/>
              <wp:effectExtent l="0" t="0" r="0" b="0"/>
              <wp:wrapNone/>
              <wp:docPr id="2114021910" name="Tekstvak 6"/>
              <wp:cNvGraphicFramePr/>
              <a:graphic xmlns:a="http://schemas.openxmlformats.org/drawingml/2006/main">
                <a:graphicData uri="http://schemas.microsoft.com/office/word/2010/wordprocessingShape">
                  <wps:wsp>
                    <wps:cNvSpPr txBox="1"/>
                    <wps:spPr>
                      <a:xfrm>
                        <a:off x="0" y="0"/>
                        <a:ext cx="658800" cy="255600"/>
                      </a:xfrm>
                      <a:prstGeom prst="rect">
                        <a:avLst/>
                      </a:prstGeom>
                      <a:noFill/>
                      <a:ln w="6350">
                        <a:noFill/>
                      </a:ln>
                    </wps:spPr>
                    <wps:txbx>
                      <w:txbxContent>
                        <w:p w14:paraId="47CA6052" w14:textId="77777777" w:rsidR="00921A7A" w:rsidRPr="00921A7A" w:rsidRDefault="00552DF7" w:rsidP="00921A7A">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736F30" id="_x0000_t202" coordsize="21600,21600" o:spt="202" path="m,l,21600r21600,l21600,xe">
              <v:stroke joinstyle="miter"/>
              <v:path gradientshapeok="t" o:connecttype="rect"/>
            </v:shapetype>
            <v:shape id="Tekstvak 6" o:spid="_x0000_s1026" type="#_x0000_t202" style="position:absolute;left:0;text-align:left;margin-left:458.7pt;margin-top:14.9pt;width:51.85pt;height:2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PSFQIAACsEAAAOAAAAZHJzL2Uyb0RvYy54bWysU02P2jAQvVfqf7B8LwmUUDY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" filled="f" stroked="f" strokeweight=".5pt">
              <v:textbox>
                <w:txbxContent>
                  <w:p w14:paraId="47CA6052" w14:textId="77777777" w:rsidR="00921A7A" w:rsidRPr="00921A7A" w:rsidRDefault="00552DF7" w:rsidP="00921A7A">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v:textbox>
            </v:shape>
          </w:pict>
        </mc:Fallback>
      </mc:AlternateContent>
    </w:r>
    <w:r w:rsidR="00306924">
      <w:rPr>
        <w:noProof/>
      </w:rPr>
      <w:drawing>
        <wp:anchor distT="0" distB="0" distL="114300" distR="114300" simplePos="0" relativeHeight="251658752" behindDoc="1" locked="0" layoutInCell="1" allowOverlap="1" wp14:anchorId="419BDB37" wp14:editId="6D513955">
          <wp:simplePos x="0" y="0"/>
          <wp:positionH relativeFrom="column">
            <wp:posOffset>-716280</wp:posOffset>
          </wp:positionH>
          <wp:positionV relativeFrom="paragraph">
            <wp:posOffset>-295822</wp:posOffset>
          </wp:positionV>
          <wp:extent cx="7560000" cy="898386"/>
          <wp:effectExtent l="0" t="0" r="0" b="3810"/>
          <wp:wrapNone/>
          <wp:docPr id="14999155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15579" name="Graphic 1499915579"/>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9838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71CB" w14:textId="77777777" w:rsidR="000467C4" w:rsidRDefault="00552DF7" w:rsidP="00306924">
    <w:pPr>
      <w:pStyle w:val="Footer"/>
      <w:ind w:firstLine="720"/>
    </w:pPr>
    <w:r>
      <w:rPr>
        <w:noProof/>
      </w:rPr>
      <mc:AlternateContent>
        <mc:Choice Requires="wps">
          <w:drawing>
            <wp:anchor distT="0" distB="0" distL="114300" distR="114300" simplePos="0" relativeHeight="251663872" behindDoc="0" locked="0" layoutInCell="1" allowOverlap="1" wp14:anchorId="3FBFEE24" wp14:editId="0755F3AD">
              <wp:simplePos x="0" y="0"/>
              <wp:positionH relativeFrom="column">
                <wp:posOffset>5825490</wp:posOffset>
              </wp:positionH>
              <wp:positionV relativeFrom="paragraph">
                <wp:posOffset>-347283</wp:posOffset>
              </wp:positionV>
              <wp:extent cx="658800" cy="255600"/>
              <wp:effectExtent l="0" t="0" r="0" b="0"/>
              <wp:wrapNone/>
              <wp:docPr id="1022530935" name="Tekstvak 6"/>
              <wp:cNvGraphicFramePr/>
              <a:graphic xmlns:a="http://schemas.openxmlformats.org/drawingml/2006/main">
                <a:graphicData uri="http://schemas.microsoft.com/office/word/2010/wordprocessingShape">
                  <wps:wsp>
                    <wps:cNvSpPr txBox="1"/>
                    <wps:spPr>
                      <a:xfrm>
                        <a:off x="0" y="0"/>
                        <a:ext cx="658800" cy="255600"/>
                      </a:xfrm>
                      <a:prstGeom prst="rect">
                        <a:avLst/>
                      </a:prstGeom>
                      <a:noFill/>
                      <a:ln w="6350">
                        <a:noFill/>
                      </a:ln>
                    </wps:spPr>
                    <wps:txbx>
                      <w:txbxContent>
                        <w:p w14:paraId="1563677B" w14:textId="77777777" w:rsidR="00552DF7" w:rsidRPr="00921A7A" w:rsidRDefault="00552DF7" w:rsidP="00552DF7">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FEE24" id="_x0000_t202" coordsize="21600,21600" o:spt="202" path="m,l,21600r21600,l21600,xe">
              <v:stroke joinstyle="miter"/>
              <v:path gradientshapeok="t" o:connecttype="rect"/>
            </v:shapetype>
            <v:shape id="_x0000_s1027" type="#_x0000_t202" style="position:absolute;left:0;text-align:left;margin-left:458.7pt;margin-top:-27.35pt;width:51.85pt;height:20.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BT9FwIAADIEAAAOAAAAZHJzL2Uyb0RvYy54bWysU02P2jAQvVfqf7B8LwkUKBs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" filled="f" stroked="f" strokeweight=".5pt">
              <v:textbox>
                <w:txbxContent>
                  <w:p w14:paraId="1563677B" w14:textId="77777777" w:rsidR="00552DF7" w:rsidRPr="00921A7A" w:rsidRDefault="00552DF7" w:rsidP="00552DF7">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v:textbox>
            </v:shape>
          </w:pict>
        </mc:Fallback>
      </mc:AlternateContent>
    </w:r>
    <w:r w:rsidR="000467C4">
      <w:rPr>
        <w:noProof/>
      </w:rPr>
      <w:drawing>
        <wp:anchor distT="0" distB="0" distL="114300" distR="114300" simplePos="0" relativeHeight="251660800" behindDoc="1" locked="0" layoutInCell="1" allowOverlap="1" wp14:anchorId="59E4DB8C" wp14:editId="229A2FC9">
          <wp:simplePos x="0" y="0"/>
          <wp:positionH relativeFrom="column">
            <wp:posOffset>-713906</wp:posOffset>
          </wp:positionH>
          <wp:positionV relativeFrom="paragraph">
            <wp:posOffset>-299085</wp:posOffset>
          </wp:positionV>
          <wp:extent cx="7560000" cy="896376"/>
          <wp:effectExtent l="0" t="0" r="0" b="5715"/>
          <wp:wrapNone/>
          <wp:docPr id="46883571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35710" name="Graphic 468835710"/>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9637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F8465" w14:textId="77777777" w:rsidR="005D78A5" w:rsidRDefault="005D78A5">
      <w:pPr>
        <w:spacing w:after="0" w:line="240" w:lineRule="auto"/>
      </w:pPr>
      <w:r>
        <w:separator/>
      </w:r>
    </w:p>
  </w:footnote>
  <w:footnote w:type="continuationSeparator" w:id="0">
    <w:p w14:paraId="1BAF95C7" w14:textId="77777777" w:rsidR="005D78A5" w:rsidRDefault="005D7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FAD" w14:textId="77777777" w:rsidR="00F940A0" w:rsidRDefault="00C66DB3">
    <w:pPr>
      <w:pStyle w:val="Header"/>
    </w:pPr>
    <w:r>
      <w:rPr>
        <w:noProof/>
      </w:rPr>
      <w:drawing>
        <wp:anchor distT="0" distB="0" distL="114300" distR="114300" simplePos="0" relativeHeight="251657728" behindDoc="1" locked="0" layoutInCell="1" allowOverlap="1" wp14:anchorId="5D32FB6F" wp14:editId="667C8B61">
          <wp:simplePos x="0" y="0"/>
          <wp:positionH relativeFrom="page">
            <wp:posOffset>-3164</wp:posOffset>
          </wp:positionH>
          <wp:positionV relativeFrom="page">
            <wp:posOffset>0</wp:posOffset>
          </wp:positionV>
          <wp:extent cx="7559675" cy="2224704"/>
          <wp:effectExtent l="0" t="0" r="0" b="0"/>
          <wp:wrapNone/>
          <wp:docPr id="183583975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39758" name="Graphic 1835839758"/>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22247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260C" w14:textId="77777777" w:rsidR="00703A23" w:rsidRDefault="00703A23">
    <w:pPr>
      <w:pStyle w:val="Header"/>
    </w:pPr>
    <w:r>
      <w:rPr>
        <w:noProof/>
      </w:rPr>
      <w:drawing>
        <wp:anchor distT="0" distB="0" distL="114300" distR="114300" simplePos="0" relativeHeight="251659776" behindDoc="1" locked="0" layoutInCell="1" allowOverlap="1" wp14:anchorId="49B2E69C" wp14:editId="739650F5">
          <wp:simplePos x="0" y="0"/>
          <wp:positionH relativeFrom="margin">
            <wp:posOffset>-713982</wp:posOffset>
          </wp:positionH>
          <wp:positionV relativeFrom="paragraph">
            <wp:posOffset>-457200</wp:posOffset>
          </wp:positionV>
          <wp:extent cx="7560000" cy="2235600"/>
          <wp:effectExtent l="0" t="0" r="0" b="0"/>
          <wp:wrapNone/>
          <wp:docPr id="214503108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31084" name="Graphic 2145031084"/>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22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D52A48"/>
    <w:multiLevelType w:val="hybridMultilevel"/>
    <w:tmpl w:val="8BC22614"/>
    <w:lvl w:ilvl="0" w:tplc="FFFFFFFF">
      <w:start w:val="1"/>
      <w:numFmt w:val="decimal"/>
      <w:lvlText w:val="%1."/>
      <w:lvlJc w:val="left"/>
      <w:pPr>
        <w:ind w:left="1004" w:hanging="360"/>
      </w:pPr>
    </w:lvl>
    <w:lvl w:ilvl="1" w:tplc="FFFFFFFF">
      <w:start w:val="1"/>
      <w:numFmt w:val="bullet"/>
      <w:lvlText w:val="o"/>
      <w:lvlJc w:val="left"/>
      <w:pPr>
        <w:ind w:left="1724" w:hanging="360"/>
      </w:pPr>
      <w:rPr>
        <w:rFonts w:ascii="Courier New" w:hAnsi="Courier New" w:cs="Times New Roman" w:hint="default"/>
      </w:rPr>
    </w:lvl>
    <w:lvl w:ilvl="2" w:tplc="FFFFFFFF">
      <w:start w:val="1"/>
      <w:numFmt w:val="bullet"/>
      <w:lvlText w:val=""/>
      <w:lvlJc w:val="left"/>
      <w:pPr>
        <w:ind w:left="2444" w:hanging="360"/>
      </w:pPr>
      <w:rPr>
        <w:rFonts w:ascii="Wingdings" w:hAnsi="Wingdings" w:hint="default"/>
      </w:rPr>
    </w:lvl>
    <w:lvl w:ilvl="3" w:tplc="FFFFFFFF">
      <w:start w:val="1"/>
      <w:numFmt w:val="bullet"/>
      <w:lvlText w:val=""/>
      <w:lvlJc w:val="left"/>
      <w:pPr>
        <w:ind w:left="3164" w:hanging="360"/>
      </w:pPr>
      <w:rPr>
        <w:rFonts w:ascii="Symbol" w:hAnsi="Symbol" w:hint="default"/>
      </w:rPr>
    </w:lvl>
    <w:lvl w:ilvl="4" w:tplc="FFFFFFFF">
      <w:start w:val="1"/>
      <w:numFmt w:val="bullet"/>
      <w:lvlText w:val="o"/>
      <w:lvlJc w:val="left"/>
      <w:pPr>
        <w:ind w:left="3884" w:hanging="360"/>
      </w:pPr>
      <w:rPr>
        <w:rFonts w:ascii="Courier New" w:hAnsi="Courier New" w:cs="Times New Roman" w:hint="default"/>
      </w:rPr>
    </w:lvl>
    <w:lvl w:ilvl="5" w:tplc="FFFFFFFF">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start w:val="1"/>
      <w:numFmt w:val="bullet"/>
      <w:lvlText w:val="o"/>
      <w:lvlJc w:val="left"/>
      <w:pPr>
        <w:ind w:left="6044" w:hanging="360"/>
      </w:pPr>
      <w:rPr>
        <w:rFonts w:ascii="Courier New" w:hAnsi="Courier New" w:cs="Times New Roman" w:hint="default"/>
      </w:rPr>
    </w:lvl>
    <w:lvl w:ilvl="8" w:tplc="FFFFFFFF">
      <w:start w:val="1"/>
      <w:numFmt w:val="bullet"/>
      <w:lvlText w:val=""/>
      <w:lvlJc w:val="left"/>
      <w:pPr>
        <w:ind w:left="6764" w:hanging="360"/>
      </w:pPr>
      <w:rPr>
        <w:rFonts w:ascii="Wingdings" w:hAnsi="Wingdings" w:hint="default"/>
      </w:rPr>
    </w:lvl>
  </w:abstractNum>
  <w:abstractNum w:abstractNumId="10" w15:restartNumberingAfterBreak="0">
    <w:nsid w:val="09A05F21"/>
    <w:multiLevelType w:val="hybridMultilevel"/>
    <w:tmpl w:val="CEB455D8"/>
    <w:lvl w:ilvl="0" w:tplc="0413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CB15F9D"/>
    <w:multiLevelType w:val="hybridMultilevel"/>
    <w:tmpl w:val="8BC22614"/>
    <w:lvl w:ilvl="0" w:tplc="FFFFFFFF">
      <w:start w:val="1"/>
      <w:numFmt w:val="decimal"/>
      <w:lvlText w:val="%1."/>
      <w:lvlJc w:val="left"/>
      <w:pPr>
        <w:ind w:left="1004" w:hanging="360"/>
      </w:pPr>
    </w:lvl>
    <w:lvl w:ilvl="1" w:tplc="FFFFFFFF">
      <w:start w:val="1"/>
      <w:numFmt w:val="bullet"/>
      <w:lvlText w:val="o"/>
      <w:lvlJc w:val="left"/>
      <w:pPr>
        <w:ind w:left="1724" w:hanging="360"/>
      </w:pPr>
      <w:rPr>
        <w:rFonts w:ascii="Courier New" w:hAnsi="Courier New" w:cs="Times New Roman" w:hint="default"/>
      </w:rPr>
    </w:lvl>
    <w:lvl w:ilvl="2" w:tplc="FFFFFFFF">
      <w:start w:val="1"/>
      <w:numFmt w:val="bullet"/>
      <w:lvlText w:val=""/>
      <w:lvlJc w:val="left"/>
      <w:pPr>
        <w:ind w:left="2444" w:hanging="360"/>
      </w:pPr>
      <w:rPr>
        <w:rFonts w:ascii="Wingdings" w:hAnsi="Wingdings" w:hint="default"/>
      </w:rPr>
    </w:lvl>
    <w:lvl w:ilvl="3" w:tplc="FFFFFFFF">
      <w:start w:val="1"/>
      <w:numFmt w:val="bullet"/>
      <w:lvlText w:val=""/>
      <w:lvlJc w:val="left"/>
      <w:pPr>
        <w:ind w:left="3164" w:hanging="360"/>
      </w:pPr>
      <w:rPr>
        <w:rFonts w:ascii="Symbol" w:hAnsi="Symbol" w:hint="default"/>
      </w:rPr>
    </w:lvl>
    <w:lvl w:ilvl="4" w:tplc="FFFFFFFF">
      <w:start w:val="1"/>
      <w:numFmt w:val="bullet"/>
      <w:lvlText w:val="o"/>
      <w:lvlJc w:val="left"/>
      <w:pPr>
        <w:ind w:left="3884" w:hanging="360"/>
      </w:pPr>
      <w:rPr>
        <w:rFonts w:ascii="Courier New" w:hAnsi="Courier New" w:cs="Times New Roman" w:hint="default"/>
      </w:rPr>
    </w:lvl>
    <w:lvl w:ilvl="5" w:tplc="FFFFFFFF">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start w:val="1"/>
      <w:numFmt w:val="bullet"/>
      <w:lvlText w:val="o"/>
      <w:lvlJc w:val="left"/>
      <w:pPr>
        <w:ind w:left="6044" w:hanging="360"/>
      </w:pPr>
      <w:rPr>
        <w:rFonts w:ascii="Courier New" w:hAnsi="Courier New" w:cs="Times New Roman" w:hint="default"/>
      </w:rPr>
    </w:lvl>
    <w:lvl w:ilvl="8" w:tplc="FFFFFFFF">
      <w:start w:val="1"/>
      <w:numFmt w:val="bullet"/>
      <w:lvlText w:val=""/>
      <w:lvlJc w:val="left"/>
      <w:pPr>
        <w:ind w:left="6764" w:hanging="360"/>
      </w:pPr>
      <w:rPr>
        <w:rFonts w:ascii="Wingdings" w:hAnsi="Wingdings" w:hint="default"/>
      </w:rPr>
    </w:lvl>
  </w:abstractNum>
  <w:abstractNum w:abstractNumId="12" w15:restartNumberingAfterBreak="0">
    <w:nsid w:val="513359D5"/>
    <w:multiLevelType w:val="hybridMultilevel"/>
    <w:tmpl w:val="8BC22614"/>
    <w:lvl w:ilvl="0" w:tplc="FFFFFFFF">
      <w:start w:val="1"/>
      <w:numFmt w:val="decimal"/>
      <w:lvlText w:val="%1."/>
      <w:lvlJc w:val="left"/>
      <w:pPr>
        <w:ind w:left="1004" w:hanging="360"/>
      </w:pPr>
    </w:lvl>
    <w:lvl w:ilvl="1" w:tplc="FFFFFFFF">
      <w:start w:val="1"/>
      <w:numFmt w:val="bullet"/>
      <w:lvlText w:val="o"/>
      <w:lvlJc w:val="left"/>
      <w:pPr>
        <w:ind w:left="1724" w:hanging="360"/>
      </w:pPr>
      <w:rPr>
        <w:rFonts w:ascii="Courier New" w:hAnsi="Courier New" w:cs="Times New Roman" w:hint="default"/>
      </w:rPr>
    </w:lvl>
    <w:lvl w:ilvl="2" w:tplc="FFFFFFFF">
      <w:start w:val="1"/>
      <w:numFmt w:val="bullet"/>
      <w:lvlText w:val=""/>
      <w:lvlJc w:val="left"/>
      <w:pPr>
        <w:ind w:left="2444" w:hanging="360"/>
      </w:pPr>
      <w:rPr>
        <w:rFonts w:ascii="Wingdings" w:hAnsi="Wingdings" w:hint="default"/>
      </w:rPr>
    </w:lvl>
    <w:lvl w:ilvl="3" w:tplc="FFFFFFFF">
      <w:start w:val="1"/>
      <w:numFmt w:val="bullet"/>
      <w:lvlText w:val=""/>
      <w:lvlJc w:val="left"/>
      <w:pPr>
        <w:ind w:left="3164" w:hanging="360"/>
      </w:pPr>
      <w:rPr>
        <w:rFonts w:ascii="Symbol" w:hAnsi="Symbol" w:hint="default"/>
      </w:rPr>
    </w:lvl>
    <w:lvl w:ilvl="4" w:tplc="FFFFFFFF">
      <w:start w:val="1"/>
      <w:numFmt w:val="bullet"/>
      <w:lvlText w:val="o"/>
      <w:lvlJc w:val="left"/>
      <w:pPr>
        <w:ind w:left="3884" w:hanging="360"/>
      </w:pPr>
      <w:rPr>
        <w:rFonts w:ascii="Courier New" w:hAnsi="Courier New" w:cs="Times New Roman" w:hint="default"/>
      </w:rPr>
    </w:lvl>
    <w:lvl w:ilvl="5" w:tplc="FFFFFFFF">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start w:val="1"/>
      <w:numFmt w:val="bullet"/>
      <w:lvlText w:val="o"/>
      <w:lvlJc w:val="left"/>
      <w:pPr>
        <w:ind w:left="6044" w:hanging="360"/>
      </w:pPr>
      <w:rPr>
        <w:rFonts w:ascii="Courier New" w:hAnsi="Courier New" w:cs="Times New Roman" w:hint="default"/>
      </w:rPr>
    </w:lvl>
    <w:lvl w:ilvl="8" w:tplc="FFFFFFFF">
      <w:start w:val="1"/>
      <w:numFmt w:val="bullet"/>
      <w:lvlText w:val=""/>
      <w:lvlJc w:val="left"/>
      <w:pPr>
        <w:ind w:left="6764" w:hanging="360"/>
      </w:pPr>
      <w:rPr>
        <w:rFonts w:ascii="Wingdings" w:hAnsi="Wingdings" w:hint="default"/>
      </w:rPr>
    </w:lvl>
  </w:abstractNum>
  <w:num w:numId="1" w16cid:durableId="617182971">
    <w:abstractNumId w:val="8"/>
  </w:num>
  <w:num w:numId="2" w16cid:durableId="446584114">
    <w:abstractNumId w:val="6"/>
  </w:num>
  <w:num w:numId="3" w16cid:durableId="1532457463">
    <w:abstractNumId w:val="5"/>
  </w:num>
  <w:num w:numId="4" w16cid:durableId="725184593">
    <w:abstractNumId w:val="4"/>
  </w:num>
  <w:num w:numId="5" w16cid:durableId="1545556349">
    <w:abstractNumId w:val="7"/>
  </w:num>
  <w:num w:numId="6" w16cid:durableId="1518688279">
    <w:abstractNumId w:val="3"/>
  </w:num>
  <w:num w:numId="7" w16cid:durableId="1718356826">
    <w:abstractNumId w:val="2"/>
  </w:num>
  <w:num w:numId="8" w16cid:durableId="935405178">
    <w:abstractNumId w:val="1"/>
  </w:num>
  <w:num w:numId="9" w16cid:durableId="1870147589">
    <w:abstractNumId w:val="0"/>
  </w:num>
  <w:num w:numId="10" w16cid:durableId="1127968703">
    <w:abstractNumId w:val="10"/>
  </w:num>
  <w:num w:numId="11" w16cid:durableId="1953778692">
    <w:abstractNumId w:val="9"/>
    <w:lvlOverride w:ilvl="0">
      <w:startOverride w:val="1"/>
    </w:lvlOverride>
    <w:lvlOverride w:ilvl="1"/>
    <w:lvlOverride w:ilvl="2"/>
    <w:lvlOverride w:ilvl="3"/>
    <w:lvlOverride w:ilvl="4"/>
    <w:lvlOverride w:ilvl="5"/>
    <w:lvlOverride w:ilvl="6"/>
    <w:lvlOverride w:ilvl="7"/>
    <w:lvlOverride w:ilvl="8"/>
  </w:num>
  <w:num w:numId="12" w16cid:durableId="1406342058">
    <w:abstractNumId w:val="11"/>
    <w:lvlOverride w:ilvl="0">
      <w:startOverride w:val="1"/>
    </w:lvlOverride>
    <w:lvlOverride w:ilvl="1"/>
    <w:lvlOverride w:ilvl="2"/>
    <w:lvlOverride w:ilvl="3"/>
    <w:lvlOverride w:ilvl="4"/>
    <w:lvlOverride w:ilvl="5"/>
    <w:lvlOverride w:ilvl="6"/>
    <w:lvlOverride w:ilvl="7"/>
    <w:lvlOverride w:ilvl="8"/>
  </w:num>
  <w:num w:numId="13" w16cid:durableId="1181968462">
    <w:abstractNumId w:val="12"/>
    <w:lvlOverride w:ilvl="0">
      <w:startOverride w:val="1"/>
    </w:lvlOverride>
    <w:lvlOverride w:ilvl="1"/>
    <w:lvlOverride w:ilvl="2"/>
    <w:lvlOverride w:ilvl="3"/>
    <w:lvlOverride w:ilvl="4"/>
    <w:lvlOverride w:ilvl="5"/>
    <w:lvlOverride w:ilvl="6"/>
    <w:lvlOverride w:ilvl="7"/>
    <w:lvlOverride w:ilvl="8"/>
  </w:num>
  <w:num w:numId="14" w16cid:durableId="1613048338">
    <w:abstractNumId w:val="11"/>
  </w:num>
  <w:num w:numId="15" w16cid:durableId="4771088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C94"/>
    <w:rsid w:val="00033DA7"/>
    <w:rsid w:val="00033EA4"/>
    <w:rsid w:val="00034616"/>
    <w:rsid w:val="0004592A"/>
    <w:rsid w:val="000467C4"/>
    <w:rsid w:val="0006063C"/>
    <w:rsid w:val="00063485"/>
    <w:rsid w:val="00094523"/>
    <w:rsid w:val="000A37B4"/>
    <w:rsid w:val="00125014"/>
    <w:rsid w:val="0015074B"/>
    <w:rsid w:val="001A4D79"/>
    <w:rsid w:val="001D4B89"/>
    <w:rsid w:val="00202560"/>
    <w:rsid w:val="002071F7"/>
    <w:rsid w:val="00235C9C"/>
    <w:rsid w:val="00271103"/>
    <w:rsid w:val="0028179F"/>
    <w:rsid w:val="0029639D"/>
    <w:rsid w:val="002C7DFA"/>
    <w:rsid w:val="002F211A"/>
    <w:rsid w:val="00306924"/>
    <w:rsid w:val="00322273"/>
    <w:rsid w:val="00322FCD"/>
    <w:rsid w:val="0032322E"/>
    <w:rsid w:val="00326F90"/>
    <w:rsid w:val="00327600"/>
    <w:rsid w:val="0035261C"/>
    <w:rsid w:val="00403B76"/>
    <w:rsid w:val="00405FA5"/>
    <w:rsid w:val="0043258E"/>
    <w:rsid w:val="004514CA"/>
    <w:rsid w:val="00493637"/>
    <w:rsid w:val="004C2C2C"/>
    <w:rsid w:val="004C2CAB"/>
    <w:rsid w:val="004C532F"/>
    <w:rsid w:val="00552DF7"/>
    <w:rsid w:val="00560CDB"/>
    <w:rsid w:val="005C152B"/>
    <w:rsid w:val="005D78A5"/>
    <w:rsid w:val="006C7BCF"/>
    <w:rsid w:val="006E64DB"/>
    <w:rsid w:val="00703A23"/>
    <w:rsid w:val="00743A43"/>
    <w:rsid w:val="00745ED5"/>
    <w:rsid w:val="007B0F79"/>
    <w:rsid w:val="00894305"/>
    <w:rsid w:val="008B1861"/>
    <w:rsid w:val="009102D7"/>
    <w:rsid w:val="00921A7A"/>
    <w:rsid w:val="009D307A"/>
    <w:rsid w:val="009D5AB2"/>
    <w:rsid w:val="009F0BC1"/>
    <w:rsid w:val="00AA1D8D"/>
    <w:rsid w:val="00AA74D0"/>
    <w:rsid w:val="00AB0634"/>
    <w:rsid w:val="00AC4488"/>
    <w:rsid w:val="00B439E9"/>
    <w:rsid w:val="00B465B6"/>
    <w:rsid w:val="00B47730"/>
    <w:rsid w:val="00B62C92"/>
    <w:rsid w:val="00BA0E94"/>
    <w:rsid w:val="00BB6D68"/>
    <w:rsid w:val="00C41B04"/>
    <w:rsid w:val="00C66D6E"/>
    <w:rsid w:val="00C66DB3"/>
    <w:rsid w:val="00CB0664"/>
    <w:rsid w:val="00CE797B"/>
    <w:rsid w:val="00D54E8A"/>
    <w:rsid w:val="00D94B67"/>
    <w:rsid w:val="00DE3D3A"/>
    <w:rsid w:val="00DF7044"/>
    <w:rsid w:val="00EA2884"/>
    <w:rsid w:val="00F91C94"/>
    <w:rsid w:val="00F940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2EF2D8"/>
  <w14:defaultImageDpi w14:val="300"/>
  <w15:docId w15:val="{E40A08F9-81B6-468E-BF15-BE63891F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861"/>
    <w:rPr>
      <w:rFonts w:ascii="Myriad Pro" w:eastAsia="Myriad Pro" w:hAnsi="Myriad Pro"/>
      <w:sz w:val="20"/>
    </w:rPr>
  </w:style>
  <w:style w:type="paragraph" w:styleId="Heading1">
    <w:name w:val="heading 1"/>
    <w:basedOn w:val="Normal"/>
    <w:next w:val="Body"/>
    <w:link w:val="Heading1Char"/>
    <w:uiPriority w:val="9"/>
    <w:qFormat/>
    <w:rsid w:val="00322FCD"/>
    <w:pPr>
      <w:keepNext/>
      <w:keepLines/>
      <w:spacing w:after="0"/>
      <w:outlineLvl w:val="0"/>
    </w:pPr>
    <w:rPr>
      <w:rFonts w:ascii="Atkinson Hyperlegible" w:eastAsiaTheme="majorEastAsia" w:hAnsi="Atkinson Hyperlegible" w:cstheme="majorBidi"/>
      <w:b/>
      <w:bCs/>
      <w:color w:val="000000" w:themeColor="text1"/>
      <w:szCs w:val="28"/>
    </w:rPr>
  </w:style>
  <w:style w:type="paragraph" w:styleId="Heading2">
    <w:name w:val="heading 2"/>
    <w:basedOn w:val="Normal"/>
    <w:next w:val="Body"/>
    <w:link w:val="Heading2Char"/>
    <w:uiPriority w:val="9"/>
    <w:unhideWhenUsed/>
    <w:qFormat/>
    <w:rsid w:val="00AC4488"/>
    <w:pPr>
      <w:keepNext/>
      <w:keepLines/>
      <w:spacing w:before="200" w:after="0"/>
      <w:outlineLvl w:val="1"/>
    </w:pPr>
    <w:rPr>
      <w:rFonts w:ascii="Atkinson Hyperlegible" w:eastAsiaTheme="majorEastAsia" w:hAnsi="Atkinson Hyperlegible" w:cstheme="majorBidi"/>
      <w:b/>
      <w:bCs/>
      <w:color w:val="69598B"/>
      <w:szCs w:val="26"/>
    </w:rPr>
  </w:style>
  <w:style w:type="paragraph" w:styleId="Heading3">
    <w:name w:val="heading 3"/>
    <w:basedOn w:val="Normal"/>
    <w:next w:val="Normal"/>
    <w:link w:val="Heading3Char"/>
    <w:uiPriority w:val="9"/>
    <w:unhideWhenUsed/>
    <w:qFormat/>
    <w:rsid w:val="00AC4488"/>
    <w:pPr>
      <w:keepNext/>
      <w:keepLines/>
      <w:spacing w:before="200" w:after="0"/>
      <w:outlineLvl w:val="2"/>
    </w:pPr>
    <w:rPr>
      <w:rFonts w:ascii="Atkinson Hyperlegible" w:eastAsiaTheme="majorEastAsia" w:hAnsi="Atkinson Hyperlegible" w:cstheme="majorBidi"/>
      <w:b/>
      <w:bCs/>
      <w:color w:val="808080" w:themeColor="background1" w:themeShade="80"/>
    </w:rPr>
  </w:style>
  <w:style w:type="paragraph" w:styleId="Heading4">
    <w:name w:val="heading 4"/>
    <w:basedOn w:val="Normal"/>
    <w:next w:val="Body"/>
    <w:link w:val="Heading4Char"/>
    <w:uiPriority w:val="9"/>
    <w:unhideWhenUsed/>
    <w:qFormat/>
    <w:rsid w:val="00AC4488"/>
    <w:pPr>
      <w:keepNext/>
      <w:keepLines/>
      <w:spacing w:before="200" w:after="0"/>
      <w:outlineLvl w:val="3"/>
    </w:pPr>
    <w:rPr>
      <w:rFonts w:ascii="Atkinson Hyperlegible" w:eastAsiaTheme="majorEastAsia" w:hAnsi="Atkinson Hyperlegible" w:cstheme="majorBidi"/>
      <w:bCs/>
      <w:i/>
      <w:iCs/>
      <w:color w:val="000000" w:themeColor="tex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character" w:customStyle="1" w:styleId="Heading1Char">
    <w:name w:val="Heading 1 Char"/>
    <w:basedOn w:val="DefaultParagraphFont"/>
    <w:link w:val="Heading1"/>
    <w:uiPriority w:val="9"/>
    <w:rsid w:val="00322FCD"/>
    <w:rPr>
      <w:rFonts w:ascii="Atkinson Hyperlegible" w:eastAsiaTheme="majorEastAsia" w:hAnsi="Atkinson Hyperlegible" w:cstheme="majorBidi"/>
      <w:b/>
      <w:bCs/>
      <w:color w:val="000000" w:themeColor="text1"/>
      <w:sz w:val="20"/>
      <w:szCs w:val="28"/>
    </w:rPr>
  </w:style>
  <w:style w:type="character" w:customStyle="1" w:styleId="Heading2Char">
    <w:name w:val="Heading 2 Char"/>
    <w:basedOn w:val="DefaultParagraphFont"/>
    <w:link w:val="Heading2"/>
    <w:uiPriority w:val="9"/>
    <w:rsid w:val="00AC4488"/>
    <w:rPr>
      <w:rFonts w:ascii="Atkinson Hyperlegible" w:eastAsiaTheme="majorEastAsia" w:hAnsi="Atkinson Hyperlegible" w:cstheme="majorBidi"/>
      <w:b/>
      <w:bCs/>
      <w:color w:val="69598B"/>
      <w:sz w:val="20"/>
      <w:szCs w:val="26"/>
    </w:rPr>
  </w:style>
  <w:style w:type="character" w:customStyle="1" w:styleId="Heading3Char">
    <w:name w:val="Heading 3 Char"/>
    <w:basedOn w:val="DefaultParagraphFont"/>
    <w:link w:val="Heading3"/>
    <w:uiPriority w:val="9"/>
    <w:rsid w:val="00AC4488"/>
    <w:rPr>
      <w:rFonts w:ascii="Atkinson Hyperlegible" w:eastAsiaTheme="majorEastAsia" w:hAnsi="Atkinson Hyperlegible" w:cstheme="majorBidi"/>
      <w:b/>
      <w:bCs/>
      <w:color w:val="808080" w:themeColor="background1" w:themeShade="80"/>
      <w:sz w:val="20"/>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Body"/>
    <w:uiPriority w:val="99"/>
    <w:unhideWhenUsed/>
    <w:rsid w:val="00AA1D8D"/>
    <w:pPr>
      <w:ind w:left="360" w:hanging="360"/>
      <w:contextualSpacing/>
    </w:pPr>
  </w:style>
  <w:style w:type="paragraph" w:styleId="List2">
    <w:name w:val="List 2"/>
    <w:basedOn w:val="Body"/>
    <w:uiPriority w:val="99"/>
    <w:unhideWhenUsed/>
    <w:rsid w:val="00326F90"/>
    <w:pPr>
      <w:ind w:left="720" w:hanging="360"/>
      <w:contextualSpacing/>
    </w:pPr>
  </w:style>
  <w:style w:type="paragraph" w:styleId="List3">
    <w:name w:val="List 3"/>
    <w:basedOn w:val="Body"/>
    <w:uiPriority w:val="99"/>
    <w:unhideWhenUsed/>
    <w:rsid w:val="00326F90"/>
    <w:pPr>
      <w:ind w:left="1080" w:hanging="360"/>
      <w:contextualSpacing/>
    </w:pPr>
  </w:style>
  <w:style w:type="paragraph" w:styleId="ListBullet">
    <w:name w:val="List Bullet"/>
    <w:basedOn w:val="Body"/>
    <w:uiPriority w:val="99"/>
    <w:unhideWhenUsed/>
    <w:rsid w:val="00326F90"/>
    <w:pPr>
      <w:numPr>
        <w:numId w:val="1"/>
      </w:numPr>
      <w:contextualSpacing/>
    </w:pPr>
  </w:style>
  <w:style w:type="paragraph" w:styleId="ListBullet2">
    <w:name w:val="List Bullet 2"/>
    <w:basedOn w:val="Body"/>
    <w:uiPriority w:val="99"/>
    <w:unhideWhenUsed/>
    <w:rsid w:val="00326F90"/>
    <w:pPr>
      <w:numPr>
        <w:numId w:val="2"/>
      </w:numPr>
      <w:contextualSpacing/>
    </w:pPr>
  </w:style>
  <w:style w:type="paragraph" w:styleId="ListBullet3">
    <w:name w:val="List Bullet 3"/>
    <w:basedOn w:val="Body"/>
    <w:uiPriority w:val="99"/>
    <w:unhideWhenUsed/>
    <w:rsid w:val="00326F90"/>
    <w:pPr>
      <w:numPr>
        <w:numId w:val="3"/>
      </w:numPr>
      <w:contextualSpacing/>
    </w:pPr>
  </w:style>
  <w:style w:type="paragraph" w:styleId="ListNumber">
    <w:name w:val="List Number"/>
    <w:basedOn w:val="Body"/>
    <w:uiPriority w:val="99"/>
    <w:unhideWhenUsed/>
    <w:rsid w:val="00326F90"/>
    <w:pPr>
      <w:numPr>
        <w:numId w:val="5"/>
      </w:numPr>
      <w:contextualSpacing/>
    </w:pPr>
  </w:style>
  <w:style w:type="paragraph" w:styleId="ListNumber2">
    <w:name w:val="List Number 2"/>
    <w:basedOn w:val="Body"/>
    <w:uiPriority w:val="99"/>
    <w:unhideWhenUsed/>
    <w:rsid w:val="0029639D"/>
    <w:pPr>
      <w:numPr>
        <w:numId w:val="6"/>
      </w:numPr>
      <w:contextualSpacing/>
    </w:pPr>
  </w:style>
  <w:style w:type="paragraph" w:styleId="ListNumber3">
    <w:name w:val="List Number 3"/>
    <w:basedOn w:val="Body"/>
    <w:uiPriority w:val="99"/>
    <w:unhideWhenUsed/>
    <w:rsid w:val="0029639D"/>
    <w:pPr>
      <w:numPr>
        <w:numId w:val="7"/>
      </w:numPr>
      <w:contextualSpacing/>
    </w:pPr>
  </w:style>
  <w:style w:type="paragraph" w:styleId="ListContinue">
    <w:name w:val="List Continue"/>
    <w:basedOn w:val="Body"/>
    <w:uiPriority w:val="99"/>
    <w:unhideWhenUsed/>
    <w:rsid w:val="0029639D"/>
    <w:pPr>
      <w:spacing w:after="120"/>
      <w:ind w:left="360"/>
      <w:contextualSpacing/>
    </w:pPr>
  </w:style>
  <w:style w:type="paragraph" w:styleId="ListContinue2">
    <w:name w:val="List Continue 2"/>
    <w:basedOn w:val="Body"/>
    <w:uiPriority w:val="99"/>
    <w:unhideWhenUsed/>
    <w:rsid w:val="0029639D"/>
    <w:pPr>
      <w:spacing w:after="120"/>
      <w:ind w:left="720"/>
      <w:contextualSpacing/>
    </w:pPr>
  </w:style>
  <w:style w:type="paragraph" w:styleId="ListContinue3">
    <w:name w:val="List Continue 3"/>
    <w:basedOn w:val="Body"/>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AC4488"/>
    <w:rPr>
      <w:rFonts w:ascii="Atkinson Hyperlegible" w:eastAsiaTheme="majorEastAsia" w:hAnsi="Atkinson Hyperlegible" w:cstheme="majorBidi"/>
      <w:bCs/>
      <w:i/>
      <w:iCs/>
      <w:color w:val="000000" w:themeColor="text1"/>
      <w:sz w:val="2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elnest">
    <w:name w:val="Titel nest"/>
    <w:basedOn w:val="Normal"/>
    <w:next w:val="Heading1"/>
    <w:rsid w:val="00235C9C"/>
    <w:pPr>
      <w:spacing w:after="1400"/>
    </w:pPr>
    <w:rPr>
      <w:rFonts w:ascii="Zilla Slab Light" w:hAnsi="Zilla Slab Light"/>
      <w:color w:val="59447B"/>
      <w:sz w:val="42"/>
    </w:rPr>
  </w:style>
  <w:style w:type="paragraph" w:customStyle="1" w:styleId="Body">
    <w:name w:val="Body"/>
    <w:basedOn w:val="Normal"/>
    <w:rsid w:val="00322FCD"/>
    <w:rPr>
      <w:rFonts w:ascii="Atkinson Hyperlegible" w:hAnsi="Atkinson Hyperlegible"/>
    </w:rPr>
  </w:style>
  <w:style w:type="paragraph" w:customStyle="1" w:styleId="Opsomming">
    <w:name w:val="Opsomming"/>
    <w:basedOn w:val="Body"/>
    <w:rPr>
      <w:rFonts w:ascii="Myriad Pro" w:hAnsi="Myriad Pro"/>
    </w:rPr>
  </w:style>
  <w:style w:type="paragraph" w:customStyle="1" w:styleId="CitaatAbstract">
    <w:name w:val="Citaat &amp; Abstract"/>
    <w:basedOn w:val="Normal"/>
    <w:rsid w:val="006C7BCF"/>
    <w:pPr>
      <w:suppressAutoHyphens/>
      <w:spacing w:after="40" w:line="240" w:lineRule="auto"/>
      <w:ind w:left="284" w:right="284"/>
      <w:jc w:val="both"/>
    </w:pPr>
    <w:rPr>
      <w:rFonts w:ascii="Avenir Light" w:eastAsia="Calibri" w:hAnsi="Avenir Light" w:cs="Times New Roman"/>
      <w:iCs/>
      <w:color w:val="000000"/>
      <w:sz w:val="19"/>
      <w:szCs w:val="20"/>
      <w:lang w:val="nl-NL" w:eastAsia="nl-NL"/>
    </w:rPr>
  </w:style>
  <w:style w:type="paragraph" w:customStyle="1" w:styleId="Tablecontent">
    <w:name w:val="Table content"/>
    <w:basedOn w:val="Normal"/>
    <w:rsid w:val="00745ED5"/>
    <w:pPr>
      <w:suppressAutoHyphens/>
      <w:spacing w:after="0" w:line="288" w:lineRule="auto"/>
      <w:jc w:val="both"/>
    </w:pPr>
    <w:rPr>
      <w:rFonts w:ascii="Avenir Book" w:eastAsia="Times New Roman" w:hAnsi="Avenir Book" w:cs="Arial"/>
      <w:color w:val="000000"/>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36176\OneDrive%20-%20Radboud%20Universiteit\RU-Drive\Documents\Documenten%20nestnijmegen.nl\Originelen%20in%20Word\Templates\Nest_Nijmegen_meerdere%20paginas%20staand_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Nest_Nijmegen_meerdere paginas staand_v1</Template>
  <TotalTime>0</TotalTime>
  <Pages>4</Pages>
  <Words>590</Words>
  <Characters>3251</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Bruggink, E. (Esmée)</dc:creator>
  <cp:keywords/>
  <dc:description>generated by python-docx</dc:description>
  <cp:lastModifiedBy>Bruggink, E. (Esmée)</cp:lastModifiedBy>
  <cp:revision>2</cp:revision>
  <dcterms:created xsi:type="dcterms:W3CDTF">2026-08-24T02:37:00Z</dcterms:created>
  <dcterms:modified xsi:type="dcterms:W3CDTF">2026-08-24T02:37:00Z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Nest_Nijmegen_meerdere paginas staand_v1.dotx</vt:lpwstr>
  </property>
</Properties>
</file>