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B734" w14:textId="77777777" w:rsidR="007030CE" w:rsidRPr="00485A68" w:rsidRDefault="007030CE" w:rsidP="007030CE">
      <w:pPr>
        <w:pStyle w:val="Titelnest"/>
        <w:ind w:right="2665"/>
        <w:rPr>
          <w:lang w:val="nl-NL"/>
        </w:rPr>
      </w:pPr>
      <w:r w:rsidRPr="00485A68">
        <w:rPr>
          <w:lang w:val="nl-NL"/>
        </w:rPr>
        <w:t>Lesvoorbereidingsformulier DA-model (van Gelder)</w:t>
      </w:r>
    </w:p>
    <w:p w14:paraId="0AFB550C" w14:textId="77777777" w:rsidR="00EF71C2" w:rsidRPr="007030CE" w:rsidRDefault="00EF71C2" w:rsidP="00EF71C2">
      <w:pPr>
        <w:pStyle w:val="Heading1"/>
        <w:rPr>
          <w:lang w:val="nl-NL"/>
        </w:rPr>
        <w:sectPr w:rsidR="00EF71C2" w:rsidRPr="007030CE" w:rsidSect="007030CE">
          <w:headerReference w:type="default" r:id="rId8"/>
          <w:footerReference w:type="default" r:id="rId9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53590A" w:rsidRPr="00724EFF" w14:paraId="55965E5B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D327C0" w14:textId="35178B62" w:rsidR="0053590A" w:rsidRPr="00E154FA" w:rsidRDefault="006D19DA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Docent(en)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6" w:space="0" w:color="59447B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A8C4E5" w14:textId="77777777" w:rsidR="0053590A" w:rsidRPr="00836C61" w:rsidRDefault="0053590A" w:rsidP="006856D6">
            <w:pPr>
              <w:pStyle w:val="Body"/>
              <w:rPr>
                <w:rFonts w:ascii="Aptos" w:hAnsi="Aptos"/>
                <w:color w:val="69598B"/>
                <w:lang w:val="nl-NL"/>
              </w:rPr>
            </w:pPr>
            <w:r w:rsidRPr="00836C61"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53590A" w:rsidRPr="00724EFF" w14:paraId="124484EF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AEA8BF" w14:textId="4F10A713" w:rsidR="0053590A" w:rsidRPr="00E154FA" w:rsidRDefault="006D19DA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Datum</w:t>
            </w:r>
          </w:p>
        </w:tc>
        <w:tc>
          <w:tcPr>
            <w:tcW w:w="10475" w:type="dxa"/>
            <w:tcBorders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8C5924" w14:textId="77777777" w:rsidR="0053590A" w:rsidRPr="00836C61" w:rsidRDefault="0053590A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53590A" w:rsidRPr="00724EFF" w14:paraId="20260EA4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AC89E8" w14:textId="3AF68029" w:rsidR="0053590A" w:rsidRPr="00E154FA" w:rsidRDefault="006D19DA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Duur van les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337541" w14:textId="77777777" w:rsidR="0053590A" w:rsidRPr="00836C61" w:rsidRDefault="0053590A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6D19DA" w:rsidRPr="00724EFF" w14:paraId="389510B2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905700" w14:textId="7A937789" w:rsidR="006D19DA" w:rsidRDefault="006D19DA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Groep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66609B" w14:textId="77777777" w:rsidR="006D19DA" w:rsidRPr="00836C61" w:rsidRDefault="006D19DA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6D19DA" w:rsidRPr="00724EFF" w14:paraId="740F983D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362109" w14:textId="42125EFD" w:rsidR="006D19DA" w:rsidRDefault="006D19DA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Groepsgrootte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9E4026" w14:textId="77777777" w:rsidR="006D19DA" w:rsidRPr="00836C61" w:rsidRDefault="006D19DA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641D113F" w14:textId="77777777" w:rsidR="003E47E9" w:rsidRDefault="003E47E9" w:rsidP="00AC4488">
      <w:pPr>
        <w:pStyle w:val="Body"/>
        <w:rPr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06"/>
        <w:gridCol w:w="10946"/>
      </w:tblGrid>
      <w:tr w:rsidR="00B65860" w:rsidRPr="00C63FF7" w14:paraId="38F42391" w14:textId="77777777" w:rsidTr="000F287E">
        <w:trPr>
          <w:trHeight w:val="308"/>
        </w:trPr>
        <w:tc>
          <w:tcPr>
            <w:tcW w:w="1239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  <w:hideMark/>
          </w:tcPr>
          <w:p w14:paraId="7AC47F41" w14:textId="4BD9F9B2" w:rsidR="00B65860" w:rsidRPr="00797E21" w:rsidRDefault="00B65860" w:rsidP="006856D6">
            <w:pPr>
              <w:pStyle w:val="NoSpacing"/>
              <w:rPr>
                <w:rFonts w:ascii="Atkinson Hyperlegible" w:hAnsi="Atkinson Hyperlegible"/>
                <w:b/>
                <w:bCs/>
                <w:szCs w:val="20"/>
                <w:lang w:val="nl-NL"/>
              </w:rPr>
            </w:pPr>
            <w:r>
              <w:rPr>
                <w:rFonts w:ascii="Atkinson Hyperlegible" w:hAnsi="Atkinson Hyperlegible" w:cs="Atkinson Hyperlegible"/>
                <w:b/>
                <w:bCs/>
                <w:color w:val="1D1D1B"/>
                <w:szCs w:val="20"/>
                <w:lang w:val="nl-NL"/>
              </w:rPr>
              <w:t>Onderwerp/thema</w:t>
            </w:r>
          </w:p>
          <w:p w14:paraId="5F52D5F3" w14:textId="77777777" w:rsidR="00B65860" w:rsidRPr="00C63FF7" w:rsidRDefault="00B65860" w:rsidP="006856D6">
            <w:pPr>
              <w:pStyle w:val="NoSpacing"/>
              <w:rPr>
                <w:rFonts w:ascii="Atkinson Hyperlegible" w:hAnsi="Atkinson Hyperlegible" w:cstheme="minorHAnsi"/>
                <w:b/>
                <w:i/>
                <w:iCs/>
                <w:szCs w:val="20"/>
              </w:rPr>
            </w:pPr>
          </w:p>
        </w:tc>
        <w:tc>
          <w:tcPr>
            <w:tcW w:w="3761" w:type="pct"/>
            <w:vMerge w:val="restart"/>
            <w:tcBorders>
              <w:top w:val="single" w:sz="4" w:space="0" w:color="F4CEB6"/>
            </w:tcBorders>
            <w:shd w:val="clear" w:color="auto" w:fill="FFFFFF" w:themeFill="background1"/>
          </w:tcPr>
          <w:p w14:paraId="27217CC0" w14:textId="77777777" w:rsidR="00B65860" w:rsidRPr="00E23737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&lt;vul in&gt;</w:t>
            </w:r>
          </w:p>
          <w:p w14:paraId="4ABBAC7D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1CD50FFA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34D2B81F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12EE4FFC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5B7F3E67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3B89D6AD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31FD7BD9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6484F4DE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07E6B681" w14:textId="77777777" w:rsidR="00B65860" w:rsidRPr="00E23737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  <w:tr w:rsidR="00B65860" w:rsidRPr="00FD002C" w14:paraId="64935BCC" w14:textId="77777777" w:rsidTr="0097738A">
        <w:trPr>
          <w:trHeight w:val="308"/>
        </w:trPr>
        <w:tc>
          <w:tcPr>
            <w:tcW w:w="12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9054E11" w14:textId="35D9082C" w:rsidR="00B65860" w:rsidRPr="000A5B6A" w:rsidRDefault="00B65860" w:rsidP="000A5B6A">
            <w:pPr>
              <w:pStyle w:val="Body"/>
              <w:rPr>
                <w:rFonts w:ascii="Aptos" w:hAnsi="Aptos"/>
                <w:bCs/>
                <w:lang w:val="nl-NL"/>
              </w:rPr>
            </w:pPr>
            <w:r w:rsidRPr="0001380D">
              <w:rPr>
                <w:rFonts w:eastAsia="Atkinson Hyperlegible" w:cs="Atkinson Hyperlegible"/>
                <w:bCs/>
                <w:color w:val="000000"/>
                <w:lang w:val="nl-NL"/>
              </w:rPr>
              <w:t xml:space="preserve">Beschrijf hier een beknopte inleiding op de les. Waar gaat de les over? </w:t>
            </w:r>
          </w:p>
        </w:tc>
        <w:tc>
          <w:tcPr>
            <w:tcW w:w="3761" w:type="pct"/>
            <w:vMerge/>
            <w:tcBorders>
              <w:bottom w:val="single" w:sz="4" w:space="0" w:color="F4CEB6"/>
            </w:tcBorders>
            <w:shd w:val="clear" w:color="auto" w:fill="FFFFFF" w:themeFill="background1"/>
          </w:tcPr>
          <w:p w14:paraId="2B90943B" w14:textId="77777777" w:rsidR="00B65860" w:rsidRDefault="00B65860" w:rsidP="006856D6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</w:tbl>
    <w:p w14:paraId="13CF5CAE" w14:textId="77777777" w:rsidR="003E47E9" w:rsidRPr="000A5B6A" w:rsidRDefault="003E47E9" w:rsidP="00AC4488">
      <w:pPr>
        <w:pStyle w:val="Body"/>
        <w:rPr>
          <w:lang w:val="nl-NL"/>
        </w:rPr>
        <w:sectPr w:rsidR="003E47E9" w:rsidRPr="000A5B6A" w:rsidSect="00303280">
          <w:type w:val="continuous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06"/>
        <w:gridCol w:w="10946"/>
      </w:tblGrid>
      <w:tr w:rsidR="00B65860" w:rsidRPr="00C63FF7" w14:paraId="5F3FE660" w14:textId="77777777" w:rsidTr="000F287E">
        <w:trPr>
          <w:trHeight w:val="308"/>
        </w:trPr>
        <w:tc>
          <w:tcPr>
            <w:tcW w:w="1239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  <w:hideMark/>
          </w:tcPr>
          <w:p w14:paraId="0F85A1F9" w14:textId="17D567C4" w:rsidR="00B65860" w:rsidRPr="004F7E0C" w:rsidRDefault="00B65860" w:rsidP="00B65860">
            <w:pPr>
              <w:pStyle w:val="NoSpacing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  <w:lang w:val="nl-NL"/>
              </w:rPr>
            </w:pPr>
            <w:r w:rsidRPr="00B65860">
              <w:rPr>
                <w:rFonts w:ascii="Atkinson Hyperlegible" w:hAnsi="Atkinson Hyperlegible" w:cs="Atkinson Hyperlegible"/>
                <w:b/>
                <w:bCs/>
                <w:color w:val="1D1D1B"/>
                <w:szCs w:val="20"/>
                <w:lang w:val="nl-NL"/>
              </w:rPr>
              <w:lastRenderedPageBreak/>
              <w:t>Beginsituatie</w:t>
            </w:r>
          </w:p>
        </w:tc>
        <w:tc>
          <w:tcPr>
            <w:tcW w:w="3761" w:type="pct"/>
            <w:vMerge w:val="restart"/>
            <w:tcBorders>
              <w:top w:val="single" w:sz="4" w:space="0" w:color="F4CEB6"/>
            </w:tcBorders>
            <w:shd w:val="clear" w:color="auto" w:fill="FFFFFF" w:themeFill="background1"/>
          </w:tcPr>
          <w:p w14:paraId="30FE982B" w14:textId="77777777" w:rsidR="00B65860" w:rsidRPr="00E23737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&lt;vul in&gt;</w:t>
            </w:r>
          </w:p>
          <w:p w14:paraId="322065B7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1FEAEAE2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1241ABEF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14A37EB0" w14:textId="7F64629F" w:rsidR="00B65860" w:rsidRPr="00E23737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  <w:tr w:rsidR="00B65860" w:rsidRPr="00FD002C" w14:paraId="2FFD01C3" w14:textId="77777777" w:rsidTr="00D338AD">
        <w:trPr>
          <w:trHeight w:val="308"/>
        </w:trPr>
        <w:tc>
          <w:tcPr>
            <w:tcW w:w="1239" w:type="pct"/>
            <w:tcBorders>
              <w:top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175D2CF" w14:textId="66BA24AC" w:rsidR="00B65860" w:rsidRPr="009E3C89" w:rsidRDefault="00B65860" w:rsidP="00B65860">
            <w:pPr>
              <w:pStyle w:val="Body"/>
              <w:rPr>
                <w:rFonts w:ascii="Aptos" w:hAnsi="Aptos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K</w:t>
            </w:r>
            <w:r w:rsidRPr="008564A5">
              <w:rPr>
                <w:rFonts w:eastAsia="Atkinson Hyperlegible" w:cs="Atkinson Hyperlegible"/>
                <w:color w:val="000000"/>
                <w:lang w:val="nl-NL"/>
              </w:rPr>
              <w:t>ennis uit voorgaande lessen, kenmerken groep, voorbereiding (huiswerk)</w:t>
            </w:r>
          </w:p>
        </w:tc>
        <w:tc>
          <w:tcPr>
            <w:tcW w:w="3761" w:type="pct"/>
            <w:vMerge/>
            <w:tcBorders>
              <w:bottom w:val="single" w:sz="4" w:space="0" w:color="F4CEB6"/>
            </w:tcBorders>
            <w:shd w:val="clear" w:color="auto" w:fill="FFFFFF" w:themeFill="background1"/>
          </w:tcPr>
          <w:p w14:paraId="521CA544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</w:tbl>
    <w:p w14:paraId="756FDA1B" w14:textId="77777777" w:rsidR="009E3C89" w:rsidRPr="00B65860" w:rsidRDefault="009E3C89" w:rsidP="00703A23">
      <w:pPr>
        <w:pStyle w:val="Heading1"/>
        <w:rPr>
          <w:lang w:val="nl-N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06"/>
        <w:gridCol w:w="10946"/>
      </w:tblGrid>
      <w:tr w:rsidR="00B65860" w14:paraId="105310EA" w14:textId="77777777" w:rsidTr="000F287E">
        <w:trPr>
          <w:trHeight w:val="308"/>
        </w:trPr>
        <w:tc>
          <w:tcPr>
            <w:tcW w:w="1239" w:type="pct"/>
            <w:tcBorders>
              <w:top w:val="single" w:sz="4" w:space="0" w:color="E27B3B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9ED573F" w14:textId="77777777" w:rsidR="00B65860" w:rsidRPr="00787496" w:rsidRDefault="00B65860" w:rsidP="00B65860">
            <w:pPr>
              <w:pStyle w:val="NoSpacing"/>
              <w:rPr>
                <w:rFonts w:eastAsia="Atkinson Hyperlegible" w:cs="Atkinson Hyperlegible"/>
                <w:b/>
                <w:color w:val="000000"/>
                <w:lang w:val="nl-NL"/>
              </w:rPr>
            </w:pPr>
            <w:r w:rsidRPr="00B65860">
              <w:rPr>
                <w:rFonts w:ascii="Atkinson Hyperlegible" w:hAnsi="Atkinson Hyperlegible" w:cs="Atkinson Hyperlegible"/>
                <w:b/>
                <w:bCs/>
                <w:color w:val="1D1D1B"/>
                <w:szCs w:val="20"/>
                <w:lang w:val="nl-NL"/>
              </w:rPr>
              <w:t>Leerdoelen</w:t>
            </w:r>
          </w:p>
        </w:tc>
        <w:tc>
          <w:tcPr>
            <w:tcW w:w="3761" w:type="pct"/>
            <w:vMerge w:val="restart"/>
            <w:tcBorders>
              <w:top w:val="single" w:sz="4" w:space="0" w:color="F4CEB6"/>
            </w:tcBorders>
            <w:shd w:val="clear" w:color="auto" w:fill="FFFFFF" w:themeFill="background1"/>
          </w:tcPr>
          <w:p w14:paraId="4F383F90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  <w:r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  <w:t>&lt;vul in&gt;</w:t>
            </w:r>
          </w:p>
          <w:p w14:paraId="4F24A4DD" w14:textId="77777777" w:rsidR="0043784C" w:rsidRDefault="0043784C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5AC0D58C" w14:textId="77777777" w:rsidR="0043784C" w:rsidRDefault="0043784C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04D70E1C" w14:textId="77777777" w:rsidR="0043784C" w:rsidRDefault="0043784C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  <w:p w14:paraId="5138EFC4" w14:textId="3037F860" w:rsidR="0043784C" w:rsidRDefault="0043784C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  <w:tr w:rsidR="00B65860" w14:paraId="50A66CFE" w14:textId="77777777" w:rsidTr="00C91EA5">
        <w:trPr>
          <w:trHeight w:val="308"/>
        </w:trPr>
        <w:tc>
          <w:tcPr>
            <w:tcW w:w="12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DBCAB43" w14:textId="26504CF1" w:rsidR="00B65860" w:rsidRPr="00B65860" w:rsidRDefault="00B65860" w:rsidP="00B65860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  <w:r w:rsidRPr="00B65860">
              <w:rPr>
                <w:rFonts w:eastAsia="Atkinson Hyperlegible" w:cs="Atkinson Hyperlegible"/>
                <w:color w:val="000000"/>
                <w:lang w:val="nl-NL"/>
              </w:rPr>
              <w:t>Meetbaar en specifiek</w:t>
            </w:r>
          </w:p>
        </w:tc>
        <w:tc>
          <w:tcPr>
            <w:tcW w:w="3761" w:type="pct"/>
            <w:vMerge/>
            <w:tcBorders>
              <w:bottom w:val="single" w:sz="4" w:space="0" w:color="F4CEB6"/>
            </w:tcBorders>
            <w:shd w:val="clear" w:color="auto" w:fill="FFFFFF" w:themeFill="background1"/>
          </w:tcPr>
          <w:p w14:paraId="2A030368" w14:textId="77777777" w:rsidR="00B65860" w:rsidRDefault="00B65860" w:rsidP="00B65860">
            <w:pPr>
              <w:pStyle w:val="NoSpacing"/>
              <w:rPr>
                <w:rFonts w:ascii="Atkinson Hyperlegible" w:hAnsi="Atkinson Hyperlegible" w:cstheme="minorHAnsi"/>
                <w:color w:val="1D1D1B"/>
                <w:szCs w:val="20"/>
                <w:lang w:val="nl-NL"/>
              </w:rPr>
            </w:pPr>
          </w:p>
        </w:tc>
      </w:tr>
    </w:tbl>
    <w:p w14:paraId="1A527F60" w14:textId="77777777" w:rsidR="00CA20A8" w:rsidRPr="00CA20A8" w:rsidRDefault="00CA20A8" w:rsidP="00CA20A8">
      <w:pPr>
        <w:pStyle w:val="Body"/>
        <w:rPr>
          <w:lang w:val="fr-FR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362"/>
        <w:gridCol w:w="2270"/>
        <w:gridCol w:w="3650"/>
        <w:gridCol w:w="3594"/>
        <w:gridCol w:w="2689"/>
      </w:tblGrid>
      <w:tr w:rsidR="000A5A44" w:rsidRPr="008564A5" w14:paraId="3ACC9E45" w14:textId="77777777" w:rsidTr="000F287E">
        <w:trPr>
          <w:cantSplit/>
          <w:tblHeader/>
        </w:trPr>
        <w:tc>
          <w:tcPr>
            <w:tcW w:w="339" w:type="pct"/>
            <w:tcBorders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495FD8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lastRenderedPageBreak/>
              <w:t>Tijd</w:t>
            </w:r>
          </w:p>
        </w:tc>
        <w:tc>
          <w:tcPr>
            <w:tcW w:w="468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EEBE87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Fasen</w:t>
            </w:r>
          </w:p>
        </w:tc>
        <w:tc>
          <w:tcPr>
            <w:tcW w:w="780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1031CF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Leerinhoud</w:t>
            </w:r>
          </w:p>
        </w:tc>
        <w:tc>
          <w:tcPr>
            <w:tcW w:w="1254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53BA33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Activiteiten leerling</w:t>
            </w:r>
          </w:p>
        </w:tc>
        <w:tc>
          <w:tcPr>
            <w:tcW w:w="1235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1B14DC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Activiteiten Docent</w:t>
            </w:r>
          </w:p>
        </w:tc>
        <w:tc>
          <w:tcPr>
            <w:tcW w:w="924" w:type="pct"/>
            <w:tcBorders>
              <w:left w:val="single" w:sz="4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FC300F" w14:textId="77777777" w:rsidR="000A5A44" w:rsidRPr="000A5A44" w:rsidRDefault="000A5A44" w:rsidP="006856D6">
            <w:pPr>
              <w:pStyle w:val="Body"/>
              <w:rPr>
                <w:rFonts w:ascii="Aptos" w:hAnsi="Aptos"/>
                <w:b/>
                <w:bCs/>
                <w:color w:val="FFFFFF" w:themeColor="background1"/>
                <w:lang w:val="nl-NL"/>
              </w:rPr>
            </w:pPr>
            <w:r w:rsidRPr="000A5A44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Leermiddelen</w:t>
            </w:r>
          </w:p>
        </w:tc>
      </w:tr>
      <w:tr w:rsidR="000A5A44" w:rsidRPr="008564A5" w14:paraId="03ACB456" w14:textId="77777777" w:rsidTr="00A75869">
        <w:trPr>
          <w:cantSplit/>
          <w:tblHeader/>
        </w:trPr>
        <w:tc>
          <w:tcPr>
            <w:tcW w:w="339" w:type="pct"/>
            <w:tcBorders>
              <w:top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3DB896" w14:textId="0BD45206" w:rsidR="000A5A44" w:rsidRPr="0043784C" w:rsidRDefault="00B11E05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  <w:r w:rsidRPr="0043784C">
              <w:rPr>
                <w:rFonts w:eastAsia="Atkinson Hyperlegible" w:cs="Atkinson Hyperlegible"/>
                <w:color w:val="000000"/>
                <w:szCs w:val="20"/>
                <w:lang w:val="nl-NL"/>
              </w:rPr>
              <w:t>&lt;vul in&gt;</w:t>
            </w:r>
          </w:p>
          <w:p w14:paraId="42EAD113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18F43935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00DA8A0A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EE4500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9EC27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45428D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16DF6A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8594DD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  <w:tr w:rsidR="000A5A44" w:rsidRPr="008564A5" w14:paraId="6DDD7809" w14:textId="77777777" w:rsidTr="00A75869">
        <w:trPr>
          <w:cantSplit/>
          <w:tblHeader/>
        </w:trPr>
        <w:tc>
          <w:tcPr>
            <w:tcW w:w="3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FDE843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697FFD2C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6F8785ED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26CB5308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3D31DF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AF1B4C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B6D992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C5A143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C85E7B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  <w:tr w:rsidR="000A5A44" w:rsidRPr="008564A5" w14:paraId="112DE250" w14:textId="77777777" w:rsidTr="00A75869">
        <w:trPr>
          <w:cantSplit/>
          <w:tblHeader/>
        </w:trPr>
        <w:tc>
          <w:tcPr>
            <w:tcW w:w="3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E6085D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668BC5BE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4FBE4B14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5EA90E6D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9B6762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D9D0C6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2B2248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CF02A4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A5294B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  <w:tr w:rsidR="000A5A44" w:rsidRPr="008564A5" w14:paraId="292A6038" w14:textId="77777777" w:rsidTr="00A75869">
        <w:trPr>
          <w:cantSplit/>
          <w:tblHeader/>
        </w:trPr>
        <w:tc>
          <w:tcPr>
            <w:tcW w:w="3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4364CC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28573649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52DED0EE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15B6B18E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C66403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F78F40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3F3AA8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B9FF8C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8D7767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  <w:tr w:rsidR="000A5A44" w:rsidRPr="008564A5" w14:paraId="0D178B93" w14:textId="77777777" w:rsidTr="00A75869">
        <w:trPr>
          <w:cantSplit/>
          <w:trHeight w:val="191"/>
          <w:tblHeader/>
        </w:trPr>
        <w:tc>
          <w:tcPr>
            <w:tcW w:w="339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979FB3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692C2B2F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2F31DA2F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03C97CD0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C5DD2D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C2E83B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53F3F4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C2AD49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7E9499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  <w:tr w:rsidR="000A5A44" w:rsidRPr="008564A5" w14:paraId="0DB19EA6" w14:textId="77777777" w:rsidTr="00A75869">
        <w:trPr>
          <w:cantSplit/>
          <w:tblHeader/>
        </w:trPr>
        <w:tc>
          <w:tcPr>
            <w:tcW w:w="339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FF72BA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67513FB3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7858BEB6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  <w:p w14:paraId="3DE35568" w14:textId="77777777" w:rsidR="00A75869" w:rsidRPr="0043784C" w:rsidRDefault="00A75869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46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505DE2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780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2E7E8C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5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B9735D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123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8B7A98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  <w:tc>
          <w:tcPr>
            <w:tcW w:w="924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EB01D1" w14:textId="77777777" w:rsidR="000A5A44" w:rsidRPr="0043784C" w:rsidRDefault="000A5A44" w:rsidP="006856D6">
            <w:pPr>
              <w:pStyle w:val="Body"/>
              <w:rPr>
                <w:rFonts w:eastAsia="Atkinson Hyperlegible" w:cs="Atkinson Hyperlegible"/>
                <w:color w:val="000000"/>
                <w:szCs w:val="20"/>
                <w:lang w:val="nl-NL"/>
              </w:rPr>
            </w:pPr>
          </w:p>
        </w:tc>
      </w:tr>
    </w:tbl>
    <w:p w14:paraId="030DCB68" w14:textId="77777777" w:rsidR="00703A23" w:rsidRPr="007030CE" w:rsidRDefault="00703A23" w:rsidP="00AC4488">
      <w:pPr>
        <w:pStyle w:val="Body"/>
        <w:rPr>
          <w:lang w:val="fr-FR"/>
        </w:rPr>
      </w:pPr>
    </w:p>
    <w:p w14:paraId="30D9AE3C" w14:textId="77777777" w:rsidR="00703A23" w:rsidRPr="007030CE" w:rsidRDefault="00703A23" w:rsidP="00AC4488">
      <w:pPr>
        <w:pStyle w:val="Body"/>
        <w:rPr>
          <w:lang w:val="fr-FR"/>
        </w:rPr>
        <w:sectPr w:rsidR="00703A23" w:rsidRPr="007030CE" w:rsidSect="000A5B6A">
          <w:headerReference w:type="default" r:id="rId10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757898E8" w14:textId="77777777" w:rsidR="00703A23" w:rsidRPr="00AC4488" w:rsidRDefault="00703A23" w:rsidP="00AC4488">
      <w:pPr>
        <w:pStyle w:val="Body"/>
      </w:pPr>
    </w:p>
    <w:sectPr w:rsidR="00703A23" w:rsidRPr="00AC4488" w:rsidSect="00081E7F">
      <w:footerReference w:type="default" r:id="rId11"/>
      <w:pgSz w:w="16820" w:h="11900" w:orient="landscape"/>
      <w:pgMar w:top="2098" w:right="1134" w:bottom="1134" w:left="1134" w:header="720" w:footer="720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4ABD" w14:textId="77777777" w:rsidR="00263E3A" w:rsidRDefault="00263E3A">
      <w:pPr>
        <w:spacing w:after="0" w:line="240" w:lineRule="auto"/>
      </w:pPr>
      <w:r>
        <w:separator/>
      </w:r>
    </w:p>
  </w:endnote>
  <w:endnote w:type="continuationSeparator" w:id="0">
    <w:p w14:paraId="2805BF19" w14:textId="77777777" w:rsidR="00263E3A" w:rsidRDefault="0026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4A4FD" w14:textId="77777777" w:rsidR="00F940A0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36F30" wp14:editId="0A397A25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8B6448" w14:textId="77777777" w:rsidR="00921A7A" w:rsidRPr="00921A7A" w:rsidRDefault="00552DF7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left:0;text-align:left;margin-left:698.65pt;margin-top:16.1pt;width:51.8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" filled="f" stroked="f" strokeweight=".5pt">
              <v:textbox>
                <w:txbxContent>
                  <w:p w14:paraId="148B6448" w14:textId="77777777" w:rsidR="00921A7A" w:rsidRPr="00921A7A" w:rsidRDefault="00552DF7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1" locked="0" layoutInCell="1" allowOverlap="1" wp14:anchorId="10946FD9" wp14:editId="6D48AA10">
          <wp:simplePos x="0" y="0"/>
          <wp:positionH relativeFrom="column">
            <wp:posOffset>-720091</wp:posOffset>
          </wp:positionH>
          <wp:positionV relativeFrom="paragraph">
            <wp:posOffset>-521386</wp:posOffset>
          </wp:positionV>
          <wp:extent cx="10691495" cy="1118286"/>
          <wp:effectExtent l="0" t="0" r="0" b="0"/>
          <wp:wrapNone/>
          <wp:docPr id="12409026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308334" name="Graphic 141230833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045" cy="117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04D7" w14:textId="77777777" w:rsidR="000467C4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FBFEE24" wp14:editId="14E1C24B">
              <wp:simplePos x="0" y="0"/>
              <wp:positionH relativeFrom="column">
                <wp:posOffset>8875013</wp:posOffset>
              </wp:positionH>
              <wp:positionV relativeFrom="paragraph">
                <wp:posOffset>-346710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6726B1" w14:textId="77777777" w:rsidR="00552DF7" w:rsidRPr="00921A7A" w:rsidRDefault="00552DF7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98.8pt;margin-top:-27.3pt;width:51.85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" filled="f" stroked="f" strokeweight=".5pt">
              <v:textbox>
                <w:txbxContent>
                  <w:p w14:paraId="156726B1" w14:textId="77777777" w:rsidR="00552DF7" w:rsidRPr="00921A7A" w:rsidRDefault="00552DF7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D3021CA" wp14:editId="3992D65F">
          <wp:simplePos x="0" y="0"/>
          <wp:positionH relativeFrom="column">
            <wp:posOffset>-720091</wp:posOffset>
          </wp:positionH>
          <wp:positionV relativeFrom="paragraph">
            <wp:posOffset>-513365</wp:posOffset>
          </wp:positionV>
          <wp:extent cx="10691495" cy="1118286"/>
          <wp:effectExtent l="0" t="0" r="1905" b="0"/>
          <wp:wrapNone/>
          <wp:docPr id="1519487094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4264" name="Graphic 955434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920" cy="1147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284E" w14:textId="77777777" w:rsidR="00263E3A" w:rsidRDefault="00263E3A">
      <w:pPr>
        <w:spacing w:after="0" w:line="240" w:lineRule="auto"/>
      </w:pPr>
      <w:r>
        <w:separator/>
      </w:r>
    </w:p>
  </w:footnote>
  <w:footnote w:type="continuationSeparator" w:id="0">
    <w:p w14:paraId="1F7AFF2E" w14:textId="77777777" w:rsidR="00263E3A" w:rsidRDefault="0026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B67" w14:textId="77777777" w:rsidR="00F940A0" w:rsidRDefault="008D0804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3704881" wp14:editId="25EC36CF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2063" cy="2236691"/>
          <wp:effectExtent l="0" t="0" r="1905" b="0"/>
          <wp:wrapNone/>
          <wp:docPr id="62310832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2642" name="Graphic 1172626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524" cy="2257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E279" w14:textId="77777777" w:rsidR="00703A23" w:rsidRDefault="008D0804">
    <w:pPr>
      <w:pStyle w:val="Head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7112623" wp14:editId="247B9F9E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1495" cy="2236573"/>
          <wp:effectExtent l="0" t="0" r="1905" b="0"/>
          <wp:wrapNone/>
          <wp:docPr id="117434029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40296" name="Graphic 11743402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6208" cy="227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7182971">
    <w:abstractNumId w:val="8"/>
  </w:num>
  <w:num w:numId="2" w16cid:durableId="446584114">
    <w:abstractNumId w:val="6"/>
  </w:num>
  <w:num w:numId="3" w16cid:durableId="1532457463">
    <w:abstractNumId w:val="5"/>
  </w:num>
  <w:num w:numId="4" w16cid:durableId="725184593">
    <w:abstractNumId w:val="4"/>
  </w:num>
  <w:num w:numId="5" w16cid:durableId="1545556349">
    <w:abstractNumId w:val="7"/>
  </w:num>
  <w:num w:numId="6" w16cid:durableId="1518688279">
    <w:abstractNumId w:val="3"/>
  </w:num>
  <w:num w:numId="7" w16cid:durableId="1718356826">
    <w:abstractNumId w:val="2"/>
  </w:num>
  <w:num w:numId="8" w16cid:durableId="935405178">
    <w:abstractNumId w:val="1"/>
  </w:num>
  <w:num w:numId="9" w16cid:durableId="187014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17"/>
    <w:rsid w:val="00034616"/>
    <w:rsid w:val="000467C4"/>
    <w:rsid w:val="0006063C"/>
    <w:rsid w:val="00081E7F"/>
    <w:rsid w:val="00096D28"/>
    <w:rsid w:val="000A5A44"/>
    <w:rsid w:val="000A5B6A"/>
    <w:rsid w:val="000E1DA2"/>
    <w:rsid w:val="000E51FC"/>
    <w:rsid w:val="000F287E"/>
    <w:rsid w:val="001008A0"/>
    <w:rsid w:val="0015074B"/>
    <w:rsid w:val="00171563"/>
    <w:rsid w:val="001A4D79"/>
    <w:rsid w:val="00202560"/>
    <w:rsid w:val="00224A7D"/>
    <w:rsid w:val="00235C9C"/>
    <w:rsid w:val="00263E3A"/>
    <w:rsid w:val="00280B1A"/>
    <w:rsid w:val="0029639D"/>
    <w:rsid w:val="002C5F6E"/>
    <w:rsid w:val="002F211A"/>
    <w:rsid w:val="00303280"/>
    <w:rsid w:val="00306924"/>
    <w:rsid w:val="00322FCD"/>
    <w:rsid w:val="0032322E"/>
    <w:rsid w:val="00326F90"/>
    <w:rsid w:val="003A17F1"/>
    <w:rsid w:val="003E47E9"/>
    <w:rsid w:val="00403B76"/>
    <w:rsid w:val="0043784C"/>
    <w:rsid w:val="004514CA"/>
    <w:rsid w:val="00484675"/>
    <w:rsid w:val="00493637"/>
    <w:rsid w:val="004C2CAB"/>
    <w:rsid w:val="004C532F"/>
    <w:rsid w:val="004F7E0C"/>
    <w:rsid w:val="0053590A"/>
    <w:rsid w:val="00552DF7"/>
    <w:rsid w:val="005F7363"/>
    <w:rsid w:val="00605F6C"/>
    <w:rsid w:val="00656609"/>
    <w:rsid w:val="00675E26"/>
    <w:rsid w:val="006A6CA3"/>
    <w:rsid w:val="006D19DA"/>
    <w:rsid w:val="007030CE"/>
    <w:rsid w:val="00703A23"/>
    <w:rsid w:val="007451F3"/>
    <w:rsid w:val="00787496"/>
    <w:rsid w:val="008D0804"/>
    <w:rsid w:val="00921A7A"/>
    <w:rsid w:val="009D5AB2"/>
    <w:rsid w:val="009E3C89"/>
    <w:rsid w:val="00A748BC"/>
    <w:rsid w:val="00A75869"/>
    <w:rsid w:val="00A860D4"/>
    <w:rsid w:val="00AA1D8D"/>
    <w:rsid w:val="00AA4392"/>
    <w:rsid w:val="00AA4D91"/>
    <w:rsid w:val="00AB0634"/>
    <w:rsid w:val="00AB0D6F"/>
    <w:rsid w:val="00AC4488"/>
    <w:rsid w:val="00B11E05"/>
    <w:rsid w:val="00B47730"/>
    <w:rsid w:val="00B65860"/>
    <w:rsid w:val="00C04330"/>
    <w:rsid w:val="00C21F99"/>
    <w:rsid w:val="00C66D6E"/>
    <w:rsid w:val="00C66DB3"/>
    <w:rsid w:val="00C77D17"/>
    <w:rsid w:val="00CA20A8"/>
    <w:rsid w:val="00CB0664"/>
    <w:rsid w:val="00CC135E"/>
    <w:rsid w:val="00CE797B"/>
    <w:rsid w:val="00D54E8A"/>
    <w:rsid w:val="00DA1478"/>
    <w:rsid w:val="00DB66FD"/>
    <w:rsid w:val="00DF7044"/>
    <w:rsid w:val="00E24F57"/>
    <w:rsid w:val="00EA2884"/>
    <w:rsid w:val="00EF71C2"/>
    <w:rsid w:val="00F407E4"/>
    <w:rsid w:val="00F72C41"/>
    <w:rsid w:val="00F940A0"/>
    <w:rsid w:val="00FC693F"/>
    <w:rsid w:val="00F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BEA5D2"/>
  <w14:defaultImageDpi w14:val="300"/>
  <w15:docId w15:val="{03D2A032-0451-4477-86C1-FD204C05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330"/>
    <w:rPr>
      <w:rFonts w:ascii="Myriad Pro" w:eastAsia="Myriad Pro" w:hAnsi="Myriad Pro"/>
      <w:sz w:val="20"/>
    </w:rPr>
  </w:style>
  <w:style w:type="paragraph" w:styleId="Heading1">
    <w:name w:val="heading 1"/>
    <w:basedOn w:val="Normal"/>
    <w:next w:val="Body"/>
    <w:link w:val="Heading1Char"/>
    <w:uiPriority w:val="9"/>
    <w:qFormat/>
    <w:rsid w:val="00322FCD"/>
    <w:pPr>
      <w:keepNext/>
      <w:keepLines/>
      <w:spacing w:after="0"/>
      <w:outlineLvl w:val="0"/>
    </w:pPr>
    <w:rPr>
      <w:rFonts w:ascii="Atkinson Hyperlegible" w:eastAsiaTheme="majorEastAsia" w:hAnsi="Atkinson Hyperlegible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AC4488"/>
    <w:pPr>
      <w:keepNext/>
      <w:keepLines/>
      <w:spacing w:before="200" w:after="0"/>
      <w:outlineLvl w:val="1"/>
    </w:pPr>
    <w:rPr>
      <w:rFonts w:ascii="Atkinson Hyperlegible" w:eastAsiaTheme="majorEastAsia" w:hAnsi="Atkinson Hyperlegible" w:cstheme="majorBidi"/>
      <w:b/>
      <w:bCs/>
      <w:color w:val="69598B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88"/>
    <w:pPr>
      <w:keepNext/>
      <w:keepLines/>
      <w:spacing w:before="200" w:after="0"/>
      <w:outlineLvl w:val="2"/>
    </w:pPr>
    <w:rPr>
      <w:rFonts w:ascii="Atkinson Hyperlegible" w:eastAsiaTheme="majorEastAsia" w:hAnsi="Atkinson Hyperlegible" w:cstheme="majorBidi"/>
      <w:b/>
      <w:bCs/>
      <w:color w:val="808080" w:themeColor="background1" w:themeShade="80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AC4488"/>
    <w:pPr>
      <w:keepNext/>
      <w:keepLines/>
      <w:spacing w:before="200" w:after="0"/>
      <w:outlineLvl w:val="3"/>
    </w:pPr>
    <w:rPr>
      <w:rFonts w:ascii="Atkinson Hyperlegible" w:eastAsiaTheme="majorEastAsia" w:hAnsi="Atkinson Hyperlegible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rsid w:val="00322FCD"/>
    <w:rPr>
      <w:rFonts w:ascii="Atkinson Hyperlegible" w:eastAsiaTheme="majorEastAsia" w:hAnsi="Atkinson Hyperlegible" w:cstheme="majorBid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488"/>
    <w:rPr>
      <w:rFonts w:ascii="Atkinson Hyperlegible" w:eastAsiaTheme="majorEastAsia" w:hAnsi="Atkinson Hyperlegible" w:cstheme="majorBidi"/>
      <w:b/>
      <w:bCs/>
      <w:color w:val="69598B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488"/>
    <w:rPr>
      <w:rFonts w:ascii="Atkinson Hyperlegible" w:eastAsiaTheme="majorEastAsia" w:hAnsi="Atkinson Hyperlegible" w:cstheme="majorBidi"/>
      <w:b/>
      <w:bCs/>
      <w:color w:val="808080" w:themeColor="background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Body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Body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Body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Body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Body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Body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Body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Body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Body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Body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Body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Body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C4488"/>
    <w:rPr>
      <w:rFonts w:ascii="Atkinson Hyperlegible" w:eastAsiaTheme="majorEastAsia" w:hAnsi="Atkinson Hyperlegible" w:cstheme="majorBidi"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elnest">
    <w:name w:val="Titel nest"/>
    <w:basedOn w:val="Normal"/>
    <w:next w:val="Heading1"/>
    <w:rsid w:val="008D0804"/>
    <w:pPr>
      <w:spacing w:after="1400" w:line="240" w:lineRule="auto"/>
    </w:pPr>
    <w:rPr>
      <w:rFonts w:ascii="Zilla Slab Light" w:hAnsi="Zilla Slab Light"/>
      <w:color w:val="59447B"/>
      <w:sz w:val="42"/>
    </w:rPr>
  </w:style>
  <w:style w:type="paragraph" w:customStyle="1" w:styleId="Body">
    <w:name w:val="Body"/>
    <w:basedOn w:val="Normal"/>
    <w:qFormat/>
    <w:rsid w:val="00322FCD"/>
    <w:rPr>
      <w:rFonts w:ascii="Atkinson Hyperlegible" w:hAnsi="Atkinson Hyperlegible"/>
    </w:rPr>
  </w:style>
  <w:style w:type="paragraph" w:customStyle="1" w:styleId="Opsomming">
    <w:name w:val="Opsomming"/>
    <w:basedOn w:val="Body"/>
    <w:rPr>
      <w:rFonts w:ascii="Myriad Pro" w:hAnsi="Myriad Pro"/>
    </w:rPr>
  </w:style>
  <w:style w:type="paragraph" w:styleId="NoSpacing">
    <w:name w:val="No Spacing"/>
    <w:uiPriority w:val="1"/>
    <w:qFormat/>
    <w:rsid w:val="00EF71C2"/>
    <w:pPr>
      <w:spacing w:after="0" w:line="240" w:lineRule="auto"/>
    </w:pPr>
    <w:rPr>
      <w:rFonts w:ascii="Myriad Pro" w:eastAsia="Myriad Pro" w:hAnsi="Myriad 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6176\OneDrive%20-%20Radboud%20Universiteit\RU-Drive\Documents\Documenten%20nestnijmegen.nl\Originelen%20in%20Word\Templates\Nest_Nijmegen_meerdere%20pagina's%20liggend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Nest_Nijmegen_meerdere pagina's liggend_v1</Template>
  <TotalTime>0</TotalTime>
  <Pages>4</Pages>
  <Words>82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Bruggink, E. (Esmée)</dc:creator>
  <cp:keywords/>
  <dc:description>generated by python-docx</dc:description>
  <cp:lastModifiedBy>Bruggink, E. (Esmée)</cp:lastModifiedBy>
  <cp:revision>2</cp:revision>
  <dcterms:created xsi:type="dcterms:W3CDTF">2026-08-24T06:25:00Z</dcterms:created>
  <dcterms:modified xsi:type="dcterms:W3CDTF">2026-08-24T06:25:00Z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Nest_Nijmegen_meerdere pagina's liggend_v1.dotx</vt:lpwstr>
  </property>
</Properties>
</file>