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39BE4" w14:textId="3B4AD865" w:rsidR="00EF71C2" w:rsidRPr="00163931" w:rsidRDefault="00163931" w:rsidP="00163931">
      <w:pPr>
        <w:pStyle w:val="Titelnest"/>
        <w:rPr>
          <w:lang w:val="nl-NL"/>
        </w:rPr>
        <w:sectPr w:rsidR="00EF71C2" w:rsidRPr="00163931" w:rsidSect="00163931">
          <w:headerReference w:type="default" r:id="rId8"/>
          <w:footerReference w:type="default" r:id="rId9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  <w:r w:rsidRPr="00163931">
        <w:rPr>
          <w:lang w:val="nl-NL"/>
        </w:rPr>
        <w:t xml:space="preserve">Format </w:t>
      </w:r>
      <w:r w:rsidRPr="00C63FF7">
        <w:rPr>
          <w:rFonts w:cs="Zilla Slab Light"/>
          <w:szCs w:val="42"/>
          <w:lang w:val="nl-NL"/>
        </w:rPr>
        <w:t>lesvoorbereiding</w:t>
      </w:r>
      <w:r>
        <w:rPr>
          <w:rFonts w:cs="Zilla Slab Light"/>
          <w:szCs w:val="42"/>
          <w:lang w:val="nl-NL"/>
        </w:rPr>
        <w:t xml:space="preserve"> </w:t>
      </w:r>
      <w:r w:rsidRPr="00C63FF7">
        <w:rPr>
          <w:rFonts w:cs="Zilla Slab Light"/>
          <w:szCs w:val="42"/>
          <w:lang w:val="nl-NL"/>
        </w:rPr>
        <w:t>Expliciete Directe Instructie (EDI</w:t>
      </w:r>
      <w:r w:rsidR="00B9375B">
        <w:rPr>
          <w:rFonts w:cs="Zilla Slab Light"/>
          <w:szCs w:val="42"/>
          <w:lang w:val="nl-NL"/>
        </w:rPr>
        <w:t>)</w:t>
      </w:r>
    </w:p>
    <w:tbl>
      <w:tblPr>
        <w:tblStyle w:val="TableGrid"/>
        <w:tblW w:w="13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1474"/>
      </w:tblGrid>
      <w:tr w:rsidR="00B20384" w:rsidRPr="00C63FF7" w14:paraId="15620EAB" w14:textId="77777777" w:rsidTr="00AE6DE0">
        <w:tc>
          <w:tcPr>
            <w:tcW w:w="2520" w:type="dxa"/>
            <w:tcBorders>
              <w:bottom w:val="single" w:sz="4" w:space="0" w:color="FFFFFF" w:themeColor="background1"/>
            </w:tcBorders>
            <w:shd w:val="clear" w:color="auto" w:fill="F7F5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ED374A7" w14:textId="001B8B33" w:rsidR="00B20384" w:rsidRPr="00C63FF7" w:rsidRDefault="00B20384" w:rsidP="004122AC">
            <w:pPr>
              <w:pStyle w:val="Heading2"/>
              <w:spacing w:before="0"/>
              <w:jc w:val="right"/>
            </w:pPr>
            <w:r w:rsidRPr="00C63FF7">
              <w:t>Naam</w:t>
            </w:r>
          </w:p>
        </w:tc>
        <w:tc>
          <w:tcPr>
            <w:tcW w:w="11474" w:type="dxa"/>
            <w:tcBorders>
              <w:top w:val="single" w:sz="4" w:space="0" w:color="69598B"/>
              <w:bottom w:val="single" w:sz="4" w:space="0" w:color="69598B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12F0F12" w14:textId="77777777" w:rsidR="00B20384" w:rsidRPr="00C63FF7" w:rsidRDefault="00B20384" w:rsidP="00123EFF">
            <w:pPr>
              <w:pStyle w:val="NoSpacing"/>
              <w:rPr>
                <w:rFonts w:ascii="Atkinson Hyperlegible" w:hAnsi="Atkinson Hyperlegible"/>
                <w:b/>
                <w:szCs w:val="20"/>
              </w:rPr>
            </w:pPr>
          </w:p>
        </w:tc>
      </w:tr>
      <w:tr w:rsidR="00B20384" w:rsidRPr="00C63FF7" w14:paraId="7A5DE9EE" w14:textId="77777777" w:rsidTr="00AE6DE0">
        <w:tc>
          <w:tcPr>
            <w:tcW w:w="25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7F5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DD96386" w14:textId="3BB7DB59" w:rsidR="00B20384" w:rsidRPr="00C63FF7" w:rsidRDefault="00B20384" w:rsidP="004122AC">
            <w:pPr>
              <w:pStyle w:val="Heading2"/>
              <w:spacing w:before="0"/>
              <w:jc w:val="right"/>
            </w:pPr>
            <w:proofErr w:type="spellStart"/>
            <w:r w:rsidRPr="00C63FF7">
              <w:t>Onderwerp</w:t>
            </w:r>
            <w:proofErr w:type="spellEnd"/>
          </w:p>
        </w:tc>
        <w:tc>
          <w:tcPr>
            <w:tcW w:w="11474" w:type="dxa"/>
            <w:tcBorders>
              <w:top w:val="single" w:sz="4" w:space="0" w:color="69598B"/>
              <w:bottom w:val="single" w:sz="4" w:space="0" w:color="69598B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7CC0EBB" w14:textId="77777777" w:rsidR="00B20384" w:rsidRPr="00C63FF7" w:rsidRDefault="00B20384" w:rsidP="00123EFF">
            <w:pPr>
              <w:pStyle w:val="NoSpacing"/>
              <w:rPr>
                <w:rFonts w:ascii="Atkinson Hyperlegible" w:hAnsi="Atkinson Hyperlegible"/>
                <w:b/>
                <w:szCs w:val="20"/>
              </w:rPr>
            </w:pPr>
          </w:p>
        </w:tc>
      </w:tr>
      <w:tr w:rsidR="00B20384" w:rsidRPr="00C63FF7" w14:paraId="731E3881" w14:textId="77777777" w:rsidTr="00AE6DE0">
        <w:tc>
          <w:tcPr>
            <w:tcW w:w="25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7F5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FE45308" w14:textId="1766CB8A" w:rsidR="00B20384" w:rsidRPr="00C63FF7" w:rsidRDefault="00B20384" w:rsidP="004122AC">
            <w:pPr>
              <w:pStyle w:val="Heading2"/>
              <w:spacing w:before="0"/>
              <w:jc w:val="right"/>
            </w:pPr>
            <w:r w:rsidRPr="00C63FF7">
              <w:t>Groep</w:t>
            </w:r>
          </w:p>
        </w:tc>
        <w:tc>
          <w:tcPr>
            <w:tcW w:w="11474" w:type="dxa"/>
            <w:tcBorders>
              <w:top w:val="single" w:sz="4" w:space="0" w:color="69598B"/>
              <w:bottom w:val="single" w:sz="4" w:space="0" w:color="69598B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552589B" w14:textId="77777777" w:rsidR="00B20384" w:rsidRPr="00C63FF7" w:rsidRDefault="00B20384" w:rsidP="00123EFF">
            <w:pPr>
              <w:pStyle w:val="NoSpacing"/>
              <w:rPr>
                <w:rFonts w:ascii="Atkinson Hyperlegible" w:hAnsi="Atkinson Hyperlegible"/>
                <w:b/>
                <w:szCs w:val="20"/>
              </w:rPr>
            </w:pPr>
          </w:p>
        </w:tc>
      </w:tr>
      <w:tr w:rsidR="00B20384" w:rsidRPr="00C63FF7" w14:paraId="6955EA24" w14:textId="77777777" w:rsidTr="00C5730B">
        <w:tc>
          <w:tcPr>
            <w:tcW w:w="25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7F5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96A92FD" w14:textId="5D9B25B4" w:rsidR="00B20384" w:rsidRPr="00C63FF7" w:rsidRDefault="00B20384" w:rsidP="004122AC">
            <w:pPr>
              <w:pStyle w:val="Heading2"/>
              <w:spacing w:before="0"/>
              <w:jc w:val="right"/>
            </w:pPr>
            <w:r w:rsidRPr="00C63FF7">
              <w:t>Datum</w:t>
            </w:r>
          </w:p>
        </w:tc>
        <w:tc>
          <w:tcPr>
            <w:tcW w:w="11474" w:type="dxa"/>
            <w:tcBorders>
              <w:top w:val="single" w:sz="4" w:space="0" w:color="69598B"/>
              <w:bottom w:val="single" w:sz="4" w:space="0" w:color="69598B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895E3EE" w14:textId="77777777" w:rsidR="00B20384" w:rsidRPr="00C63FF7" w:rsidRDefault="00B20384" w:rsidP="00123EFF">
            <w:pPr>
              <w:pStyle w:val="NoSpacing"/>
              <w:rPr>
                <w:rFonts w:ascii="Atkinson Hyperlegible" w:hAnsi="Atkinson Hyperlegible"/>
                <w:b/>
                <w:szCs w:val="20"/>
              </w:rPr>
            </w:pPr>
          </w:p>
        </w:tc>
      </w:tr>
      <w:tr w:rsidR="00B20384" w:rsidRPr="00DF2047" w14:paraId="22D83F66" w14:textId="77777777" w:rsidTr="00C5730B">
        <w:trPr>
          <w:trHeight w:hRule="exact" w:val="577"/>
        </w:trPr>
        <w:tc>
          <w:tcPr>
            <w:tcW w:w="2520" w:type="dxa"/>
            <w:tcBorders>
              <w:top w:val="single" w:sz="4" w:space="0" w:color="FFFFFF" w:themeColor="background1"/>
            </w:tcBorders>
            <w:shd w:val="clear" w:color="auto" w:fill="F7F5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0044843" w14:textId="2402498D" w:rsidR="00B20384" w:rsidRPr="00C63FF7" w:rsidRDefault="00B20384" w:rsidP="004122AC">
            <w:pPr>
              <w:pStyle w:val="Heading2"/>
              <w:spacing w:before="0"/>
              <w:jc w:val="right"/>
            </w:pPr>
            <w:r w:rsidRPr="00C63FF7">
              <w:t xml:space="preserve">Feedback </w:t>
            </w:r>
            <w:proofErr w:type="spellStart"/>
            <w:r w:rsidRPr="00C63FF7">
              <w:t>gevraagd</w:t>
            </w:r>
            <w:proofErr w:type="spellEnd"/>
            <w:r w:rsidRPr="00C63FF7">
              <w:t xml:space="preserve"> op</w:t>
            </w:r>
          </w:p>
        </w:tc>
        <w:tc>
          <w:tcPr>
            <w:tcW w:w="11474" w:type="dxa"/>
            <w:tcBorders>
              <w:top w:val="single" w:sz="4" w:space="0" w:color="69598B"/>
              <w:bottom w:val="single" w:sz="4" w:space="0" w:color="69598B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1E1CC10" w14:textId="69445A4B" w:rsidR="00B20384" w:rsidRPr="003752D6" w:rsidRDefault="00B20384" w:rsidP="00123EFF">
            <w:pPr>
              <w:pStyle w:val="NoSpacing"/>
              <w:rPr>
                <w:rFonts w:ascii="Atkinson Hyperlegible" w:hAnsi="Atkinson Hyperlegible"/>
                <w:szCs w:val="20"/>
                <w:lang w:val="nl-NL"/>
              </w:rPr>
            </w:pPr>
            <w:r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>&lt;Vul in o</w:t>
            </w:r>
            <w:r w:rsidRPr="00C63FF7"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 xml:space="preserve">p welke punten </w:t>
            </w:r>
            <w:r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>je</w:t>
            </w:r>
            <w:r w:rsidRPr="00C63FF7"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 xml:space="preserve"> feedback </w:t>
            </w:r>
            <w:r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 xml:space="preserve">wil </w:t>
            </w:r>
            <w:r w:rsidRPr="00C63FF7"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>van je werkplekbegeleider/slb’er</w:t>
            </w:r>
            <w:r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 xml:space="preserve">. </w:t>
            </w:r>
            <w:r w:rsidRPr="00C63FF7"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>Denk hierbij aan je POP en aan de beoordelingscriteria van het vak dat je geeft.</w:t>
            </w:r>
            <w:r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>&gt;</w:t>
            </w:r>
            <w:r w:rsidRPr="00C63FF7"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 xml:space="preserve"> </w:t>
            </w:r>
          </w:p>
          <w:p w14:paraId="1E5E4DB8" w14:textId="77777777" w:rsidR="00B20384" w:rsidRPr="00C63FF7" w:rsidRDefault="00B20384" w:rsidP="00123EFF">
            <w:pPr>
              <w:pStyle w:val="NoSpacing"/>
              <w:rPr>
                <w:rFonts w:ascii="Atkinson Hyperlegible" w:hAnsi="Atkinson Hyperlegible"/>
                <w:bCs/>
                <w:szCs w:val="20"/>
                <w:lang w:val="nl-NL"/>
              </w:rPr>
            </w:pPr>
          </w:p>
        </w:tc>
      </w:tr>
    </w:tbl>
    <w:p w14:paraId="49AB6839" w14:textId="77777777" w:rsidR="008D0804" w:rsidRPr="00B20384" w:rsidRDefault="008D0804" w:rsidP="00AC4488">
      <w:pPr>
        <w:pStyle w:val="Body"/>
        <w:rPr>
          <w:lang w:val="nl-NL"/>
        </w:rPr>
      </w:pPr>
    </w:p>
    <w:p w14:paraId="45650B6B" w14:textId="77777777" w:rsidR="00C2249B" w:rsidRPr="00C86421" w:rsidRDefault="00C2249B" w:rsidP="00C2249B">
      <w:pPr>
        <w:pStyle w:val="Body"/>
        <w:rPr>
          <w:lang w:val="nl-NL"/>
        </w:rPr>
      </w:pPr>
    </w:p>
    <w:p w14:paraId="1C213141" w14:textId="77777777" w:rsidR="000467C4" w:rsidRPr="00C2249B" w:rsidRDefault="000467C4" w:rsidP="00AC4488">
      <w:pPr>
        <w:pStyle w:val="Body"/>
        <w:rPr>
          <w:lang w:val="nl-NL"/>
        </w:rPr>
      </w:pPr>
    </w:p>
    <w:p w14:paraId="406B571E" w14:textId="77777777" w:rsidR="000467C4" w:rsidRPr="00C2249B" w:rsidRDefault="000467C4" w:rsidP="00AC4488">
      <w:pPr>
        <w:pStyle w:val="Body"/>
        <w:rPr>
          <w:lang w:val="nl-NL"/>
        </w:rPr>
      </w:pPr>
    </w:p>
    <w:p w14:paraId="70F9DED4" w14:textId="77777777" w:rsidR="00703A23" w:rsidRPr="00C2249B" w:rsidRDefault="00703A23" w:rsidP="00AC4488">
      <w:pPr>
        <w:pStyle w:val="Body"/>
        <w:rPr>
          <w:lang w:val="nl-NL"/>
        </w:rPr>
        <w:sectPr w:rsidR="00703A23" w:rsidRPr="00C2249B" w:rsidSect="00163931">
          <w:type w:val="continuous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</w:p>
    <w:p w14:paraId="53585691" w14:textId="64F0B1AB" w:rsidR="00703A23" w:rsidRDefault="00C86421" w:rsidP="00A22F9B">
      <w:pPr>
        <w:pStyle w:val="Heading1"/>
        <w:rPr>
          <w:lang w:val="nl-NL"/>
        </w:rPr>
      </w:pPr>
      <w:r w:rsidRPr="00C86421">
        <w:rPr>
          <w:lang w:val="nl-NL"/>
        </w:rPr>
        <w:lastRenderedPageBreak/>
        <w:t>Vooraf: waartoe van de les</w:t>
      </w:r>
    </w:p>
    <w:p w14:paraId="3558A889" w14:textId="77777777" w:rsidR="00A22F9B" w:rsidRPr="00A22F9B" w:rsidRDefault="00A22F9B" w:rsidP="00A22F9B">
      <w:pPr>
        <w:pStyle w:val="Body"/>
        <w:rPr>
          <w:lang w:val="nl-N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863"/>
        <w:gridCol w:w="7777"/>
      </w:tblGrid>
      <w:tr w:rsidR="00556907" w:rsidRPr="00C63FF7" w14:paraId="1383E0E3" w14:textId="77777777" w:rsidTr="00A47F0B">
        <w:tc>
          <w:tcPr>
            <w:tcW w:w="657" w:type="pct"/>
            <w:tcBorders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CE649EC" w14:textId="77777777" w:rsidR="00556907" w:rsidRPr="00C63FF7" w:rsidRDefault="00556907" w:rsidP="006856D6">
            <w:pPr>
              <w:pStyle w:val="NoSpacing"/>
              <w:rPr>
                <w:rFonts w:ascii="Atkinson Hyperlegible" w:hAnsi="Atkinson Hyperlegible"/>
                <w:b/>
                <w:szCs w:val="20"/>
              </w:rPr>
            </w:pPr>
            <w:proofErr w:type="spellStart"/>
            <w:r w:rsidRPr="00C63FF7">
              <w:rPr>
                <w:rFonts w:ascii="Atkinson Hyperlegible" w:hAnsi="Atkinson Hyperlegible" w:cs="Atkinson Hyperlegible"/>
                <w:b/>
                <w:color w:val="1D1D1B"/>
                <w:szCs w:val="20"/>
              </w:rPr>
              <w:t>Onderdeel</w:t>
            </w:r>
            <w:proofErr w:type="spellEnd"/>
          </w:p>
        </w:tc>
        <w:tc>
          <w:tcPr>
            <w:tcW w:w="1671" w:type="pct"/>
            <w:tcBorders>
              <w:left w:val="single" w:sz="4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9AED587" w14:textId="77777777" w:rsidR="00556907" w:rsidRPr="00C63FF7" w:rsidRDefault="00556907" w:rsidP="006856D6">
            <w:pPr>
              <w:pStyle w:val="NoSpacing"/>
              <w:rPr>
                <w:rFonts w:ascii="Atkinson Hyperlegible" w:hAnsi="Atkinson Hyperlegible" w:cstheme="minorHAnsi"/>
                <w:b/>
                <w:bCs/>
                <w:szCs w:val="20"/>
              </w:rPr>
            </w:pPr>
            <w:proofErr w:type="spellStart"/>
            <w:r w:rsidRPr="00C63FF7">
              <w:rPr>
                <w:rFonts w:ascii="Atkinson Hyperlegible" w:hAnsi="Atkinson Hyperlegible" w:cstheme="minorHAnsi"/>
                <w:b/>
                <w:bCs/>
                <w:color w:val="1D1D1B"/>
                <w:szCs w:val="20"/>
              </w:rPr>
              <w:t>Uitleg</w:t>
            </w:r>
            <w:proofErr w:type="spellEnd"/>
          </w:p>
        </w:tc>
        <w:tc>
          <w:tcPr>
            <w:tcW w:w="2672" w:type="pct"/>
            <w:tcBorders>
              <w:left w:val="single" w:sz="4" w:space="0" w:color="FFFFFF" w:themeColor="background1"/>
              <w:bottom w:val="single" w:sz="36" w:space="0" w:color="FFFFFF" w:themeColor="background1"/>
            </w:tcBorders>
            <w:shd w:val="clear" w:color="auto" w:fill="E27B3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3425A03" w14:textId="77777777" w:rsidR="00556907" w:rsidRPr="00C63FF7" w:rsidRDefault="00556907" w:rsidP="006856D6">
            <w:pPr>
              <w:pStyle w:val="NoSpacing"/>
              <w:rPr>
                <w:rFonts w:ascii="Atkinson Hyperlegible" w:hAnsi="Atkinson Hyperlegible"/>
                <w:b/>
                <w:szCs w:val="20"/>
              </w:rPr>
            </w:pPr>
            <w:proofErr w:type="spellStart"/>
            <w:r w:rsidRPr="00C63FF7">
              <w:rPr>
                <w:rFonts w:ascii="Atkinson Hyperlegible" w:hAnsi="Atkinson Hyperlegible" w:cs="Atkinson Hyperlegible"/>
                <w:b/>
                <w:color w:val="1D1D1B"/>
                <w:szCs w:val="20"/>
              </w:rPr>
              <w:t>Beschrijving</w:t>
            </w:r>
            <w:proofErr w:type="spellEnd"/>
          </w:p>
        </w:tc>
      </w:tr>
      <w:tr w:rsidR="00556907" w:rsidRPr="00E84AD8" w14:paraId="295AF202" w14:textId="77777777" w:rsidTr="008C13B6">
        <w:trPr>
          <w:trHeight w:val="1058"/>
        </w:trPr>
        <w:tc>
          <w:tcPr>
            <w:tcW w:w="657" w:type="pct"/>
            <w:tcBorders>
              <w:top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275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55715FE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szCs w:val="20"/>
              </w:rPr>
            </w:pP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Beginsituatie</w:t>
            </w:r>
            <w:proofErr w:type="spellEnd"/>
          </w:p>
          <w:p w14:paraId="38F38D96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szCs w:val="20"/>
              </w:rPr>
            </w:pPr>
          </w:p>
        </w:tc>
        <w:tc>
          <w:tcPr>
            <w:tcW w:w="1671" w:type="pct"/>
            <w:tcBorders>
              <w:top w:val="single" w:sz="3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28B84F0" w14:textId="559CC80A" w:rsidR="00943284" w:rsidRPr="0023134E" w:rsidRDefault="00556907" w:rsidP="008B1A85">
            <w:pPr>
              <w:pStyle w:val="NoSpacing"/>
              <w:spacing w:after="240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  <w:r w:rsidRPr="00C63FF7"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  <w:t xml:space="preserve">Beschrijf wat de leerlingen al weten, kennen en kunnen en andere kenmerken van de leerlingen in zoverre deze kenmerken relevant zijn voor de les die gegeven gaat worden.  </w:t>
            </w:r>
          </w:p>
        </w:tc>
        <w:tc>
          <w:tcPr>
            <w:tcW w:w="2672" w:type="pct"/>
            <w:tcBorders>
              <w:top w:val="single" w:sz="36" w:space="0" w:color="FFFFFF" w:themeColor="background1"/>
              <w:bottom w:val="single" w:sz="4" w:space="0" w:color="F4CEB6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D77D608" w14:textId="7573E034" w:rsidR="00556907" w:rsidRPr="001C788F" w:rsidRDefault="001C788F" w:rsidP="008B1A85">
            <w:pPr>
              <w:pStyle w:val="NoSpacing"/>
              <w:spacing w:after="240"/>
              <w:rPr>
                <w:rFonts w:ascii="Atkinson Hyperlegible" w:hAnsi="Atkinson Hyperlegible"/>
                <w:bCs/>
                <w:szCs w:val="20"/>
                <w:lang w:val="nl-NL"/>
              </w:rPr>
            </w:pPr>
            <w:r>
              <w:rPr>
                <w:rFonts w:ascii="Atkinson Hyperlegible" w:hAnsi="Atkinson Hyperlegible"/>
                <w:bCs/>
                <w:szCs w:val="20"/>
                <w:lang w:val="nl-NL"/>
              </w:rPr>
              <w:t>&lt;</w:t>
            </w:r>
            <w:r w:rsidR="00644997">
              <w:rPr>
                <w:rFonts w:ascii="Atkinson Hyperlegible" w:hAnsi="Atkinson Hyperlegible"/>
                <w:bCs/>
                <w:szCs w:val="20"/>
                <w:lang w:val="nl-NL"/>
              </w:rPr>
              <w:t>v</w:t>
            </w:r>
            <w:r>
              <w:rPr>
                <w:rFonts w:ascii="Atkinson Hyperlegible" w:hAnsi="Atkinson Hyperlegible"/>
                <w:bCs/>
                <w:szCs w:val="20"/>
                <w:lang w:val="nl-NL"/>
              </w:rPr>
              <w:t>ul in&gt;</w:t>
            </w:r>
          </w:p>
        </w:tc>
      </w:tr>
      <w:tr w:rsidR="00556907" w:rsidRPr="00DF2047" w14:paraId="1EEBD331" w14:textId="77777777" w:rsidTr="008C13B6">
        <w:tc>
          <w:tcPr>
            <w:tcW w:w="657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275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1030F5E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szCs w:val="20"/>
              </w:rPr>
            </w:pP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Doelen</w:t>
            </w:r>
            <w:proofErr w:type="spellEnd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 xml:space="preserve"> </w:t>
            </w: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leerlingen</w:t>
            </w:r>
            <w:proofErr w:type="spellEnd"/>
          </w:p>
        </w:tc>
        <w:tc>
          <w:tcPr>
            <w:tcW w:w="16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D715E6C" w14:textId="758E8C49" w:rsidR="00943284" w:rsidRPr="0023134E" w:rsidRDefault="00556907" w:rsidP="008B1A85">
            <w:pPr>
              <w:pStyle w:val="NoSpacing"/>
              <w:spacing w:after="240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  <w:r w:rsidRPr="00C63FF7"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  <w:t>De kennis, vaardigheden en houdingen die de leerlingen zich eigen maken gedurende een les.</w:t>
            </w:r>
          </w:p>
        </w:tc>
        <w:tc>
          <w:tcPr>
            <w:tcW w:w="2672" w:type="pct"/>
            <w:tcBorders>
              <w:top w:val="single" w:sz="4" w:space="0" w:color="F4CEB6"/>
              <w:bottom w:val="single" w:sz="4" w:space="0" w:color="F4CEB6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13FFD78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  <w:tr w:rsidR="00556907" w:rsidRPr="00DF2047" w14:paraId="4CB1BBDF" w14:textId="77777777" w:rsidTr="00660964">
        <w:trPr>
          <w:trHeight w:val="442"/>
        </w:trPr>
        <w:tc>
          <w:tcPr>
            <w:tcW w:w="657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275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811B62C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szCs w:val="20"/>
              </w:rPr>
            </w:pP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Leerinhouden</w:t>
            </w:r>
            <w:proofErr w:type="spellEnd"/>
          </w:p>
        </w:tc>
        <w:tc>
          <w:tcPr>
            <w:tcW w:w="16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A8698BE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 w:cstheme="minorHAnsi"/>
                <w:szCs w:val="20"/>
                <w:lang w:val="nl-NL"/>
              </w:rPr>
            </w:pPr>
            <w:r w:rsidRPr="00C63FF7"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  <w:t>Inhoudelijke vertaling van leerdoelen naar wat de leerling moet leren om de doelen te bereiken.</w:t>
            </w:r>
          </w:p>
        </w:tc>
        <w:tc>
          <w:tcPr>
            <w:tcW w:w="2672" w:type="pct"/>
            <w:tcBorders>
              <w:top w:val="single" w:sz="4" w:space="0" w:color="F4CEB6"/>
              <w:bottom w:val="single" w:sz="4" w:space="0" w:color="F4CEB6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89E73EF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  <w:p w14:paraId="128D2ADB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  <w:tr w:rsidR="00556907" w:rsidRPr="00DF2047" w14:paraId="59B4E347" w14:textId="77777777" w:rsidTr="00660964">
        <w:tc>
          <w:tcPr>
            <w:tcW w:w="657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275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B16D63B" w14:textId="2267D200" w:rsidR="00943284" w:rsidRPr="008C13B6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szCs w:val="20"/>
              </w:rPr>
            </w:pP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Verrijking</w:t>
            </w:r>
            <w:proofErr w:type="spellEnd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 xml:space="preserve"> </w:t>
            </w:r>
            <w:r w:rsidR="008C13B6">
              <w:rPr>
                <w:rFonts w:ascii="Atkinson Hyperlegible" w:hAnsi="Atkinson Hyperlegible" w:cs="Atkinson Hyperlegible"/>
                <w:color w:val="1D1D1B"/>
                <w:szCs w:val="20"/>
              </w:rPr>
              <w:br/>
            </w:r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(</w:t>
            </w: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jaar</w:t>
            </w:r>
            <w:proofErr w:type="spellEnd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 xml:space="preserve"> 2 </w:t>
            </w: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en</w:t>
            </w:r>
            <w:proofErr w:type="spellEnd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 xml:space="preserve"> </w:t>
            </w: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hoger</w:t>
            </w:r>
            <w:proofErr w:type="spellEnd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)</w:t>
            </w:r>
          </w:p>
        </w:tc>
        <w:tc>
          <w:tcPr>
            <w:tcW w:w="16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6257890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 w:cstheme="minorHAnsi"/>
                <w:szCs w:val="20"/>
                <w:lang w:val="nl-NL"/>
              </w:rPr>
            </w:pPr>
            <w:r w:rsidRPr="00C63FF7"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 xml:space="preserve">Beschrijf hoe je de les verrijkt zodat je leerlingen nieuwsgierig maakt en motiveert voor de lesstof. </w:t>
            </w:r>
          </w:p>
        </w:tc>
        <w:tc>
          <w:tcPr>
            <w:tcW w:w="2672" w:type="pct"/>
            <w:tcBorders>
              <w:top w:val="single" w:sz="4" w:space="0" w:color="F4CEB6"/>
              <w:bottom w:val="single" w:sz="4" w:space="0" w:color="F4CEB6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68F1211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  <w:tr w:rsidR="00556907" w:rsidRPr="00DF2047" w14:paraId="5CF0AA9D" w14:textId="77777777" w:rsidTr="00660964">
        <w:tc>
          <w:tcPr>
            <w:tcW w:w="657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275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651A29A" w14:textId="79FE44BB" w:rsidR="00943284" w:rsidRPr="008C13B6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szCs w:val="20"/>
              </w:rPr>
            </w:pP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Differentiatie</w:t>
            </w:r>
            <w:proofErr w:type="spellEnd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 xml:space="preserve"> </w:t>
            </w:r>
            <w:r w:rsidR="008C13B6">
              <w:rPr>
                <w:rFonts w:ascii="Atkinson Hyperlegible" w:hAnsi="Atkinson Hyperlegible" w:cs="Atkinson Hyperlegible"/>
                <w:color w:val="1D1D1B"/>
                <w:szCs w:val="20"/>
              </w:rPr>
              <w:br/>
            </w:r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(</w:t>
            </w: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jaar</w:t>
            </w:r>
            <w:proofErr w:type="spellEnd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 xml:space="preserve"> 2 </w:t>
            </w: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en</w:t>
            </w:r>
            <w:proofErr w:type="spellEnd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 xml:space="preserve"> </w:t>
            </w: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hoger</w:t>
            </w:r>
            <w:proofErr w:type="spellEnd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)</w:t>
            </w:r>
          </w:p>
        </w:tc>
        <w:tc>
          <w:tcPr>
            <w:tcW w:w="16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4D7C935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 w:cstheme="minorHAnsi"/>
                <w:szCs w:val="20"/>
                <w:lang w:val="nl-NL"/>
              </w:rPr>
            </w:pPr>
            <w:r w:rsidRPr="00C63FF7"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  <w:t xml:space="preserve">Beschrijf hoe je differentieert naar niveau en kenmerken van de leerlingen. </w:t>
            </w:r>
          </w:p>
        </w:tc>
        <w:tc>
          <w:tcPr>
            <w:tcW w:w="2672" w:type="pct"/>
            <w:tcBorders>
              <w:top w:val="single" w:sz="4" w:space="0" w:color="F4CEB6"/>
              <w:bottom w:val="single" w:sz="4" w:space="0" w:color="F4CEB6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54ED93C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  <w:tr w:rsidR="00556907" w:rsidRPr="00DF2047" w14:paraId="65170FFE" w14:textId="77777777" w:rsidTr="00660964">
        <w:trPr>
          <w:trHeight w:val="677"/>
        </w:trPr>
        <w:tc>
          <w:tcPr>
            <w:tcW w:w="657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275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7CE1E62" w14:textId="4F37772C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szCs w:val="20"/>
              </w:rPr>
            </w:pPr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Evaluatie/</w:t>
            </w: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</w:rPr>
              <w:t>toetsing</w:t>
            </w:r>
            <w:proofErr w:type="spellEnd"/>
          </w:p>
        </w:tc>
        <w:tc>
          <w:tcPr>
            <w:tcW w:w="16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97044CE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 w:cstheme="minorHAnsi"/>
                <w:szCs w:val="20"/>
                <w:lang w:val="nl-NL"/>
              </w:rPr>
            </w:pPr>
            <w:r w:rsidRPr="00C63FF7"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 xml:space="preserve">Geef aan hoe je tijdens en na de les vaststelt of het </w:t>
            </w:r>
            <w:proofErr w:type="spellStart"/>
            <w:r w:rsidRPr="00C63FF7"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>lesdoel</w:t>
            </w:r>
            <w:proofErr w:type="spellEnd"/>
            <w:r w:rsidRPr="00C63FF7"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 xml:space="preserve"> is behaald.</w:t>
            </w:r>
          </w:p>
        </w:tc>
        <w:tc>
          <w:tcPr>
            <w:tcW w:w="2672" w:type="pct"/>
            <w:tcBorders>
              <w:top w:val="single" w:sz="4" w:space="0" w:color="F4CEB6"/>
              <w:bottom w:val="single" w:sz="4" w:space="0" w:color="F4CEB6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30C7D4F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  <w:p w14:paraId="3DF46D6F" w14:textId="77777777" w:rsidR="00556907" w:rsidRPr="00C63FF7" w:rsidRDefault="00556907" w:rsidP="008B1A85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</w:tbl>
    <w:p w14:paraId="0503274F" w14:textId="77777777" w:rsidR="008B1A85" w:rsidRDefault="008B1A85" w:rsidP="008B1A85">
      <w:pPr>
        <w:pStyle w:val="Body"/>
        <w:rPr>
          <w:lang w:val="nl-NL"/>
        </w:rPr>
      </w:pPr>
    </w:p>
    <w:p w14:paraId="1C401CFD" w14:textId="24B9BFE3" w:rsidR="005D7D27" w:rsidRPr="008B1A85" w:rsidRDefault="005D7D27" w:rsidP="008B1A85">
      <w:pPr>
        <w:pStyle w:val="Heading1"/>
        <w:rPr>
          <w:szCs w:val="22"/>
          <w:lang w:val="nl-NL"/>
        </w:rPr>
      </w:pPr>
      <w:proofErr w:type="spellStart"/>
      <w:r w:rsidRPr="00C63FF7">
        <w:lastRenderedPageBreak/>
        <w:t>Lesroute</w:t>
      </w:r>
      <w:proofErr w:type="spellEnd"/>
      <w:r w:rsidRPr="00C63FF7">
        <w:t xml:space="preserve">: </w:t>
      </w:r>
      <w:proofErr w:type="spellStart"/>
      <w:r w:rsidRPr="00C63FF7">
        <w:t>concretisering</w:t>
      </w:r>
      <w:proofErr w:type="spellEnd"/>
    </w:p>
    <w:p w14:paraId="35A25E04" w14:textId="7DFC10C3" w:rsidR="00B0118C" w:rsidRDefault="00B0118C">
      <w:pPr>
        <w:rPr>
          <w:rFonts w:ascii="Atkinson Hyperlegible" w:hAnsi="Atkinson Hyperlegible"/>
          <w:lang w:val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92"/>
        <w:gridCol w:w="6096"/>
        <w:gridCol w:w="5054"/>
      </w:tblGrid>
      <w:tr w:rsidR="001D3D65" w:rsidRPr="00C63FF7" w14:paraId="53056B27" w14:textId="77777777" w:rsidTr="001C788F">
        <w:tc>
          <w:tcPr>
            <w:tcW w:w="241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0FD90D4" w14:textId="33B79895" w:rsidR="001D3D65" w:rsidRPr="00C63FF7" w:rsidRDefault="0090721B" w:rsidP="006856D6">
            <w:pPr>
              <w:pStyle w:val="NoSpacing"/>
              <w:rPr>
                <w:rFonts w:ascii="Atkinson Hyperlegible" w:hAnsi="Atkinson Hyperlegible"/>
                <w:b/>
                <w:szCs w:val="20"/>
              </w:rPr>
            </w:pPr>
            <w:proofErr w:type="spellStart"/>
            <w:r>
              <w:rPr>
                <w:rFonts w:ascii="Atkinson Hyperlegible" w:hAnsi="Atkinson Hyperlegible" w:cs="Atkinson Hyperlegible"/>
                <w:b/>
                <w:color w:val="1D1D1B"/>
                <w:szCs w:val="20"/>
              </w:rPr>
              <w:t>Lesfase</w:t>
            </w:r>
            <w:proofErr w:type="spellEnd"/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4CEB6"/>
            </w:tcBorders>
            <w:shd w:val="clear" w:color="auto" w:fill="E27B3B"/>
          </w:tcPr>
          <w:p w14:paraId="414DA9CC" w14:textId="59409BA8" w:rsidR="001D3D65" w:rsidRPr="00C63FF7" w:rsidRDefault="001D3D65" w:rsidP="006856D6">
            <w:pPr>
              <w:pStyle w:val="NoSpacing"/>
              <w:rPr>
                <w:rFonts w:ascii="Atkinson Hyperlegible" w:hAnsi="Atkinson Hyperlegible" w:cstheme="minorHAnsi"/>
                <w:b/>
                <w:bCs/>
                <w:color w:val="1D1D1B"/>
                <w:szCs w:val="20"/>
              </w:rPr>
            </w:pPr>
            <w:proofErr w:type="spellStart"/>
            <w:r>
              <w:rPr>
                <w:rFonts w:ascii="Atkinson Hyperlegible" w:hAnsi="Atkinson Hyperlegible" w:cstheme="minorHAnsi"/>
                <w:b/>
                <w:bCs/>
                <w:color w:val="1D1D1B"/>
                <w:szCs w:val="20"/>
              </w:rPr>
              <w:t>Tijd</w:t>
            </w:r>
            <w:proofErr w:type="spellEnd"/>
          </w:p>
        </w:tc>
        <w:tc>
          <w:tcPr>
            <w:tcW w:w="6096" w:type="dxa"/>
            <w:tcBorders>
              <w:left w:val="single" w:sz="4" w:space="0" w:color="F4CEB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AA9D289" w14:textId="575531A2" w:rsidR="001D3D65" w:rsidRPr="00C63FF7" w:rsidRDefault="007578E0" w:rsidP="006856D6">
            <w:pPr>
              <w:pStyle w:val="NoSpacing"/>
              <w:rPr>
                <w:rFonts w:ascii="Atkinson Hyperlegible" w:hAnsi="Atkinson Hyperlegible" w:cstheme="minorHAnsi"/>
                <w:b/>
                <w:bCs/>
                <w:szCs w:val="20"/>
              </w:rPr>
            </w:pPr>
            <w:r w:rsidRPr="00C63FF7">
              <w:rPr>
                <w:rFonts w:ascii="Atkinson Hyperlegible" w:hAnsi="Atkinson Hyperlegible" w:cs="Atkinson Hyperlegible"/>
                <w:b/>
                <w:color w:val="1D1D1B"/>
                <w:szCs w:val="20"/>
                <w:lang w:val="nl-NL" w:eastAsia="nl-NL"/>
              </w:rPr>
              <w:t>Leeractiviteiten/docentenrollen</w:t>
            </w:r>
          </w:p>
        </w:tc>
        <w:tc>
          <w:tcPr>
            <w:tcW w:w="5054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27B3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FFE8A1E" w14:textId="2DE7CBBD" w:rsidR="001D3D65" w:rsidRPr="00C63FF7" w:rsidRDefault="007E3128" w:rsidP="006856D6">
            <w:pPr>
              <w:pStyle w:val="NoSpacing"/>
              <w:rPr>
                <w:rFonts w:ascii="Atkinson Hyperlegible" w:hAnsi="Atkinson Hyperlegible"/>
                <w:b/>
                <w:szCs w:val="20"/>
              </w:rPr>
            </w:pPr>
            <w:r w:rsidRPr="00C63FF7">
              <w:rPr>
                <w:rFonts w:ascii="Atkinson Hyperlegible" w:hAnsi="Atkinson Hyperlegible" w:cs="Atkinson Hyperlegible"/>
                <w:b/>
                <w:color w:val="1D1D1B"/>
                <w:szCs w:val="20"/>
                <w:lang w:val="nl-NL" w:eastAsia="nl-NL"/>
              </w:rPr>
              <w:t>Organisatie</w:t>
            </w:r>
          </w:p>
        </w:tc>
      </w:tr>
      <w:tr w:rsidR="009C6379" w:rsidRPr="00DF2047" w14:paraId="02FC0FCA" w14:textId="77777777" w:rsidTr="007F3FE2">
        <w:tc>
          <w:tcPr>
            <w:tcW w:w="2410" w:type="dxa"/>
            <w:tcBorders>
              <w:top w:val="single" w:sz="4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BA275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5F8AE3A" w14:textId="4B796A85" w:rsidR="009C6379" w:rsidRPr="00BA3A37" w:rsidRDefault="00B95898" w:rsidP="006856D6">
            <w:pPr>
              <w:pStyle w:val="NoSpacing"/>
              <w:rPr>
                <w:rFonts w:ascii="Atkinson Hyperlegible" w:hAnsi="Atkinson Hyperlegible" w:cs="Atkinson Hyperlegible"/>
                <w:color w:val="1D1D1B"/>
                <w:szCs w:val="20"/>
              </w:rPr>
            </w:pPr>
            <w:r w:rsidRPr="00BA3A37"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>Volgens het EDI-model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36" w:space="0" w:color="FFFFFF" w:themeColor="background1"/>
              <w:right w:val="single" w:sz="4" w:space="0" w:color="F4CEB6"/>
            </w:tcBorders>
            <w:shd w:val="clear" w:color="auto" w:fill="EBA275"/>
          </w:tcPr>
          <w:p w14:paraId="7040BDD6" w14:textId="72F2DCB4" w:rsidR="009C6379" w:rsidRPr="00BA3A37" w:rsidRDefault="00660964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</w:rPr>
            </w:pPr>
            <w:r w:rsidRPr="00BA3A37">
              <w:rPr>
                <w:rFonts w:ascii="Atkinson Hyperlegible" w:hAnsi="Atkinson Hyperlegible" w:cstheme="minorHAnsi"/>
                <w:color w:val="1D1D1B"/>
                <w:szCs w:val="20"/>
              </w:rPr>
              <w:t>In min.</w:t>
            </w:r>
          </w:p>
        </w:tc>
        <w:tc>
          <w:tcPr>
            <w:tcW w:w="6096" w:type="dxa"/>
            <w:tcBorders>
              <w:top w:val="single" w:sz="4" w:space="0" w:color="FFFFFF" w:themeColor="background1"/>
              <w:left w:val="single" w:sz="4" w:space="0" w:color="F4CEB6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BA275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EBFA19E" w14:textId="394288B8" w:rsidR="009C6379" w:rsidRPr="00BA3A37" w:rsidRDefault="009001AF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  <w:r w:rsidRPr="00BA3A37"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>Beschrijf wat de leerlingen doen en wat jij zelf als aanstaand leraar doet.</w:t>
            </w:r>
          </w:p>
        </w:tc>
        <w:tc>
          <w:tcPr>
            <w:tcW w:w="50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36" w:space="0" w:color="FFFFFF" w:themeColor="background1"/>
            </w:tcBorders>
            <w:shd w:val="clear" w:color="auto" w:fill="EBA275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8A81360" w14:textId="1D9A91C4" w:rsidR="009C6379" w:rsidRPr="00BA3A37" w:rsidRDefault="00BA3A37" w:rsidP="006856D6">
            <w:pPr>
              <w:pStyle w:val="NoSpacing"/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</w:pPr>
            <w:r w:rsidRPr="00BA3A37"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  <w:t>Welke bronnen en materialen hebben jij en de leerlingen nodig?</w:t>
            </w:r>
          </w:p>
        </w:tc>
      </w:tr>
      <w:tr w:rsidR="001C788F" w:rsidRPr="00D20C0C" w14:paraId="55F10570" w14:textId="77777777" w:rsidTr="007F3FE2">
        <w:trPr>
          <w:trHeight w:val="148"/>
        </w:trPr>
        <w:tc>
          <w:tcPr>
            <w:tcW w:w="2410" w:type="dxa"/>
            <w:tcBorders>
              <w:top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B8C6B03" w14:textId="44CD69C2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szCs w:val="20"/>
              </w:rPr>
            </w:pPr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val="nl-NL"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Voorafgaand</w:t>
            </w:r>
            <w:proofErr w:type="spellEnd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aan</w:t>
            </w:r>
            <w:proofErr w:type="spellEnd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de les</w:t>
            </w:r>
          </w:p>
        </w:tc>
        <w:tc>
          <w:tcPr>
            <w:tcW w:w="992" w:type="dxa"/>
            <w:tcBorders>
              <w:top w:val="single" w:sz="36" w:space="0" w:color="FFFFFF" w:themeColor="background1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</w:tcPr>
          <w:p w14:paraId="11F3CCC1" w14:textId="7EFDBF7C" w:rsidR="001C788F" w:rsidRPr="001C788F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bCs/>
                <w:szCs w:val="20"/>
                <w:lang w:val="nl-NL"/>
              </w:rPr>
            </w:pPr>
            <w:r>
              <w:rPr>
                <w:rFonts w:ascii="Atkinson Hyperlegible" w:hAnsi="Atkinson Hyperlegible"/>
                <w:bCs/>
                <w:szCs w:val="20"/>
                <w:lang w:val="nl-NL"/>
              </w:rPr>
              <w:t>&lt;Vul in&gt;</w:t>
            </w:r>
          </w:p>
        </w:tc>
        <w:tc>
          <w:tcPr>
            <w:tcW w:w="6096" w:type="dxa"/>
            <w:tcBorders>
              <w:top w:val="single" w:sz="36" w:space="0" w:color="FFFFFF" w:themeColor="background1"/>
              <w:left w:val="single" w:sz="4" w:space="0" w:color="F4CEB6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4F21F1E" w14:textId="54DCBA79" w:rsidR="001C788F" w:rsidRPr="001F691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  <w:r>
              <w:rPr>
                <w:rFonts w:ascii="Atkinson Hyperlegible" w:hAnsi="Atkinson Hyperlegible"/>
                <w:bCs/>
                <w:szCs w:val="20"/>
                <w:lang w:val="nl-NL"/>
              </w:rPr>
              <w:t>&lt;Vul in&gt;</w:t>
            </w:r>
          </w:p>
        </w:tc>
        <w:tc>
          <w:tcPr>
            <w:tcW w:w="5054" w:type="dxa"/>
            <w:tcBorders>
              <w:top w:val="single" w:sz="36" w:space="0" w:color="FFFFFF" w:themeColor="background1"/>
              <w:left w:val="single" w:sz="4" w:space="0" w:color="F4CEB6"/>
              <w:bottom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7A09140" w14:textId="38646F05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  <w:r>
              <w:rPr>
                <w:rFonts w:ascii="Atkinson Hyperlegible" w:hAnsi="Atkinson Hyperlegible"/>
                <w:bCs/>
                <w:szCs w:val="20"/>
                <w:lang w:val="nl-NL"/>
              </w:rPr>
              <w:t>&lt;Vul in&gt;</w:t>
            </w:r>
          </w:p>
        </w:tc>
      </w:tr>
      <w:tr w:rsidR="001C788F" w:rsidRPr="00D20C0C" w14:paraId="3EF45814" w14:textId="77777777" w:rsidTr="007F3FE2"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A6A7494" w14:textId="36AC30A4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szCs w:val="20"/>
              </w:rPr>
            </w:pPr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Activeren</w:t>
            </w:r>
            <w:proofErr w:type="spellEnd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voorkennis</w:t>
            </w:r>
            <w:proofErr w:type="spellEnd"/>
          </w:p>
        </w:tc>
        <w:tc>
          <w:tcPr>
            <w:tcW w:w="992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</w:tcPr>
          <w:p w14:paraId="10D46449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</w:tc>
        <w:tc>
          <w:tcPr>
            <w:tcW w:w="6096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10711E9" w14:textId="2FF8E7E6" w:rsidR="001C788F" w:rsidRPr="0023134E" w:rsidRDefault="001C788F" w:rsidP="001C788F">
            <w:pPr>
              <w:pStyle w:val="NoSpacing"/>
              <w:spacing w:after="240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746B758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  <w:tr w:rsidR="001C788F" w:rsidRPr="00D20C0C" w14:paraId="6F9230BC" w14:textId="77777777" w:rsidTr="00A47F0B">
        <w:trPr>
          <w:trHeight w:val="239"/>
        </w:trPr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EE3C395" w14:textId="5F91258E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szCs w:val="20"/>
              </w:rPr>
            </w:pPr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Lesdoel</w:t>
            </w:r>
            <w:proofErr w:type="spellEnd"/>
          </w:p>
        </w:tc>
        <w:tc>
          <w:tcPr>
            <w:tcW w:w="992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</w:tcPr>
          <w:p w14:paraId="48CCDD6D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</w:tc>
        <w:tc>
          <w:tcPr>
            <w:tcW w:w="6096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2D2F1DD" w14:textId="7AE52F81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theme="minorHAnsi"/>
                <w:szCs w:val="20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D131179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  <w:tr w:rsidR="001C788F" w:rsidRPr="00D20C0C" w14:paraId="7EA6FDAF" w14:textId="77777777" w:rsidTr="0047458C"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D110974" w14:textId="5511C15D" w:rsidR="001C788F" w:rsidRPr="004E1C80" w:rsidRDefault="001C788F" w:rsidP="001C788F">
            <w:pPr>
              <w:pStyle w:val="NoSpacing"/>
              <w:spacing w:after="240"/>
              <w:rPr>
                <w:rFonts w:ascii="Atkinson Hyperlegible" w:hAnsi="Atkinson Hyperlegible" w:cs="Atkinson Hyperlegible"/>
                <w:color w:val="1D1D1B"/>
                <w:szCs w:val="20"/>
              </w:rPr>
            </w:pPr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Instructie</w:t>
            </w:r>
            <w:proofErr w:type="spellEnd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concept</w:t>
            </w:r>
          </w:p>
        </w:tc>
        <w:tc>
          <w:tcPr>
            <w:tcW w:w="992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</w:tcPr>
          <w:p w14:paraId="1058674D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</w:pPr>
          </w:p>
        </w:tc>
        <w:tc>
          <w:tcPr>
            <w:tcW w:w="6096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1A49D14" w14:textId="455C569B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theme="minorHAnsi"/>
                <w:szCs w:val="20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32ADE82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  <w:tr w:rsidR="001C788F" w:rsidRPr="00D20C0C" w14:paraId="1E2855C0" w14:textId="77777777" w:rsidTr="0047458C"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89AB478" w14:textId="51D8C8AB" w:rsidR="001C788F" w:rsidRPr="004E1C80" w:rsidRDefault="001C788F" w:rsidP="001C788F">
            <w:pPr>
              <w:pStyle w:val="NoSpacing"/>
              <w:spacing w:after="240"/>
              <w:rPr>
                <w:rFonts w:ascii="Atkinson Hyperlegible" w:hAnsi="Atkinson Hyperlegible" w:cs="Atkinson Hyperlegible"/>
                <w:color w:val="1D1D1B"/>
                <w:szCs w:val="20"/>
              </w:rPr>
            </w:pPr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Instructie</w:t>
            </w:r>
            <w:proofErr w:type="spellEnd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vaardigheid</w:t>
            </w:r>
            <w:proofErr w:type="spellEnd"/>
          </w:p>
        </w:tc>
        <w:tc>
          <w:tcPr>
            <w:tcW w:w="992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</w:tcPr>
          <w:p w14:paraId="6C1E21F0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</w:tc>
        <w:tc>
          <w:tcPr>
            <w:tcW w:w="6096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20A41E6" w14:textId="02736422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theme="minorHAnsi"/>
                <w:szCs w:val="20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E8EFA63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  <w:tr w:rsidR="001C788F" w:rsidRPr="00D20C0C" w14:paraId="4551C73B" w14:textId="77777777" w:rsidTr="007F3FE2">
        <w:trPr>
          <w:trHeight w:val="99"/>
        </w:trPr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C6E598E" w14:textId="36F5B568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szCs w:val="20"/>
              </w:rPr>
            </w:pPr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Begeleide</w:t>
            </w:r>
            <w:proofErr w:type="spellEnd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inoefening</w:t>
            </w:r>
            <w:proofErr w:type="spellEnd"/>
          </w:p>
        </w:tc>
        <w:tc>
          <w:tcPr>
            <w:tcW w:w="992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</w:tcPr>
          <w:p w14:paraId="70766E1C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</w:pPr>
          </w:p>
        </w:tc>
        <w:tc>
          <w:tcPr>
            <w:tcW w:w="6096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06E55E9" w14:textId="1FD52E71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theme="minorHAnsi"/>
                <w:szCs w:val="20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2F17CE9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  <w:tr w:rsidR="001C788F" w:rsidRPr="00D20C0C" w14:paraId="68D942B0" w14:textId="77777777" w:rsidTr="007F3FE2">
        <w:trPr>
          <w:trHeight w:val="32"/>
        </w:trPr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F78DF2F" w14:textId="3F4A8FE7" w:rsidR="001C788F" w:rsidRPr="00C63FF7" w:rsidRDefault="001C788F" w:rsidP="001C788F">
            <w:pPr>
              <w:pStyle w:val="NoSpacing"/>
              <w:spacing w:after="240"/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</w:pPr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Kleine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lesafsluiting</w:t>
            </w:r>
            <w:proofErr w:type="spellEnd"/>
          </w:p>
        </w:tc>
        <w:tc>
          <w:tcPr>
            <w:tcW w:w="992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</w:tcPr>
          <w:p w14:paraId="6B16E1EB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</w:pPr>
          </w:p>
        </w:tc>
        <w:tc>
          <w:tcPr>
            <w:tcW w:w="6096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7E5D806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theme="minorHAnsi"/>
                <w:szCs w:val="20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79D4E7E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  <w:tr w:rsidR="001C788F" w:rsidRPr="00D20C0C" w14:paraId="15539DCA" w14:textId="77777777" w:rsidTr="007F3FE2">
        <w:trPr>
          <w:trHeight w:val="32"/>
        </w:trPr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46A4197" w14:textId="2A7F7459" w:rsidR="001C788F" w:rsidRPr="00C63FF7" w:rsidRDefault="001C788F" w:rsidP="001C788F">
            <w:pPr>
              <w:pStyle w:val="NoSpacing"/>
              <w:spacing w:after="240"/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</w:pPr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Zelfstandige</w:t>
            </w:r>
            <w:proofErr w:type="spellEnd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verwerking</w:t>
            </w:r>
            <w:proofErr w:type="spellEnd"/>
          </w:p>
        </w:tc>
        <w:tc>
          <w:tcPr>
            <w:tcW w:w="992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</w:tcPr>
          <w:p w14:paraId="0B631BF8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</w:pPr>
          </w:p>
        </w:tc>
        <w:tc>
          <w:tcPr>
            <w:tcW w:w="6096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434B1F6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theme="minorHAnsi"/>
                <w:szCs w:val="20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49C2567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  <w:tr w:rsidR="001C788F" w:rsidRPr="00D20C0C" w14:paraId="6D8BDC69" w14:textId="77777777" w:rsidTr="007F3FE2">
        <w:trPr>
          <w:trHeight w:val="32"/>
        </w:trPr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BB88BA8" w14:textId="769F5597" w:rsidR="001C788F" w:rsidRPr="00C63FF7" w:rsidRDefault="001C788F" w:rsidP="001C788F">
            <w:pPr>
              <w:pStyle w:val="NoSpacing"/>
              <w:spacing w:after="240"/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</w:pPr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Verlengde</w:t>
            </w:r>
            <w:proofErr w:type="spellEnd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instructie</w:t>
            </w:r>
            <w:proofErr w:type="spellEnd"/>
          </w:p>
        </w:tc>
        <w:tc>
          <w:tcPr>
            <w:tcW w:w="992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</w:tcPr>
          <w:p w14:paraId="71D29E25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</w:pPr>
          </w:p>
        </w:tc>
        <w:tc>
          <w:tcPr>
            <w:tcW w:w="6096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809E3DC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theme="minorHAnsi"/>
                <w:szCs w:val="20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E77307B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  <w:tr w:rsidR="001C788F" w:rsidRPr="00D20C0C" w14:paraId="5D3BCE16" w14:textId="77777777" w:rsidTr="007F3FE2">
        <w:trPr>
          <w:trHeight w:val="32"/>
        </w:trPr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C31602F" w14:textId="59A38B33" w:rsidR="001C788F" w:rsidRPr="00C63FF7" w:rsidRDefault="001C788F" w:rsidP="001C788F">
            <w:pPr>
              <w:pStyle w:val="NoSpacing"/>
              <w:spacing w:after="240"/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</w:pPr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 xml:space="preserve"> Grote </w:t>
            </w:r>
            <w:proofErr w:type="spellStart"/>
            <w:r w:rsidRPr="00C63FF7">
              <w:rPr>
                <w:rFonts w:ascii="Atkinson Hyperlegible" w:eastAsia="Times New Roman" w:hAnsi="Atkinson Hyperlegible" w:cstheme="minorHAnsi"/>
                <w:color w:val="1D1D1B"/>
                <w:szCs w:val="20"/>
                <w:lang w:eastAsia="nl-NL"/>
              </w:rPr>
              <w:t>lesafsluiting</w:t>
            </w:r>
            <w:proofErr w:type="spellEnd"/>
          </w:p>
        </w:tc>
        <w:tc>
          <w:tcPr>
            <w:tcW w:w="992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</w:tcPr>
          <w:p w14:paraId="6D43D47F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</w:pPr>
          </w:p>
        </w:tc>
        <w:tc>
          <w:tcPr>
            <w:tcW w:w="6096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  <w:right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E3BFBC7" w14:textId="77777777" w:rsidR="001C788F" w:rsidRPr="00C63FF7" w:rsidRDefault="001C788F" w:rsidP="001C788F">
            <w:pPr>
              <w:pStyle w:val="NoSpacing"/>
              <w:rPr>
                <w:rFonts w:ascii="Atkinson Hyperlegible" w:hAnsi="Atkinson Hyperlegible" w:cstheme="minorHAnsi"/>
                <w:szCs w:val="20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shd w:val="clear" w:color="auto" w:fill="FFFFFF" w:themeFill="background1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E36F402" w14:textId="77777777" w:rsidR="001C788F" w:rsidRPr="00C63FF7" w:rsidRDefault="001C788F" w:rsidP="001C788F">
            <w:pPr>
              <w:pStyle w:val="NoSpacing"/>
              <w:spacing w:after="240"/>
              <w:rPr>
                <w:rFonts w:ascii="Atkinson Hyperlegible" w:hAnsi="Atkinson Hyperlegible"/>
                <w:b/>
                <w:szCs w:val="20"/>
                <w:lang w:val="nl-NL"/>
              </w:rPr>
            </w:pPr>
          </w:p>
        </w:tc>
      </w:tr>
    </w:tbl>
    <w:p w14:paraId="6AB2C16D" w14:textId="77777777" w:rsidR="00703A23" w:rsidRPr="00556907" w:rsidRDefault="00703A23" w:rsidP="00AC4488">
      <w:pPr>
        <w:pStyle w:val="Body"/>
        <w:rPr>
          <w:lang w:val="nl-NL"/>
        </w:rPr>
        <w:sectPr w:rsidR="00703A23" w:rsidRPr="00556907" w:rsidSect="00C86421">
          <w:headerReference w:type="default" r:id="rId10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</w:p>
    <w:p w14:paraId="1BEF8562" w14:textId="5939ACD8" w:rsidR="00E84AD8" w:rsidRDefault="00E84AD8" w:rsidP="00E84AD8">
      <w:pPr>
        <w:pStyle w:val="Heading1"/>
        <w:spacing w:before="100" w:after="100" w:line="256" w:lineRule="auto"/>
        <w:rPr>
          <w:rFonts w:cstheme="minorHAnsi"/>
          <w:color w:val="1D1D1B"/>
          <w:szCs w:val="20"/>
        </w:rPr>
      </w:pPr>
      <w:r w:rsidRPr="00C63FF7">
        <w:rPr>
          <w:rFonts w:cstheme="minorHAnsi"/>
          <w:color w:val="1D1D1B"/>
          <w:szCs w:val="20"/>
        </w:rPr>
        <w:lastRenderedPageBreak/>
        <w:t>Evaluatie/</w:t>
      </w:r>
      <w:proofErr w:type="spellStart"/>
      <w:r w:rsidR="00F07270">
        <w:rPr>
          <w:rFonts w:cstheme="minorHAnsi"/>
          <w:color w:val="1D1D1B"/>
          <w:szCs w:val="20"/>
        </w:rPr>
        <w:t>reflectie</w:t>
      </w:r>
      <w:proofErr w:type="spellEnd"/>
    </w:p>
    <w:p w14:paraId="289DE6A6" w14:textId="77777777" w:rsidR="00F07270" w:rsidRPr="00F07270" w:rsidRDefault="00F07270" w:rsidP="00F07270">
      <w:pPr>
        <w:pStyle w:val="Body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06"/>
        <w:gridCol w:w="10946"/>
      </w:tblGrid>
      <w:tr w:rsidR="00DF2047" w:rsidRPr="00C63FF7" w14:paraId="2AA58C98" w14:textId="23D6CDA5" w:rsidTr="008C2915">
        <w:trPr>
          <w:trHeight w:val="308"/>
        </w:trPr>
        <w:tc>
          <w:tcPr>
            <w:tcW w:w="1239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275"/>
            <w:tcMar>
              <w:top w:w="45" w:type="dxa"/>
              <w:left w:w="70" w:type="dxa"/>
              <w:bottom w:w="45" w:type="dxa"/>
              <w:right w:w="70" w:type="dxa"/>
            </w:tcMar>
            <w:hideMark/>
          </w:tcPr>
          <w:p w14:paraId="7F9B827D" w14:textId="77777777" w:rsidR="00DF2047" w:rsidRPr="00797E21" w:rsidRDefault="00DF2047" w:rsidP="00797E21">
            <w:pPr>
              <w:pStyle w:val="NoSpacing"/>
              <w:rPr>
                <w:rFonts w:ascii="Atkinson Hyperlegible" w:hAnsi="Atkinson Hyperlegible"/>
                <w:b/>
                <w:bCs/>
                <w:szCs w:val="20"/>
                <w:lang w:val="nl-NL"/>
              </w:rPr>
            </w:pPr>
            <w:r w:rsidRPr="00797E21">
              <w:rPr>
                <w:rFonts w:ascii="Atkinson Hyperlegible" w:hAnsi="Atkinson Hyperlegible" w:cs="Atkinson Hyperlegible"/>
                <w:b/>
                <w:bCs/>
                <w:color w:val="1D1D1B"/>
                <w:szCs w:val="20"/>
                <w:lang w:val="nl-NL"/>
              </w:rPr>
              <w:t xml:space="preserve">Door de aanstaande </w:t>
            </w:r>
            <w:r w:rsidRPr="00797E21">
              <w:rPr>
                <w:rFonts w:ascii="Atkinson Hyperlegible" w:hAnsi="Atkinson Hyperlegible" w:cstheme="minorHAnsi"/>
                <w:b/>
                <w:bCs/>
                <w:color w:val="1D1D1B"/>
                <w:szCs w:val="20"/>
                <w:lang w:val="nl-NL"/>
              </w:rPr>
              <w:t>leraar</w:t>
            </w:r>
          </w:p>
          <w:p w14:paraId="0BE9FD42" w14:textId="34EAE8AD" w:rsidR="00DF2047" w:rsidRPr="00C63FF7" w:rsidRDefault="00DF2047" w:rsidP="0099085E">
            <w:pPr>
              <w:pStyle w:val="NoSpacing"/>
              <w:rPr>
                <w:rFonts w:ascii="Atkinson Hyperlegible" w:hAnsi="Atkinson Hyperlegible" w:cstheme="minorHAnsi"/>
                <w:b/>
                <w:i/>
                <w:iCs/>
                <w:szCs w:val="20"/>
              </w:rPr>
            </w:pPr>
          </w:p>
        </w:tc>
        <w:tc>
          <w:tcPr>
            <w:tcW w:w="3761" w:type="pct"/>
            <w:vMerge w:val="restart"/>
            <w:tcBorders>
              <w:top w:val="single" w:sz="4" w:space="0" w:color="F4CEB6"/>
            </w:tcBorders>
            <w:shd w:val="clear" w:color="auto" w:fill="FFFFFF" w:themeFill="background1"/>
          </w:tcPr>
          <w:p w14:paraId="029BE752" w14:textId="22E52B11" w:rsidR="00DF2047" w:rsidRPr="00E23737" w:rsidRDefault="00DF2047" w:rsidP="0099085E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  <w:r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  <w:t>&lt;vul in&gt;</w:t>
            </w:r>
          </w:p>
        </w:tc>
      </w:tr>
      <w:tr w:rsidR="00DF2047" w:rsidRPr="00C63FF7" w14:paraId="3F9038A0" w14:textId="77777777" w:rsidTr="008C2915">
        <w:trPr>
          <w:trHeight w:val="308"/>
        </w:trPr>
        <w:tc>
          <w:tcPr>
            <w:tcW w:w="1239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CCAB245" w14:textId="33ABECB0" w:rsidR="00DF2047" w:rsidRPr="006B0359" w:rsidRDefault="00DF2047" w:rsidP="00755759">
            <w:pPr>
              <w:pStyle w:val="NoSpacing"/>
              <w:spacing w:after="240"/>
              <w:rPr>
                <w:rFonts w:ascii="Atkinson Hyperlegible" w:hAnsi="Atkinson Hyperlegible" w:cs="Atkinson Hyperlegible"/>
                <w:color w:val="1D1D1B"/>
                <w:szCs w:val="20"/>
                <w:lang w:val="nl-NL"/>
              </w:rPr>
            </w:pPr>
            <w:r w:rsidRPr="00E23737"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  <w:t xml:space="preserve">Heb je je doel bereikt? Wat heeft daar wel/niet aan bijgedragen? </w:t>
            </w:r>
            <w:r w:rsidRPr="00E23737">
              <w:rPr>
                <w:rFonts w:ascii="Atkinson Hyperlegible" w:hAnsi="Atkinson Hyperlegible" w:cstheme="minorHAnsi"/>
                <w:color w:val="1D1D1B"/>
                <w:szCs w:val="20"/>
              </w:rPr>
              <w:t xml:space="preserve">Wat ga je in het </w:t>
            </w:r>
            <w:proofErr w:type="spellStart"/>
            <w:r w:rsidRPr="00E23737">
              <w:rPr>
                <w:rFonts w:ascii="Atkinson Hyperlegible" w:hAnsi="Atkinson Hyperlegible" w:cstheme="minorHAnsi"/>
                <w:color w:val="1D1D1B"/>
                <w:szCs w:val="20"/>
              </w:rPr>
              <w:t>vervolg</w:t>
            </w:r>
            <w:proofErr w:type="spellEnd"/>
            <w:r w:rsidRPr="00E23737">
              <w:rPr>
                <w:rFonts w:ascii="Atkinson Hyperlegible" w:hAnsi="Atkinson Hyperlegible" w:cstheme="minorHAnsi"/>
                <w:color w:val="1D1D1B"/>
                <w:szCs w:val="20"/>
              </w:rPr>
              <w:t xml:space="preserve"> </w:t>
            </w:r>
            <w:proofErr w:type="spellStart"/>
            <w:r w:rsidRPr="00E23737">
              <w:rPr>
                <w:rFonts w:ascii="Atkinson Hyperlegible" w:hAnsi="Atkinson Hyperlegible" w:cstheme="minorHAnsi"/>
                <w:color w:val="1D1D1B"/>
                <w:szCs w:val="20"/>
              </w:rPr>
              <w:t>anders</w:t>
            </w:r>
            <w:proofErr w:type="spellEnd"/>
            <w:r w:rsidRPr="00E23737">
              <w:rPr>
                <w:rFonts w:ascii="Atkinson Hyperlegible" w:hAnsi="Atkinson Hyperlegible" w:cstheme="minorHAnsi"/>
                <w:color w:val="1D1D1B"/>
                <w:szCs w:val="20"/>
              </w:rPr>
              <w:t xml:space="preserve"> </w:t>
            </w:r>
            <w:proofErr w:type="spellStart"/>
            <w:r w:rsidRPr="00E23737">
              <w:rPr>
                <w:rFonts w:ascii="Atkinson Hyperlegible" w:hAnsi="Atkinson Hyperlegible" w:cstheme="minorHAnsi"/>
                <w:color w:val="1D1D1B"/>
                <w:szCs w:val="20"/>
              </w:rPr>
              <w:t>doen</w:t>
            </w:r>
            <w:proofErr w:type="spellEnd"/>
            <w:r w:rsidRPr="00E23737">
              <w:rPr>
                <w:rFonts w:ascii="Atkinson Hyperlegible" w:hAnsi="Atkinson Hyperlegible" w:cstheme="minorHAnsi"/>
                <w:color w:val="1D1D1B"/>
                <w:szCs w:val="20"/>
              </w:rPr>
              <w:t>?</w:t>
            </w:r>
          </w:p>
        </w:tc>
        <w:tc>
          <w:tcPr>
            <w:tcW w:w="3761" w:type="pct"/>
            <w:vMerge/>
            <w:tcBorders>
              <w:bottom w:val="single" w:sz="4" w:space="0" w:color="F4CEB6"/>
            </w:tcBorders>
            <w:shd w:val="clear" w:color="auto" w:fill="FFFFFF" w:themeFill="background1"/>
          </w:tcPr>
          <w:p w14:paraId="6D9D1DE1" w14:textId="77777777" w:rsidR="00DF2047" w:rsidRDefault="00DF2047" w:rsidP="0099085E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</w:tc>
      </w:tr>
    </w:tbl>
    <w:p w14:paraId="3EB4FFA1" w14:textId="77777777" w:rsidR="00703A23" w:rsidRPr="00AC4488" w:rsidRDefault="00703A23" w:rsidP="00AC4488">
      <w:pPr>
        <w:pStyle w:val="Body"/>
      </w:pPr>
    </w:p>
    <w:sectPr w:rsidR="00703A23" w:rsidRPr="00AC4488" w:rsidSect="00B0118C">
      <w:footerReference w:type="default" r:id="rId11"/>
      <w:pgSz w:w="16820" w:h="11900" w:orient="landscape"/>
      <w:pgMar w:top="2098" w:right="1134" w:bottom="1134" w:left="1134" w:header="720" w:footer="720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639EB" w14:textId="77777777" w:rsidR="00BA2F30" w:rsidRDefault="00BA2F30">
      <w:pPr>
        <w:spacing w:after="0" w:line="240" w:lineRule="auto"/>
      </w:pPr>
      <w:r>
        <w:separator/>
      </w:r>
    </w:p>
  </w:endnote>
  <w:endnote w:type="continuationSeparator" w:id="0">
    <w:p w14:paraId="59B2B1DF" w14:textId="77777777" w:rsidR="00BA2F30" w:rsidRDefault="00BA2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tkinson Hyperlegible">
    <w:panose1 w:val="00000000000000000000"/>
    <w:charset w:val="00"/>
    <w:family w:val="auto"/>
    <w:pitch w:val="variable"/>
    <w:sig w:usb0="00000027" w:usb1="00000000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Zilla Slab Light">
    <w:panose1 w:val="00000000000000000000"/>
    <w:charset w:val="00"/>
    <w:family w:val="auto"/>
    <w:pitch w:val="variable"/>
    <w:sig w:usb0="A00000FF" w:usb1="5001E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D9A5" w14:textId="77777777" w:rsidR="00F940A0" w:rsidRDefault="008D0804" w:rsidP="00306924">
    <w:pPr>
      <w:pStyle w:val="Footer"/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6736F30" wp14:editId="0A397A25">
              <wp:simplePos x="0" y="0"/>
              <wp:positionH relativeFrom="column">
                <wp:posOffset>8872855</wp:posOffset>
              </wp:positionH>
              <wp:positionV relativeFrom="paragraph">
                <wp:posOffset>204470</wp:posOffset>
              </wp:positionV>
              <wp:extent cx="658800" cy="255600"/>
              <wp:effectExtent l="0" t="0" r="0" b="0"/>
              <wp:wrapNone/>
              <wp:docPr id="2114021910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1527EE" w14:textId="77777777" w:rsidR="00921A7A" w:rsidRPr="00921A7A" w:rsidRDefault="00552DF7" w:rsidP="00921A7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36F30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style="position:absolute;left:0;text-align:left;margin-left:698.65pt;margin-top:16.1pt;width:51.85pt;height:20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" filled="f" stroked="f" strokeweight=".5pt">
              <v:textbox>
                <w:txbxContent>
                  <w:p w14:paraId="5C1527EE" w14:textId="77777777" w:rsidR="00921A7A" w:rsidRPr="00921A7A" w:rsidRDefault="00552DF7" w:rsidP="00921A7A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920" behindDoc="1" locked="0" layoutInCell="1" allowOverlap="1" wp14:anchorId="10946FD9" wp14:editId="6D48AA10">
          <wp:simplePos x="0" y="0"/>
          <wp:positionH relativeFrom="column">
            <wp:posOffset>-720091</wp:posOffset>
          </wp:positionH>
          <wp:positionV relativeFrom="paragraph">
            <wp:posOffset>-521386</wp:posOffset>
          </wp:positionV>
          <wp:extent cx="10691495" cy="1118286"/>
          <wp:effectExtent l="0" t="0" r="0" b="0"/>
          <wp:wrapNone/>
          <wp:docPr id="124090262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308334" name="Graphic 141230833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1045" cy="1175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BD01" w14:textId="77777777" w:rsidR="000467C4" w:rsidRDefault="008D0804" w:rsidP="00306924">
    <w:pPr>
      <w:pStyle w:val="Footer"/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FBFEE24" wp14:editId="14E1C24B">
              <wp:simplePos x="0" y="0"/>
              <wp:positionH relativeFrom="column">
                <wp:posOffset>8875013</wp:posOffset>
              </wp:positionH>
              <wp:positionV relativeFrom="paragraph">
                <wp:posOffset>-346710</wp:posOffset>
              </wp:positionV>
              <wp:extent cx="658800" cy="255600"/>
              <wp:effectExtent l="0" t="0" r="0" b="0"/>
              <wp:wrapNone/>
              <wp:docPr id="1022530935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073F84" w14:textId="77777777" w:rsidR="00552DF7" w:rsidRPr="00921A7A" w:rsidRDefault="00552DF7" w:rsidP="00552DF7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BFEE2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698.8pt;margin-top:-27.3pt;width:51.85pt;height:20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BT9FwIAADIEAAAOAAAAZHJzL2Uyb0RvYy54bWysU02P2jAQvVfqf7B8LwkUKBs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" filled="f" stroked="f" strokeweight=".5pt">
              <v:textbox>
                <w:txbxContent>
                  <w:p w14:paraId="34073F84" w14:textId="77777777" w:rsidR="00552DF7" w:rsidRPr="00921A7A" w:rsidRDefault="00552DF7" w:rsidP="00552DF7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968" behindDoc="1" locked="0" layoutInCell="1" allowOverlap="1" wp14:anchorId="7D3021CA" wp14:editId="3992D65F">
          <wp:simplePos x="0" y="0"/>
          <wp:positionH relativeFrom="column">
            <wp:posOffset>-720091</wp:posOffset>
          </wp:positionH>
          <wp:positionV relativeFrom="paragraph">
            <wp:posOffset>-513365</wp:posOffset>
          </wp:positionV>
          <wp:extent cx="10691495" cy="1118286"/>
          <wp:effectExtent l="0" t="0" r="1905" b="0"/>
          <wp:wrapNone/>
          <wp:docPr id="955434264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434264" name="Graphic 95543426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66920" cy="1147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78674" w14:textId="77777777" w:rsidR="00BA2F30" w:rsidRDefault="00BA2F30">
      <w:pPr>
        <w:spacing w:after="0" w:line="240" w:lineRule="auto"/>
      </w:pPr>
      <w:r>
        <w:separator/>
      </w:r>
    </w:p>
  </w:footnote>
  <w:footnote w:type="continuationSeparator" w:id="0">
    <w:p w14:paraId="0C3AE725" w14:textId="77777777" w:rsidR="00BA2F30" w:rsidRDefault="00BA2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E9132" w14:textId="77777777" w:rsidR="00F940A0" w:rsidRDefault="008D0804">
    <w:pPr>
      <w:pStyle w:val="Header"/>
    </w:pPr>
    <w:r>
      <w:rPr>
        <w:noProof/>
      </w:rPr>
      <w:drawing>
        <wp:anchor distT="0" distB="0" distL="114300" distR="114300" simplePos="0" relativeHeight="251664896" behindDoc="1" locked="0" layoutInCell="1" allowOverlap="1" wp14:anchorId="23704881" wp14:editId="25EC36CF">
          <wp:simplePos x="0" y="0"/>
          <wp:positionH relativeFrom="column">
            <wp:posOffset>-720091</wp:posOffset>
          </wp:positionH>
          <wp:positionV relativeFrom="paragraph">
            <wp:posOffset>-457201</wp:posOffset>
          </wp:positionV>
          <wp:extent cx="10692063" cy="2236691"/>
          <wp:effectExtent l="0" t="0" r="1905" b="0"/>
          <wp:wrapNone/>
          <wp:docPr id="623108326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62642" name="Graphic 11726264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524" cy="2257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E449F" w14:textId="77777777" w:rsidR="00703A23" w:rsidRDefault="008D0804">
    <w:pPr>
      <w:pStyle w:val="Header"/>
    </w:pPr>
    <w:r>
      <w:rPr>
        <w:noProof/>
      </w:rPr>
      <w:drawing>
        <wp:anchor distT="0" distB="0" distL="114300" distR="114300" simplePos="0" relativeHeight="251666944" behindDoc="1" locked="0" layoutInCell="1" allowOverlap="1" wp14:anchorId="37112623" wp14:editId="247B9F9E">
          <wp:simplePos x="0" y="0"/>
          <wp:positionH relativeFrom="column">
            <wp:posOffset>-720091</wp:posOffset>
          </wp:positionH>
          <wp:positionV relativeFrom="paragraph">
            <wp:posOffset>-457201</wp:posOffset>
          </wp:positionV>
          <wp:extent cx="10691495" cy="2236573"/>
          <wp:effectExtent l="0" t="0" r="1905" b="0"/>
          <wp:wrapNone/>
          <wp:docPr id="1174340296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340296" name="Graphic 117434029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6208" cy="227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7182971">
    <w:abstractNumId w:val="8"/>
  </w:num>
  <w:num w:numId="2" w16cid:durableId="446584114">
    <w:abstractNumId w:val="6"/>
  </w:num>
  <w:num w:numId="3" w16cid:durableId="1532457463">
    <w:abstractNumId w:val="5"/>
  </w:num>
  <w:num w:numId="4" w16cid:durableId="725184593">
    <w:abstractNumId w:val="4"/>
  </w:num>
  <w:num w:numId="5" w16cid:durableId="1545556349">
    <w:abstractNumId w:val="7"/>
  </w:num>
  <w:num w:numId="6" w16cid:durableId="1518688279">
    <w:abstractNumId w:val="3"/>
  </w:num>
  <w:num w:numId="7" w16cid:durableId="1718356826">
    <w:abstractNumId w:val="2"/>
  </w:num>
  <w:num w:numId="8" w16cid:durableId="935405178">
    <w:abstractNumId w:val="1"/>
  </w:num>
  <w:num w:numId="9" w16cid:durableId="1870147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931"/>
    <w:rsid w:val="0000456F"/>
    <w:rsid w:val="00015CB3"/>
    <w:rsid w:val="000330F7"/>
    <w:rsid w:val="00034616"/>
    <w:rsid w:val="00041434"/>
    <w:rsid w:val="000467C4"/>
    <w:rsid w:val="0006063C"/>
    <w:rsid w:val="000A37D4"/>
    <w:rsid w:val="001008A0"/>
    <w:rsid w:val="00123EFF"/>
    <w:rsid w:val="0015074B"/>
    <w:rsid w:val="00163931"/>
    <w:rsid w:val="00173A12"/>
    <w:rsid w:val="001A4D79"/>
    <w:rsid w:val="001C788F"/>
    <w:rsid w:val="001D09FE"/>
    <w:rsid w:val="001D3D65"/>
    <w:rsid w:val="001F6917"/>
    <w:rsid w:val="001F6AC6"/>
    <w:rsid w:val="00202560"/>
    <w:rsid w:val="00213E80"/>
    <w:rsid w:val="00224A7D"/>
    <w:rsid w:val="0023134E"/>
    <w:rsid w:val="00235C9C"/>
    <w:rsid w:val="0025637B"/>
    <w:rsid w:val="0029639D"/>
    <w:rsid w:val="002F211A"/>
    <w:rsid w:val="002F7FCD"/>
    <w:rsid w:val="00302757"/>
    <w:rsid w:val="00306924"/>
    <w:rsid w:val="00322FCD"/>
    <w:rsid w:val="0032322E"/>
    <w:rsid w:val="00324536"/>
    <w:rsid w:val="00326F90"/>
    <w:rsid w:val="003752D6"/>
    <w:rsid w:val="003A17F1"/>
    <w:rsid w:val="003A504C"/>
    <w:rsid w:val="003A58DB"/>
    <w:rsid w:val="003E5DF7"/>
    <w:rsid w:val="003F506E"/>
    <w:rsid w:val="00403B76"/>
    <w:rsid w:val="004122AC"/>
    <w:rsid w:val="004514CA"/>
    <w:rsid w:val="00454387"/>
    <w:rsid w:val="0047458C"/>
    <w:rsid w:val="00475AAC"/>
    <w:rsid w:val="00484675"/>
    <w:rsid w:val="00493637"/>
    <w:rsid w:val="004C2CAB"/>
    <w:rsid w:val="004C532F"/>
    <w:rsid w:val="004E1C80"/>
    <w:rsid w:val="00516E82"/>
    <w:rsid w:val="00552DF7"/>
    <w:rsid w:val="00556907"/>
    <w:rsid w:val="00561E98"/>
    <w:rsid w:val="005D7D27"/>
    <w:rsid w:val="00644997"/>
    <w:rsid w:val="00660964"/>
    <w:rsid w:val="00662FF6"/>
    <w:rsid w:val="006A6CA3"/>
    <w:rsid w:val="006B0359"/>
    <w:rsid w:val="006B3EA1"/>
    <w:rsid w:val="006F760A"/>
    <w:rsid w:val="00703A23"/>
    <w:rsid w:val="007339D1"/>
    <w:rsid w:val="00741553"/>
    <w:rsid w:val="007451F3"/>
    <w:rsid w:val="00755759"/>
    <w:rsid w:val="007578E0"/>
    <w:rsid w:val="00762222"/>
    <w:rsid w:val="00791E08"/>
    <w:rsid w:val="00797E21"/>
    <w:rsid w:val="007C0120"/>
    <w:rsid w:val="007E3128"/>
    <w:rsid w:val="007F3FE2"/>
    <w:rsid w:val="008135D8"/>
    <w:rsid w:val="00813A11"/>
    <w:rsid w:val="008303C0"/>
    <w:rsid w:val="0083472C"/>
    <w:rsid w:val="00865251"/>
    <w:rsid w:val="00894A01"/>
    <w:rsid w:val="008A3EEB"/>
    <w:rsid w:val="008B1A85"/>
    <w:rsid w:val="008C13B6"/>
    <w:rsid w:val="008D0804"/>
    <w:rsid w:val="008E6838"/>
    <w:rsid w:val="008F2DA2"/>
    <w:rsid w:val="008F350A"/>
    <w:rsid w:val="009001AF"/>
    <w:rsid w:val="0090721B"/>
    <w:rsid w:val="00917A97"/>
    <w:rsid w:val="00921A7A"/>
    <w:rsid w:val="00943284"/>
    <w:rsid w:val="00943498"/>
    <w:rsid w:val="009439D6"/>
    <w:rsid w:val="0097384A"/>
    <w:rsid w:val="0099085E"/>
    <w:rsid w:val="009A25C0"/>
    <w:rsid w:val="009C6379"/>
    <w:rsid w:val="009C7AA8"/>
    <w:rsid w:val="009D5AB2"/>
    <w:rsid w:val="00A22F9B"/>
    <w:rsid w:val="00A47F0B"/>
    <w:rsid w:val="00A9659E"/>
    <w:rsid w:val="00AA1D8D"/>
    <w:rsid w:val="00AA4392"/>
    <w:rsid w:val="00AB0634"/>
    <w:rsid w:val="00AB0D6F"/>
    <w:rsid w:val="00AC4488"/>
    <w:rsid w:val="00AD50EB"/>
    <w:rsid w:val="00AE6DE0"/>
    <w:rsid w:val="00B0118C"/>
    <w:rsid w:val="00B03564"/>
    <w:rsid w:val="00B20384"/>
    <w:rsid w:val="00B320AE"/>
    <w:rsid w:val="00B41A2D"/>
    <w:rsid w:val="00B47730"/>
    <w:rsid w:val="00B85BC6"/>
    <w:rsid w:val="00B9375B"/>
    <w:rsid w:val="00B95898"/>
    <w:rsid w:val="00BA2F30"/>
    <w:rsid w:val="00BA3A37"/>
    <w:rsid w:val="00C21F99"/>
    <w:rsid w:val="00C2249B"/>
    <w:rsid w:val="00C34443"/>
    <w:rsid w:val="00C5730B"/>
    <w:rsid w:val="00C66D6E"/>
    <w:rsid w:val="00C66DB3"/>
    <w:rsid w:val="00C86421"/>
    <w:rsid w:val="00CA42B6"/>
    <w:rsid w:val="00CB0664"/>
    <w:rsid w:val="00CD08A6"/>
    <w:rsid w:val="00CE544F"/>
    <w:rsid w:val="00CE797B"/>
    <w:rsid w:val="00CF0165"/>
    <w:rsid w:val="00D54E8A"/>
    <w:rsid w:val="00DF2047"/>
    <w:rsid w:val="00DF7044"/>
    <w:rsid w:val="00E23737"/>
    <w:rsid w:val="00E24F57"/>
    <w:rsid w:val="00E8365E"/>
    <w:rsid w:val="00E84AD8"/>
    <w:rsid w:val="00EA2884"/>
    <w:rsid w:val="00EF71C2"/>
    <w:rsid w:val="00F07270"/>
    <w:rsid w:val="00F72C41"/>
    <w:rsid w:val="00F83612"/>
    <w:rsid w:val="00F940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425F58"/>
  <w14:defaultImageDpi w14:val="300"/>
  <w15:docId w15:val="{71419E98-4B5D-44BF-8198-A3E89CCD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Myriad Pro" w:eastAsia="Myriad Pro" w:hAnsi="Myriad Pro"/>
      <w:sz w:val="20"/>
    </w:rPr>
  </w:style>
  <w:style w:type="paragraph" w:styleId="Heading1">
    <w:name w:val="heading 1"/>
    <w:basedOn w:val="Normal"/>
    <w:next w:val="Body"/>
    <w:link w:val="Heading1Char"/>
    <w:uiPriority w:val="9"/>
    <w:qFormat/>
    <w:rsid w:val="00322FCD"/>
    <w:pPr>
      <w:keepNext/>
      <w:keepLines/>
      <w:spacing w:after="0"/>
      <w:outlineLvl w:val="0"/>
    </w:pPr>
    <w:rPr>
      <w:rFonts w:ascii="Atkinson Hyperlegible" w:eastAsiaTheme="majorEastAsia" w:hAnsi="Atkinson Hyperlegible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Body"/>
    <w:link w:val="Heading2Char"/>
    <w:uiPriority w:val="9"/>
    <w:unhideWhenUsed/>
    <w:qFormat/>
    <w:rsid w:val="00AC4488"/>
    <w:pPr>
      <w:keepNext/>
      <w:keepLines/>
      <w:spacing w:before="200" w:after="0"/>
      <w:outlineLvl w:val="1"/>
    </w:pPr>
    <w:rPr>
      <w:rFonts w:ascii="Atkinson Hyperlegible" w:eastAsiaTheme="majorEastAsia" w:hAnsi="Atkinson Hyperlegible" w:cstheme="majorBidi"/>
      <w:b/>
      <w:bCs/>
      <w:color w:val="69598B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4488"/>
    <w:pPr>
      <w:keepNext/>
      <w:keepLines/>
      <w:spacing w:before="200" w:after="0"/>
      <w:outlineLvl w:val="2"/>
    </w:pPr>
    <w:rPr>
      <w:rFonts w:ascii="Atkinson Hyperlegible" w:eastAsiaTheme="majorEastAsia" w:hAnsi="Atkinson Hyperlegible" w:cstheme="majorBidi"/>
      <w:b/>
      <w:bCs/>
      <w:color w:val="808080" w:themeColor="background1" w:themeShade="80"/>
    </w:rPr>
  </w:style>
  <w:style w:type="paragraph" w:styleId="Heading4">
    <w:name w:val="heading 4"/>
    <w:basedOn w:val="Normal"/>
    <w:next w:val="Body"/>
    <w:link w:val="Heading4Char"/>
    <w:uiPriority w:val="9"/>
    <w:unhideWhenUsed/>
    <w:qFormat/>
    <w:rsid w:val="00AC4488"/>
    <w:pPr>
      <w:keepNext/>
      <w:keepLines/>
      <w:spacing w:before="200" w:after="0"/>
      <w:outlineLvl w:val="3"/>
    </w:pPr>
    <w:rPr>
      <w:rFonts w:ascii="Atkinson Hyperlegible" w:eastAsiaTheme="majorEastAsia" w:hAnsi="Atkinson Hyperlegible" w:cstheme="majorBidi"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character" w:customStyle="1" w:styleId="Heading1Char">
    <w:name w:val="Heading 1 Char"/>
    <w:basedOn w:val="DefaultParagraphFont"/>
    <w:link w:val="Heading1"/>
    <w:uiPriority w:val="9"/>
    <w:rsid w:val="00322FCD"/>
    <w:rPr>
      <w:rFonts w:ascii="Atkinson Hyperlegible" w:eastAsiaTheme="majorEastAsia" w:hAnsi="Atkinson Hyperlegible" w:cstheme="majorBidi"/>
      <w:b/>
      <w:bCs/>
      <w:color w:val="000000" w:themeColor="text1"/>
      <w:sz w:val="2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C4488"/>
    <w:rPr>
      <w:rFonts w:ascii="Atkinson Hyperlegible" w:eastAsiaTheme="majorEastAsia" w:hAnsi="Atkinson Hyperlegible" w:cstheme="majorBidi"/>
      <w:b/>
      <w:bCs/>
      <w:color w:val="69598B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4488"/>
    <w:rPr>
      <w:rFonts w:ascii="Atkinson Hyperlegible" w:eastAsiaTheme="majorEastAsia" w:hAnsi="Atkinson Hyperlegible" w:cstheme="majorBidi"/>
      <w:b/>
      <w:bCs/>
      <w:color w:val="808080" w:themeColor="background1" w:themeShade="80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Body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Body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Body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Body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Body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Body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Body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Body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Body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Body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Body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Body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AC4488"/>
    <w:rPr>
      <w:rFonts w:ascii="Atkinson Hyperlegible" w:eastAsiaTheme="majorEastAsia" w:hAnsi="Atkinson Hyperlegible" w:cstheme="majorBidi"/>
      <w:bCs/>
      <w:i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elnest">
    <w:name w:val="Titel nest"/>
    <w:basedOn w:val="Normal"/>
    <w:next w:val="Heading1"/>
    <w:rsid w:val="008D0804"/>
    <w:pPr>
      <w:spacing w:after="1400" w:line="240" w:lineRule="auto"/>
    </w:pPr>
    <w:rPr>
      <w:rFonts w:ascii="Zilla Slab Light" w:hAnsi="Zilla Slab Light"/>
      <w:color w:val="59447B"/>
      <w:sz w:val="42"/>
    </w:rPr>
  </w:style>
  <w:style w:type="paragraph" w:customStyle="1" w:styleId="Body">
    <w:name w:val="Body"/>
    <w:basedOn w:val="Normal"/>
    <w:rsid w:val="00322FCD"/>
    <w:rPr>
      <w:rFonts w:ascii="Atkinson Hyperlegible" w:hAnsi="Atkinson Hyperlegible"/>
    </w:rPr>
  </w:style>
  <w:style w:type="paragraph" w:customStyle="1" w:styleId="Opsomming">
    <w:name w:val="Opsomming"/>
    <w:basedOn w:val="Body"/>
    <w:rPr>
      <w:rFonts w:ascii="Myriad Pro" w:hAnsi="Myriad Pro"/>
    </w:rPr>
  </w:style>
  <w:style w:type="paragraph" w:styleId="NoSpacing">
    <w:name w:val="No Spacing"/>
    <w:uiPriority w:val="1"/>
    <w:qFormat/>
    <w:rsid w:val="00EF71C2"/>
    <w:pPr>
      <w:spacing w:after="0" w:line="240" w:lineRule="auto"/>
    </w:pPr>
    <w:rPr>
      <w:rFonts w:ascii="Myriad Pro" w:eastAsia="Myriad Pro" w:hAnsi="Myriad Pr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36176\OneDrive%20-%20Radboud%20Universiteit\RU-Drive\Documents\Documenten%20nestnijmegen.nl\Originelen%20in%20Word\Templates\Nest_Nijmegen_meerdere%20pagina's%20liggend_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4578d9-400d-4a5a-a7c7-e76ca47af400}" enabled="0" method="" siteId="{084578d9-400d-4a5a-a7c7-e76ca47af40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Nest_Nijmegen_meerdere pagina's liggend_v1</Template>
  <TotalTime>0</TotalTime>
  <Pages>4</Pages>
  <Words>276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Bruggink, E. (Esmée)</dc:creator>
  <cp:keywords/>
  <dc:description>generated by python-docx</dc:description>
  <cp:lastModifiedBy>Bruggink, E. (Esmée)</cp:lastModifiedBy>
  <cp:revision>2</cp:revision>
  <dcterms:created xsi:type="dcterms:W3CDTF">2026-08-24T03:44:00Z</dcterms:created>
  <dcterms:modified xsi:type="dcterms:W3CDTF">2026-08-24T03:44:00Z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Nest_Nijmegen_meerdere pagina's liggend_v1.dotx</vt:lpwstr>
  </property>
</Properties>
</file>