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4539F" w14:textId="7C283F71" w:rsidR="000B7E5A" w:rsidRPr="000B7E5A" w:rsidRDefault="000B7E5A" w:rsidP="000B7E5A">
      <w:pPr>
        <w:pStyle w:val="Titelnest"/>
        <w:rPr>
          <w:lang w:val="nl-NL"/>
        </w:rPr>
      </w:pPr>
      <w:r>
        <w:rPr>
          <w:lang w:val="nl-NL"/>
        </w:rPr>
        <w:t>Reflectie met koppelkaarten</w:t>
      </w:r>
    </w:p>
    <w:p w14:paraId="17C4BE53" w14:textId="77777777" w:rsidR="00EF71C2" w:rsidRPr="000B7E5A" w:rsidRDefault="00EF71C2" w:rsidP="00EF71C2">
      <w:pPr>
        <w:pStyle w:val="Heading1"/>
        <w:rPr>
          <w:lang w:val="nl-NL"/>
        </w:rPr>
        <w:sectPr w:rsidR="00EF71C2" w:rsidRPr="000B7E5A" w:rsidSect="009443DA">
          <w:headerReference w:type="default" r:id="rId8"/>
          <w:footerReference w:type="default" r:id="rId9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1C6E8222" w14:textId="6336D33E" w:rsidR="000467C4" w:rsidRDefault="0064373D" w:rsidP="0064373D">
      <w:pPr>
        <w:pStyle w:val="Heading1"/>
        <w:rPr>
          <w:lang w:val="nl-NL"/>
        </w:rPr>
      </w:pPr>
      <w:r>
        <w:rPr>
          <w:lang w:val="nl-NL"/>
        </w:rPr>
        <w:t xml:space="preserve">Toelichting: </w:t>
      </w:r>
    </w:p>
    <w:p w14:paraId="0216D782" w14:textId="0CA25309" w:rsidR="003F1B6E" w:rsidRDefault="0064373D" w:rsidP="00631B90">
      <w:pPr>
        <w:pStyle w:val="Body"/>
        <w:ind w:right="5621"/>
        <w:rPr>
          <w:lang w:val="nl-NL"/>
        </w:rPr>
      </w:pPr>
      <w:r>
        <w:rPr>
          <w:lang w:val="nl-NL"/>
        </w:rPr>
        <w:t xml:space="preserve">Op de volgende pagina’s vind je twee koppelkaarten waarmee je kunt reflecteren op je dag en/of week. </w:t>
      </w:r>
      <w:r w:rsidR="00387A3F">
        <w:rPr>
          <w:lang w:val="nl-NL"/>
        </w:rPr>
        <w:t>Met de blauwe koppelkaart start je vanuit een vooraf opgesteld leerdoel.</w:t>
      </w:r>
      <w:r w:rsidR="004A2CFB">
        <w:rPr>
          <w:lang w:val="nl-NL"/>
        </w:rPr>
        <w:t xml:space="preserve"> </w:t>
      </w:r>
      <w:r w:rsidR="00387A3F">
        <w:rPr>
          <w:lang w:val="nl-NL"/>
        </w:rPr>
        <w:t xml:space="preserve">Met de oranje koppelkaart </w:t>
      </w:r>
      <w:r w:rsidR="004A2CFB">
        <w:rPr>
          <w:lang w:val="nl-NL"/>
        </w:rPr>
        <w:t xml:space="preserve">start je vanuit een praktijkervaring, gebeurtenis of incident. </w:t>
      </w:r>
      <w:r w:rsidR="00F16C31">
        <w:rPr>
          <w:lang w:val="nl-NL"/>
        </w:rPr>
        <w:t>In een aantal</w:t>
      </w:r>
      <w:r w:rsidR="00631B90">
        <w:rPr>
          <w:lang w:val="nl-NL"/>
        </w:rPr>
        <w:t xml:space="preserve"> </w:t>
      </w:r>
      <w:r w:rsidR="00F16C31">
        <w:rPr>
          <w:lang w:val="nl-NL"/>
        </w:rPr>
        <w:t xml:space="preserve">reflectiefasen </w:t>
      </w:r>
      <w:r w:rsidR="00EF7E88">
        <w:rPr>
          <w:lang w:val="nl-NL"/>
        </w:rPr>
        <w:t>met bijbehorende vragen</w:t>
      </w:r>
      <w:r w:rsidR="00631B90">
        <w:rPr>
          <w:lang w:val="nl-NL"/>
        </w:rPr>
        <w:t xml:space="preserve"> </w:t>
      </w:r>
      <w:r w:rsidR="005D35C3">
        <w:rPr>
          <w:lang w:val="nl-NL"/>
        </w:rPr>
        <w:t>analyseer je</w:t>
      </w:r>
      <w:r w:rsidR="00631B90">
        <w:rPr>
          <w:lang w:val="nl-NL"/>
        </w:rPr>
        <w:t xml:space="preserve"> </w:t>
      </w:r>
      <w:r w:rsidR="001E5A71">
        <w:rPr>
          <w:lang w:val="nl-NL"/>
        </w:rPr>
        <w:t xml:space="preserve">het leerdoel of de situatie en formuleer je op basis van je inzichten </w:t>
      </w:r>
      <w:r w:rsidR="00631B90">
        <w:rPr>
          <w:lang w:val="nl-NL"/>
        </w:rPr>
        <w:t xml:space="preserve">je </w:t>
      </w:r>
      <w:r w:rsidR="001E5A71">
        <w:rPr>
          <w:lang w:val="nl-NL"/>
        </w:rPr>
        <w:t xml:space="preserve">vervolgstappen. </w:t>
      </w:r>
    </w:p>
    <w:p w14:paraId="568317A9" w14:textId="435A1687" w:rsidR="003F1B6E" w:rsidRPr="00E8128F" w:rsidRDefault="003F1B6E" w:rsidP="00631B90">
      <w:pPr>
        <w:pStyle w:val="Body"/>
        <w:ind w:right="5621"/>
        <w:rPr>
          <w:i/>
          <w:iCs/>
          <w:lang w:val="nl-NL"/>
        </w:rPr>
        <w:sectPr w:rsidR="003F1B6E" w:rsidRPr="00E8128F" w:rsidSect="00850CA5">
          <w:type w:val="continuous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  <w:r w:rsidRPr="00E8128F">
        <w:rPr>
          <w:i/>
          <w:iCs/>
          <w:lang w:val="nl-NL"/>
        </w:rPr>
        <w:t>De koppelkaarten zijn ontwikkeld door</w:t>
      </w:r>
      <w:r w:rsidR="006A2380" w:rsidRPr="00E8128F">
        <w:rPr>
          <w:i/>
          <w:iCs/>
          <w:lang w:val="nl-NL"/>
        </w:rPr>
        <w:t xml:space="preserve"> Wilma </w:t>
      </w:r>
      <w:proofErr w:type="spellStart"/>
      <w:r w:rsidR="006A2380" w:rsidRPr="00E8128F">
        <w:rPr>
          <w:i/>
          <w:iCs/>
          <w:lang w:val="nl-NL"/>
        </w:rPr>
        <w:t>Weekenstroo</w:t>
      </w:r>
      <w:proofErr w:type="spellEnd"/>
      <w:r w:rsidR="005803C6">
        <w:rPr>
          <w:i/>
          <w:iCs/>
          <w:lang w:val="nl-NL"/>
        </w:rPr>
        <w:t>,</w:t>
      </w:r>
      <w:r w:rsidR="006A2380" w:rsidRPr="00E8128F">
        <w:rPr>
          <w:i/>
          <w:iCs/>
          <w:lang w:val="nl-NL"/>
        </w:rPr>
        <w:t xml:space="preserve"> </w:t>
      </w:r>
      <w:r w:rsidR="00E8128F" w:rsidRPr="00E8128F">
        <w:rPr>
          <w:i/>
          <w:iCs/>
          <w:lang w:val="nl-NL"/>
        </w:rPr>
        <w:t xml:space="preserve">Academische Opleidingsschool Het Assink Lyceum. </w:t>
      </w:r>
    </w:p>
    <w:tbl>
      <w:tblPr>
        <w:tblW w:w="14601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2"/>
        <w:gridCol w:w="6295"/>
        <w:gridCol w:w="7344"/>
      </w:tblGrid>
      <w:tr w:rsidR="0064373D" w:rsidRPr="003F1B6E" w14:paraId="5DD5D4F5" w14:textId="77777777" w:rsidTr="00A91A5D">
        <w:trPr>
          <w:trHeight w:val="220"/>
        </w:trPr>
        <w:tc>
          <w:tcPr>
            <w:tcW w:w="14601" w:type="dxa"/>
            <w:gridSpan w:val="3"/>
            <w:shd w:val="clear" w:color="auto" w:fill="4F81BD" w:themeFill="accent1"/>
          </w:tcPr>
          <w:p w14:paraId="05F9DE67" w14:textId="77777777" w:rsidR="0064373D" w:rsidRPr="003E7F57" w:rsidRDefault="0064373D" w:rsidP="00444D4C">
            <w:pPr>
              <w:spacing w:before="240"/>
              <w:ind w:right="167"/>
              <w:rPr>
                <w:rFonts w:ascii="Atkinson Hyperlegible" w:hAnsi="Atkinson Hyperlegible" w:cs="Calibri Light"/>
                <w:b/>
                <w:szCs w:val="20"/>
                <w:lang w:val="nl-NL"/>
              </w:rPr>
            </w:pPr>
            <w:r w:rsidRPr="005751AA">
              <w:rPr>
                <w:rStyle w:val="Heading1Char"/>
                <w:sz w:val="42"/>
                <w:szCs w:val="42"/>
                <w:lang w:val="nl-NL"/>
              </w:rPr>
              <w:lastRenderedPageBreak/>
              <w:t>Koppelkaart</w:t>
            </w:r>
            <w:r>
              <w:rPr>
                <w:rStyle w:val="Heading1Char"/>
                <w:rFonts w:eastAsia="Myriad Pro"/>
                <w:lang w:val="nl-NL"/>
              </w:rPr>
              <w:t xml:space="preserve"> </w:t>
            </w:r>
            <w:r w:rsidRPr="00594874">
              <w:rPr>
                <w:rFonts w:ascii="Atkinson Hyperlegible" w:hAnsi="Atkinson Hyperlegible" w:cs="Calibri Light"/>
                <w:bCs/>
                <w:sz w:val="22"/>
                <w:lang w:val="nl-NL"/>
              </w:rPr>
              <w:t>Start vanuit vooraf opgesteld leerdoel</w:t>
            </w:r>
          </w:p>
        </w:tc>
      </w:tr>
      <w:tr w:rsidR="0064373D" w:rsidRPr="003E7F57" w14:paraId="71FEA6CD" w14:textId="77777777" w:rsidTr="00B64A08">
        <w:trPr>
          <w:trHeight w:val="220"/>
        </w:trPr>
        <w:tc>
          <w:tcPr>
            <w:tcW w:w="14601" w:type="dxa"/>
            <w:gridSpan w:val="3"/>
          </w:tcPr>
          <w:p w14:paraId="6F57960A" w14:textId="77777777" w:rsidR="0064373D" w:rsidRPr="004566FA" w:rsidRDefault="0064373D" w:rsidP="00444D4C">
            <w:pPr>
              <w:pStyle w:val="Heading1"/>
              <w:spacing w:before="240" w:after="24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Dag/week: </w:t>
            </w:r>
            <w:r>
              <w:rPr>
                <w:b w:val="0"/>
                <w:bCs w:val="0"/>
                <w:lang w:val="nl-NL"/>
              </w:rPr>
              <w:t>&lt;vul in&gt;</w:t>
            </w:r>
          </w:p>
          <w:p w14:paraId="0E23F213" w14:textId="77777777" w:rsidR="0064373D" w:rsidRPr="004566FA" w:rsidRDefault="0064373D" w:rsidP="00444D4C">
            <w:pPr>
              <w:pStyle w:val="Heading1"/>
              <w:spacing w:after="24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Naam: </w:t>
            </w:r>
            <w:r>
              <w:rPr>
                <w:b w:val="0"/>
                <w:bCs w:val="0"/>
                <w:lang w:val="nl-NL"/>
              </w:rPr>
              <w:t>&lt;vul in&gt;</w:t>
            </w:r>
          </w:p>
          <w:p w14:paraId="140A80DF" w14:textId="77777777" w:rsidR="0064373D" w:rsidRPr="004566FA" w:rsidRDefault="0064373D" w:rsidP="00444D4C">
            <w:pPr>
              <w:pStyle w:val="Heading1"/>
              <w:spacing w:after="24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Datum: </w:t>
            </w:r>
            <w:r>
              <w:rPr>
                <w:b w:val="0"/>
                <w:bCs w:val="0"/>
                <w:lang w:val="nl-NL"/>
              </w:rPr>
              <w:t>&lt;vul in&gt;</w:t>
            </w:r>
          </w:p>
        </w:tc>
      </w:tr>
      <w:tr w:rsidR="0064373D" w:rsidRPr="0088369B" w14:paraId="371BC999" w14:textId="77777777" w:rsidTr="00AB2828">
        <w:trPr>
          <w:trHeight w:val="202"/>
        </w:trPr>
        <w:tc>
          <w:tcPr>
            <w:tcW w:w="962" w:type="dxa"/>
            <w:vMerge w:val="restart"/>
            <w:tcBorders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515204BA" w14:textId="77777777" w:rsidR="0064373D" w:rsidRPr="00DC182A" w:rsidRDefault="0064373D" w:rsidP="00444D4C">
            <w:pPr>
              <w:pStyle w:val="Heading1"/>
              <w:jc w:val="center"/>
            </w:pPr>
            <w:proofErr w:type="spellStart"/>
            <w:r w:rsidRPr="004C33CD">
              <w:rPr>
                <w:sz w:val="22"/>
                <w:szCs w:val="32"/>
              </w:rPr>
              <w:t>Terugkomfase</w:t>
            </w:r>
            <w:proofErr w:type="spellEnd"/>
          </w:p>
        </w:tc>
        <w:tc>
          <w:tcPr>
            <w:tcW w:w="6295" w:type="dxa"/>
            <w:tcBorders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8C2FF5" w14:textId="77777777" w:rsidR="0064373D" w:rsidRPr="00DC182A" w:rsidRDefault="0064373D" w:rsidP="00F66FE5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>Wat gin</w:t>
            </w:r>
            <w:r>
              <w:rPr>
                <w:rFonts w:ascii="Atkinson Hyperlegible" w:hAnsi="Atkinson Hyperlegible" w:cs="Calibri Light"/>
                <w:szCs w:val="20"/>
                <w:lang w:val="nl-NL"/>
              </w:rPr>
              <w:t xml:space="preserve">g goed </w:t>
            </w: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 xml:space="preserve">deze week? </w:t>
            </w:r>
            <w:r w:rsidRPr="00DC182A">
              <w:rPr>
                <w:rFonts w:ascii="Atkinson Hyperlegible" w:hAnsi="Atkinson Hyperlegible" w:cs="Calibri Light"/>
                <w:szCs w:val="20"/>
                <w:lang w:val="nl-NL"/>
              </w:rPr>
              <w:t>Welke ervaring was positief?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8A26B" w14:textId="77777777" w:rsidR="0064373D" w:rsidRPr="00EF2684" w:rsidRDefault="0064373D" w:rsidP="00444D4C">
            <w:pPr>
              <w:rPr>
                <w:rFonts w:ascii="Atkinson Hyperlegible" w:hAnsi="Atkinson Hyperlegible" w:cs="Calibri Light"/>
                <w:szCs w:val="20"/>
              </w:rPr>
            </w:pPr>
            <w:r>
              <w:rPr>
                <w:rFonts w:ascii="Atkinson Hyperlegible" w:hAnsi="Atkinson Hyperlegible" w:cs="Calibri Light"/>
                <w:szCs w:val="20"/>
              </w:rPr>
              <w:t>&lt;</w:t>
            </w:r>
            <w:proofErr w:type="spellStart"/>
            <w:r>
              <w:rPr>
                <w:rFonts w:ascii="Atkinson Hyperlegible" w:hAnsi="Atkinson Hyperlegible" w:cs="Calibri Light"/>
                <w:szCs w:val="20"/>
              </w:rPr>
              <w:t>vul</w:t>
            </w:r>
            <w:proofErr w:type="spellEnd"/>
            <w:r>
              <w:rPr>
                <w:rFonts w:ascii="Atkinson Hyperlegible" w:hAnsi="Atkinson Hyperlegible" w:cs="Calibri Light"/>
                <w:szCs w:val="20"/>
              </w:rPr>
              <w:t xml:space="preserve"> in&gt;</w:t>
            </w:r>
          </w:p>
        </w:tc>
      </w:tr>
      <w:tr w:rsidR="0064373D" w:rsidRPr="003F1B6E" w14:paraId="3CB74CC0" w14:textId="77777777" w:rsidTr="00AB2828">
        <w:trPr>
          <w:cantSplit/>
          <w:trHeight w:val="20"/>
        </w:trPr>
        <w:tc>
          <w:tcPr>
            <w:tcW w:w="962" w:type="dxa"/>
            <w:vMerge/>
            <w:tcBorders>
              <w:top w:val="single" w:sz="4" w:space="0" w:color="DBE5F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</w:tcPr>
          <w:p w14:paraId="4011CD8C" w14:textId="77777777" w:rsidR="0064373D" w:rsidRPr="0088369B" w:rsidRDefault="0064373D" w:rsidP="00444D4C">
            <w:pPr>
              <w:pStyle w:val="BodyText"/>
              <w:rPr>
                <w:rFonts w:ascii="Atkinson Hyperlegible" w:hAnsi="Atkinson Hyperlegible" w:cs="Calibri Light"/>
                <w:szCs w:val="20"/>
              </w:rPr>
            </w:pPr>
          </w:p>
        </w:tc>
        <w:tc>
          <w:tcPr>
            <w:tcW w:w="6295" w:type="dxa"/>
            <w:tcBorders>
              <w:top w:val="single" w:sz="4" w:space="0" w:color="DBE5F1"/>
              <w:left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073AF8" w14:textId="77777777" w:rsidR="0064373D" w:rsidRPr="0088369B" w:rsidRDefault="0064373D" w:rsidP="008C2FC6">
            <w:pPr>
              <w:pStyle w:val="BodyText"/>
              <w:rPr>
                <w:rFonts w:ascii="Atkinson Hyperlegible" w:hAnsi="Atkinson Hyperlegible" w:cs="Calibri Light"/>
                <w:b/>
                <w:bCs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 xml:space="preserve">Welk(e) leerdoel(en) staat(n) centraal staat deze week? 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DFE07" w14:textId="77777777" w:rsidR="0064373D" w:rsidRPr="0088369B" w:rsidRDefault="0064373D" w:rsidP="00444D4C">
            <w:pPr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</w:tr>
      <w:tr w:rsidR="0064373D" w:rsidRPr="003F1B6E" w14:paraId="50B4EB50" w14:textId="77777777" w:rsidTr="00AB2828">
        <w:trPr>
          <w:trHeight w:val="20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</w:tcPr>
          <w:p w14:paraId="5F084567" w14:textId="77777777" w:rsidR="0064373D" w:rsidRPr="0088369B" w:rsidRDefault="0064373D" w:rsidP="00444D4C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6295" w:type="dxa"/>
            <w:tcBorders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5B7096" w14:textId="77777777" w:rsidR="0064373D" w:rsidRPr="0088369B" w:rsidRDefault="0064373D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>Welke koppeling heb je hiertoe gemaakt met de theorie?</w:t>
            </w:r>
          </w:p>
          <w:p w14:paraId="5DFB011C" w14:textId="77777777" w:rsidR="0064373D" w:rsidRPr="0088369B" w:rsidRDefault="0064373D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6681E" w14:textId="77777777" w:rsidR="0064373D" w:rsidRPr="0088369B" w:rsidRDefault="0064373D" w:rsidP="00444D4C">
            <w:pPr>
              <w:rPr>
                <w:rFonts w:ascii="Atkinson Hyperlegible" w:hAnsi="Atkinson Hyperlegible" w:cs="Calibri Light"/>
                <w:b/>
                <w:bCs/>
                <w:szCs w:val="20"/>
                <w:lang w:val="nl-NL"/>
              </w:rPr>
            </w:pPr>
          </w:p>
        </w:tc>
      </w:tr>
      <w:tr w:rsidR="0064373D" w:rsidRPr="003F1B6E" w14:paraId="049D872E" w14:textId="77777777" w:rsidTr="00AB2828">
        <w:trPr>
          <w:cantSplit/>
          <w:trHeight w:val="203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</w:tcPr>
          <w:p w14:paraId="47B4408B" w14:textId="77777777" w:rsidR="0064373D" w:rsidRPr="0088369B" w:rsidRDefault="0064373D" w:rsidP="00444D4C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1CE9B0" w14:textId="77777777" w:rsidR="0064373D" w:rsidRPr="0088369B" w:rsidRDefault="0064373D" w:rsidP="008C2FC6">
            <w:pPr>
              <w:pStyle w:val="BodyText"/>
              <w:rPr>
                <w:rFonts w:ascii="Atkinson Hyperlegible" w:hAnsi="Atkinson Hyperlegible" w:cs="Calibri Light"/>
                <w:b/>
                <w:bCs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 xml:space="preserve">Hoe was je van plan je leerdoel(en) (met bijbehorende theorie) om te zetten naar een concrete activiteit? 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DF2EF" w14:textId="77777777" w:rsidR="0064373D" w:rsidRPr="0088369B" w:rsidRDefault="0064373D" w:rsidP="00444D4C">
            <w:pPr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</w:tr>
      <w:tr w:rsidR="0064373D" w:rsidRPr="003F1B6E" w14:paraId="2A10633B" w14:textId="77777777" w:rsidTr="00AB2828">
        <w:trPr>
          <w:trHeight w:val="767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</w:tcPr>
          <w:p w14:paraId="2A57A6B6" w14:textId="77777777" w:rsidR="0064373D" w:rsidRPr="0088369B" w:rsidRDefault="0064373D" w:rsidP="00444D4C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DB8E6C" w14:textId="4ABF97B0" w:rsidR="0064373D" w:rsidRPr="0088369B" w:rsidRDefault="0064373D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>Aan welke competentie werk je hiermee?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F3A510" w14:textId="77777777" w:rsidR="0064373D" w:rsidRPr="0088369B" w:rsidRDefault="0064373D" w:rsidP="00444D4C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64373D" w:rsidRPr="003F1B6E" w14:paraId="63B90C6E" w14:textId="77777777" w:rsidTr="00AB2828">
        <w:trPr>
          <w:cantSplit/>
          <w:trHeight w:val="1860"/>
        </w:trPr>
        <w:tc>
          <w:tcPr>
            <w:tcW w:w="962" w:type="dxa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51BB9132" w14:textId="5081C6FC" w:rsidR="0064373D" w:rsidRPr="0006118E" w:rsidRDefault="0064373D" w:rsidP="00444D4C">
            <w:pPr>
              <w:pStyle w:val="Heading1"/>
              <w:jc w:val="center"/>
              <w:rPr>
                <w:sz w:val="22"/>
                <w:szCs w:val="32"/>
              </w:rPr>
            </w:pPr>
            <w:proofErr w:type="spellStart"/>
            <w:r w:rsidRPr="0006118E">
              <w:rPr>
                <w:sz w:val="22"/>
                <w:szCs w:val="32"/>
              </w:rPr>
              <w:lastRenderedPageBreak/>
              <w:t>Verduidelijkingsfase</w:t>
            </w:r>
            <w:proofErr w:type="spellEnd"/>
          </w:p>
        </w:tc>
        <w:tc>
          <w:tcPr>
            <w:tcW w:w="629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BDFEF0" w14:textId="77777777" w:rsidR="0064373D" w:rsidRPr="0088369B" w:rsidRDefault="0064373D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>Hoe is die concrete activiteit verlopen?</w:t>
            </w:r>
          </w:p>
          <w:p w14:paraId="4AE9F383" w14:textId="77777777" w:rsidR="0064373D" w:rsidRPr="0088369B" w:rsidRDefault="0064373D" w:rsidP="008C2FC6">
            <w:pPr>
              <w:pStyle w:val="BodyText"/>
              <w:numPr>
                <w:ilvl w:val="0"/>
                <w:numId w:val="15"/>
              </w:numPr>
              <w:spacing w:after="0" w:line="240" w:lineRule="auto"/>
              <w:rPr>
                <w:rFonts w:ascii="Atkinson Hyperlegible" w:hAnsi="Atkinson Hyperlegible" w:cs="Calibri Light"/>
                <w:szCs w:val="20"/>
              </w:rPr>
            </w:pPr>
            <w:r w:rsidRPr="0088369B">
              <w:rPr>
                <w:rFonts w:ascii="Atkinson Hyperlegible" w:hAnsi="Atkinson Hyperlegible" w:cs="Calibri Light"/>
                <w:szCs w:val="20"/>
              </w:rPr>
              <w:t>Wat deed je?</w:t>
            </w:r>
          </w:p>
          <w:p w14:paraId="0C2FB685" w14:textId="77777777" w:rsidR="0064373D" w:rsidRPr="0088369B" w:rsidRDefault="0064373D" w:rsidP="008C2FC6">
            <w:pPr>
              <w:pStyle w:val="BodyText"/>
              <w:numPr>
                <w:ilvl w:val="0"/>
                <w:numId w:val="15"/>
              </w:numPr>
              <w:spacing w:after="0" w:line="240" w:lineRule="auto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>Wat deden de leerlingen/ deed de ander?</w:t>
            </w:r>
          </w:p>
          <w:p w14:paraId="1D79BC33" w14:textId="77777777" w:rsidR="0064373D" w:rsidRPr="0088369B" w:rsidRDefault="0064373D" w:rsidP="008C2FC6">
            <w:pPr>
              <w:pStyle w:val="BodyText"/>
              <w:numPr>
                <w:ilvl w:val="0"/>
                <w:numId w:val="15"/>
              </w:numPr>
              <w:spacing w:after="0" w:line="240" w:lineRule="auto"/>
              <w:rPr>
                <w:rFonts w:ascii="Atkinson Hyperlegible" w:hAnsi="Atkinson Hyperlegible" w:cs="Calibri Light"/>
                <w:szCs w:val="20"/>
              </w:rPr>
            </w:pPr>
            <w:r w:rsidRPr="0088369B">
              <w:rPr>
                <w:rFonts w:ascii="Atkinson Hyperlegible" w:hAnsi="Atkinson Hyperlegible" w:cs="Calibri Light"/>
                <w:szCs w:val="20"/>
              </w:rPr>
              <w:t xml:space="preserve">Wat </w:t>
            </w:r>
            <w:proofErr w:type="spellStart"/>
            <w:r w:rsidRPr="0088369B">
              <w:rPr>
                <w:rFonts w:ascii="Atkinson Hyperlegible" w:hAnsi="Atkinson Hyperlegible" w:cs="Calibri Light"/>
                <w:szCs w:val="20"/>
              </w:rPr>
              <w:t>liep</w:t>
            </w:r>
            <w:proofErr w:type="spellEnd"/>
            <w:r w:rsidRPr="0088369B">
              <w:rPr>
                <w:rFonts w:ascii="Atkinson Hyperlegible" w:hAnsi="Atkinson Hyperlegible" w:cs="Calibri Light"/>
                <w:szCs w:val="20"/>
              </w:rPr>
              <w:t xml:space="preserve"> </w:t>
            </w:r>
            <w:proofErr w:type="spellStart"/>
            <w:r w:rsidRPr="0088369B">
              <w:rPr>
                <w:rFonts w:ascii="Atkinson Hyperlegible" w:hAnsi="Atkinson Hyperlegible" w:cs="Calibri Light"/>
                <w:szCs w:val="20"/>
              </w:rPr>
              <w:t>volgens</w:t>
            </w:r>
            <w:proofErr w:type="spellEnd"/>
            <w:r w:rsidRPr="0088369B">
              <w:rPr>
                <w:rFonts w:ascii="Atkinson Hyperlegible" w:hAnsi="Atkinson Hyperlegible" w:cs="Calibri Light"/>
                <w:szCs w:val="20"/>
              </w:rPr>
              <w:t xml:space="preserve"> </w:t>
            </w:r>
            <w:proofErr w:type="spellStart"/>
            <w:r w:rsidRPr="0088369B">
              <w:rPr>
                <w:rFonts w:ascii="Atkinson Hyperlegible" w:hAnsi="Atkinson Hyperlegible" w:cs="Calibri Light"/>
                <w:szCs w:val="20"/>
              </w:rPr>
              <w:t>verwachting</w:t>
            </w:r>
            <w:proofErr w:type="spellEnd"/>
            <w:r w:rsidRPr="0088369B">
              <w:rPr>
                <w:rFonts w:ascii="Atkinson Hyperlegible" w:hAnsi="Atkinson Hyperlegible" w:cs="Calibri Light"/>
                <w:szCs w:val="20"/>
              </w:rPr>
              <w:t>?</w:t>
            </w:r>
          </w:p>
          <w:p w14:paraId="6235A6A0" w14:textId="77777777" w:rsidR="0064373D" w:rsidRPr="0088369B" w:rsidRDefault="0064373D" w:rsidP="008C2FC6">
            <w:pPr>
              <w:pStyle w:val="BodyText"/>
              <w:numPr>
                <w:ilvl w:val="0"/>
                <w:numId w:val="15"/>
              </w:numPr>
              <w:spacing w:after="0" w:line="240" w:lineRule="auto"/>
              <w:rPr>
                <w:rFonts w:ascii="Atkinson Hyperlegible" w:hAnsi="Atkinson Hyperlegible" w:cs="Calibri Light"/>
                <w:szCs w:val="20"/>
              </w:rPr>
            </w:pPr>
            <w:r w:rsidRPr="0088369B">
              <w:rPr>
                <w:rFonts w:ascii="Atkinson Hyperlegible" w:hAnsi="Atkinson Hyperlegible" w:cs="Calibri Light"/>
                <w:szCs w:val="20"/>
              </w:rPr>
              <w:t xml:space="preserve">Wat </w:t>
            </w:r>
            <w:proofErr w:type="spellStart"/>
            <w:r w:rsidRPr="0088369B">
              <w:rPr>
                <w:rFonts w:ascii="Atkinson Hyperlegible" w:hAnsi="Atkinson Hyperlegible" w:cs="Calibri Light"/>
                <w:szCs w:val="20"/>
              </w:rPr>
              <w:t>niet</w:t>
            </w:r>
            <w:proofErr w:type="spellEnd"/>
            <w:r w:rsidRPr="0088369B">
              <w:rPr>
                <w:rFonts w:ascii="Atkinson Hyperlegible" w:hAnsi="Atkinson Hyperlegible" w:cs="Calibri Light"/>
                <w:szCs w:val="20"/>
              </w:rPr>
              <w:t>?</w:t>
            </w:r>
          </w:p>
          <w:p w14:paraId="10E223F5" w14:textId="71504B46" w:rsidR="00FC175F" w:rsidRDefault="0064373D" w:rsidP="008C2FC6">
            <w:pPr>
              <w:pStyle w:val="BodyText"/>
              <w:numPr>
                <w:ilvl w:val="0"/>
                <w:numId w:val="15"/>
              </w:numPr>
              <w:spacing w:after="0" w:line="240" w:lineRule="auto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88369B">
              <w:rPr>
                <w:rFonts w:ascii="Atkinson Hyperlegible" w:hAnsi="Atkinson Hyperlegible" w:cs="Calibri Light"/>
                <w:szCs w:val="20"/>
                <w:lang w:val="nl-NL"/>
              </w:rPr>
              <w:t>Heb je de theorie als beschreven toegepast?</w:t>
            </w:r>
          </w:p>
          <w:p w14:paraId="2B8A12E5" w14:textId="77777777" w:rsidR="00CE6D05" w:rsidRDefault="00CE6D05" w:rsidP="00CE6D05">
            <w:pPr>
              <w:pStyle w:val="BodyText"/>
              <w:spacing w:after="0" w:line="240" w:lineRule="auto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  <w:p w14:paraId="05C9822A" w14:textId="77777777" w:rsidR="00CE6D05" w:rsidRPr="00977B27" w:rsidRDefault="00CE6D05" w:rsidP="00CE6D05">
            <w:pPr>
              <w:pStyle w:val="BodyText"/>
              <w:spacing w:after="0" w:line="240" w:lineRule="auto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  <w:p w14:paraId="3F462782" w14:textId="77777777" w:rsidR="00FC175F" w:rsidRPr="0088369B" w:rsidRDefault="00FC175F" w:rsidP="008C2FC6">
            <w:pPr>
              <w:pStyle w:val="BodyText"/>
              <w:spacing w:after="0" w:line="240" w:lineRule="auto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688D6" w14:textId="77777777" w:rsidR="0064373D" w:rsidRPr="0088369B" w:rsidRDefault="0064373D" w:rsidP="00444D4C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  <w:p w14:paraId="559C2EB7" w14:textId="77777777" w:rsidR="0064373D" w:rsidRPr="0088369B" w:rsidRDefault="0064373D" w:rsidP="00444D4C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1C6B15" w:rsidRPr="003F1B6E" w14:paraId="160A6A6C" w14:textId="77777777" w:rsidTr="00AB2828">
        <w:trPr>
          <w:cantSplit/>
          <w:trHeight w:val="235"/>
        </w:trPr>
        <w:tc>
          <w:tcPr>
            <w:tcW w:w="962" w:type="dxa"/>
            <w:vMerge w:val="restart"/>
            <w:tcBorders>
              <w:top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6346CF95" w14:textId="0DF979F7" w:rsidR="001C6B15" w:rsidRPr="0006118E" w:rsidRDefault="001C6B15" w:rsidP="00CE6D05">
            <w:pPr>
              <w:pStyle w:val="Heading1"/>
              <w:jc w:val="center"/>
              <w:rPr>
                <w:sz w:val="22"/>
                <w:szCs w:val="32"/>
              </w:rPr>
            </w:pPr>
            <w:proofErr w:type="spellStart"/>
            <w:r w:rsidRPr="006349C9">
              <w:rPr>
                <w:sz w:val="22"/>
                <w:szCs w:val="32"/>
              </w:rPr>
              <w:t>Aandachtspunten</w:t>
            </w:r>
            <w:r w:rsidR="00CE6D05">
              <w:rPr>
                <w:sz w:val="22"/>
                <w:szCs w:val="32"/>
              </w:rPr>
              <w:t>f</w:t>
            </w:r>
            <w:r w:rsidRPr="006349C9">
              <w:rPr>
                <w:sz w:val="22"/>
                <w:szCs w:val="32"/>
              </w:rPr>
              <w:t>ase</w:t>
            </w:r>
            <w:proofErr w:type="spellEnd"/>
          </w:p>
        </w:tc>
        <w:tc>
          <w:tcPr>
            <w:tcW w:w="629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967A72" w14:textId="507C6A7A" w:rsidR="001C6B15" w:rsidRPr="0088369B" w:rsidRDefault="001C6B15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5649C">
              <w:rPr>
                <w:rFonts w:ascii="Atkinson Hyperlegible" w:hAnsi="Atkinson Hyperlegible" w:cs="Calibri Light"/>
                <w:szCs w:val="20"/>
                <w:lang w:val="nl-NL"/>
              </w:rPr>
              <w:t>Heb je met je handelen bereikt wat je beoogde?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42FCB" w14:textId="77777777" w:rsidR="001C6B15" w:rsidRPr="0088369B" w:rsidRDefault="001C6B15" w:rsidP="00444D4C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1C6B15" w:rsidRPr="003F1B6E" w14:paraId="3919F824" w14:textId="77777777" w:rsidTr="00AB2828">
        <w:trPr>
          <w:cantSplit/>
          <w:trHeight w:val="124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2E248B96" w14:textId="77777777" w:rsidR="001C6B15" w:rsidRPr="001C6B15" w:rsidRDefault="001C6B15" w:rsidP="006349C9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0BCD7D" w14:textId="342533E9" w:rsidR="001C6B15" w:rsidRPr="0035649C" w:rsidRDefault="001C6B15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5649C">
              <w:rPr>
                <w:rFonts w:ascii="Atkinson Hyperlegible" w:hAnsi="Atkinson Hyperlegible" w:cs="Calibri Light"/>
                <w:szCs w:val="20"/>
                <w:lang w:val="nl-NL"/>
              </w:rPr>
              <w:t>Hoe kwam het dat je wel</w:t>
            </w:r>
            <w:r>
              <w:rPr>
                <w:rFonts w:ascii="Atkinson Hyperlegible" w:hAnsi="Atkinson Hyperlegible" w:cs="Calibri Light"/>
                <w:szCs w:val="20"/>
                <w:lang w:val="nl-NL"/>
              </w:rPr>
              <w:t>/</w:t>
            </w:r>
            <w:r w:rsidRPr="0035649C">
              <w:rPr>
                <w:rFonts w:ascii="Atkinson Hyperlegible" w:hAnsi="Atkinson Hyperlegible" w:cs="Calibri Light"/>
                <w:szCs w:val="20"/>
                <w:lang w:val="nl-NL"/>
              </w:rPr>
              <w:t>niet succesvol was?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6FFA4" w14:textId="77777777" w:rsidR="001C6B15" w:rsidRPr="0088369B" w:rsidRDefault="001C6B15" w:rsidP="00444D4C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1C6B15" w:rsidRPr="0088369B" w14:paraId="1B91B086" w14:textId="77777777" w:rsidTr="00AB2828">
        <w:trPr>
          <w:cantSplit/>
          <w:trHeight w:val="160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48E15D0A" w14:textId="77777777" w:rsidR="001C6B15" w:rsidRPr="009E7500" w:rsidRDefault="001C6B15" w:rsidP="006349C9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B2AF1" w14:textId="7479DE37" w:rsidR="001C6B15" w:rsidRPr="0035649C" w:rsidRDefault="001C6B15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5649C">
              <w:rPr>
                <w:rFonts w:ascii="Atkinson Hyperlegible" w:hAnsi="Atkinson Hyperlegible" w:cs="Calibri Light"/>
                <w:szCs w:val="20"/>
                <w:lang w:val="nl-NL"/>
              </w:rPr>
              <w:t>Wat heeft meer aandacht nodig?</w:t>
            </w:r>
            <w:r>
              <w:rPr>
                <w:rFonts w:ascii="Atkinson Hyperlegible" w:hAnsi="Atkinson Hyperlegible" w:cs="Calibri Light"/>
                <w:szCs w:val="20"/>
                <w:lang w:val="nl-NL"/>
              </w:rPr>
              <w:t xml:space="preserve"> </w:t>
            </w:r>
            <w:r w:rsidRPr="0035649C">
              <w:rPr>
                <w:rFonts w:ascii="Atkinson Hyperlegible" w:hAnsi="Atkinson Hyperlegible" w:cs="Calibri Light"/>
                <w:szCs w:val="20"/>
                <w:lang w:val="nl-NL"/>
              </w:rPr>
              <w:t xml:space="preserve">Welke verbeterpunten zijn er? 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B1F05" w14:textId="77777777" w:rsidR="001C6B15" w:rsidRPr="0088369B" w:rsidRDefault="001C6B15" w:rsidP="00444D4C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1C6B15" w:rsidRPr="003F1B6E" w14:paraId="067188E7" w14:textId="77777777" w:rsidTr="00AB2828">
        <w:trPr>
          <w:cantSplit/>
          <w:trHeight w:val="196"/>
        </w:trPr>
        <w:tc>
          <w:tcPr>
            <w:tcW w:w="962" w:type="dxa"/>
            <w:vMerge/>
            <w:tcBorders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0DBD0B65" w14:textId="77777777" w:rsidR="001C6B15" w:rsidRPr="001C6B15" w:rsidRDefault="001C6B15" w:rsidP="00EF5D1C">
            <w:pPr>
              <w:pStyle w:val="Heading1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12A170" w14:textId="77777777" w:rsidR="001C6B15" w:rsidRDefault="001C6B15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5649C">
              <w:rPr>
                <w:rFonts w:ascii="Atkinson Hyperlegible" w:hAnsi="Atkinson Hyperlegible" w:cs="Calibri Light"/>
                <w:szCs w:val="20"/>
                <w:lang w:val="nl-NL"/>
              </w:rPr>
              <w:t>Wat heb je al ingezet en wil je blijven inzetten?</w:t>
            </w:r>
          </w:p>
          <w:p w14:paraId="286AD23F" w14:textId="107566EE" w:rsidR="00CE6D05" w:rsidRPr="0035649C" w:rsidRDefault="00CE6D05" w:rsidP="008C2FC6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08957" w14:textId="77777777" w:rsidR="001C6B15" w:rsidRPr="0088369B" w:rsidRDefault="001C6B15" w:rsidP="00444D4C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A0E33" w:rsidRPr="003F1B6E" w14:paraId="4FD0F546" w14:textId="77777777" w:rsidTr="00AB2828">
        <w:trPr>
          <w:cantSplit/>
          <w:trHeight w:val="421"/>
        </w:trPr>
        <w:tc>
          <w:tcPr>
            <w:tcW w:w="962" w:type="dxa"/>
            <w:vMerge w:val="restart"/>
            <w:tcBorders>
              <w:top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757B1581" w14:textId="30226124" w:rsidR="00FA0E33" w:rsidRPr="006349C9" w:rsidRDefault="00FA0E33" w:rsidP="00FA606A">
            <w:pPr>
              <w:pStyle w:val="Heading1"/>
              <w:jc w:val="center"/>
              <w:rPr>
                <w:sz w:val="22"/>
                <w:szCs w:val="32"/>
              </w:rPr>
            </w:pPr>
            <w:proofErr w:type="spellStart"/>
            <w:r w:rsidRPr="00244321">
              <w:rPr>
                <w:sz w:val="22"/>
                <w:szCs w:val="32"/>
              </w:rPr>
              <w:t>Alternatievenfase</w:t>
            </w:r>
            <w:proofErr w:type="spellEnd"/>
          </w:p>
        </w:tc>
        <w:tc>
          <w:tcPr>
            <w:tcW w:w="629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4EAFB" w14:textId="1A4C3736" w:rsidR="00FA0E33" w:rsidRPr="004523CA" w:rsidRDefault="00FA0E33" w:rsidP="00FA606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523CA">
              <w:rPr>
                <w:rFonts w:ascii="Atkinson Hyperlegible" w:hAnsi="Atkinson Hyperlegible" w:cs="Calibri Light"/>
                <w:szCs w:val="20"/>
                <w:lang w:val="nl-NL"/>
              </w:rPr>
              <w:t xml:space="preserve">Welke theorie kun je gebruiken om je leerdoel te ondersteunen/doorontwikkelen? 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74F11" w14:textId="77777777" w:rsidR="00FA0E33" w:rsidRPr="004523CA" w:rsidRDefault="00FA0E33" w:rsidP="00FA606A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A0E33" w:rsidRPr="003F1B6E" w14:paraId="7A7D4A73" w14:textId="77777777" w:rsidTr="00AB2828">
        <w:trPr>
          <w:cantSplit/>
          <w:trHeight w:val="136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2931E9DA" w14:textId="77777777" w:rsidR="00FA0E33" w:rsidRPr="009E7500" w:rsidRDefault="00FA0E33" w:rsidP="00FA606A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E50F0F" w14:textId="7451B523" w:rsidR="00FA0E33" w:rsidRPr="004523CA" w:rsidRDefault="00FA0E33" w:rsidP="00FA606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523CA">
              <w:rPr>
                <w:rFonts w:ascii="Atkinson Hyperlegible" w:hAnsi="Atkinson Hyperlegible" w:cs="Calibri Light"/>
                <w:szCs w:val="20"/>
                <w:lang w:val="nl-NL"/>
              </w:rPr>
              <w:t>Welk alternatief voor je handelen kun je vinden m.b.v. die theorie?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7F9B80" w14:textId="77777777" w:rsidR="00FA0E33" w:rsidRPr="004523CA" w:rsidRDefault="00FA0E33" w:rsidP="00FA606A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A0E33" w:rsidRPr="003F1B6E" w14:paraId="53186EC0" w14:textId="77777777" w:rsidTr="006A15C7">
        <w:trPr>
          <w:cantSplit/>
          <w:trHeight w:val="557"/>
        </w:trPr>
        <w:tc>
          <w:tcPr>
            <w:tcW w:w="962" w:type="dxa"/>
            <w:vMerge/>
            <w:tcBorders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35A8BE0A" w14:textId="77777777" w:rsidR="00FA0E33" w:rsidRPr="001C4C48" w:rsidRDefault="00FA0E33" w:rsidP="001C4C48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left w:val="single" w:sz="36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3B129" w14:textId="77777777" w:rsidR="00FA0E33" w:rsidRDefault="00FA0E33" w:rsidP="001C4C48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523CA">
              <w:rPr>
                <w:rFonts w:ascii="Atkinson Hyperlegible" w:hAnsi="Atkinson Hyperlegible" w:cs="Calibri Light"/>
                <w:szCs w:val="20"/>
                <w:lang w:val="nl-NL"/>
              </w:rPr>
              <w:t>Welke keuze maak je in de alternatieven en waarom?</w:t>
            </w:r>
          </w:p>
          <w:p w14:paraId="566D800C" w14:textId="77777777" w:rsidR="0085279F" w:rsidRDefault="0085279F" w:rsidP="001C4C48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  <w:p w14:paraId="258F610C" w14:textId="311B704E" w:rsidR="00BD53EE" w:rsidRPr="004523CA" w:rsidRDefault="00BD53EE" w:rsidP="001C4C48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AE24E" w14:textId="77777777" w:rsidR="00FA0E33" w:rsidRPr="004523CA" w:rsidRDefault="00FA0E33" w:rsidP="001C4C48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73C7C" w:rsidRPr="0088369B" w14:paraId="2DA59A26" w14:textId="77777777" w:rsidTr="006A15C7">
        <w:trPr>
          <w:cantSplit/>
          <w:trHeight w:val="760"/>
        </w:trPr>
        <w:tc>
          <w:tcPr>
            <w:tcW w:w="962" w:type="dxa"/>
            <w:vMerge w:val="restart"/>
            <w:tcBorders>
              <w:top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372B2FBA" w14:textId="5D00A8EF" w:rsidR="00F73C7C" w:rsidRPr="00244321" w:rsidRDefault="00F73C7C" w:rsidP="001C4C48">
            <w:pPr>
              <w:pStyle w:val="Heading1"/>
              <w:jc w:val="center"/>
              <w:rPr>
                <w:sz w:val="22"/>
                <w:szCs w:val="32"/>
              </w:rPr>
            </w:pPr>
            <w:proofErr w:type="spellStart"/>
            <w:r w:rsidRPr="005B1FB9">
              <w:rPr>
                <w:sz w:val="22"/>
                <w:szCs w:val="32"/>
              </w:rPr>
              <w:lastRenderedPageBreak/>
              <w:t>Afsprakenfase</w:t>
            </w:r>
            <w:proofErr w:type="spellEnd"/>
            <w:r w:rsidR="00BD53EE">
              <w:rPr>
                <w:sz w:val="22"/>
                <w:szCs w:val="32"/>
              </w:rPr>
              <w:t xml:space="preserve"> </w:t>
            </w:r>
            <w:proofErr w:type="spellStart"/>
            <w:r w:rsidR="00BD53EE">
              <w:rPr>
                <w:sz w:val="22"/>
                <w:szCs w:val="32"/>
              </w:rPr>
              <w:t>en</w:t>
            </w:r>
            <w:proofErr w:type="spellEnd"/>
            <w:r w:rsidR="00BD53EE">
              <w:rPr>
                <w:sz w:val="22"/>
                <w:szCs w:val="32"/>
              </w:rPr>
              <w:t xml:space="preserve"> </w:t>
            </w:r>
            <w:proofErr w:type="spellStart"/>
            <w:r w:rsidR="00BD53EE">
              <w:rPr>
                <w:sz w:val="22"/>
                <w:szCs w:val="32"/>
              </w:rPr>
              <w:t>vooruitblik</w:t>
            </w:r>
            <w:proofErr w:type="spellEnd"/>
          </w:p>
        </w:tc>
        <w:tc>
          <w:tcPr>
            <w:tcW w:w="629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2B410" w14:textId="772EFD40" w:rsidR="00F73C7C" w:rsidRPr="004523CA" w:rsidRDefault="00F73C7C" w:rsidP="003B0175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B0175">
              <w:rPr>
                <w:rFonts w:ascii="Atkinson Hyperlegible" w:hAnsi="Atkinson Hyperlegible" w:cs="Calibri Light"/>
                <w:szCs w:val="20"/>
                <w:lang w:val="nl-NL"/>
              </w:rPr>
              <w:t>Hoe ga je het behaalde/nog te behalen leerdoel opnemen in je portfolio, leerwerkplan, evaluatie of…</w:t>
            </w:r>
            <w:r>
              <w:rPr>
                <w:rFonts w:ascii="Atkinson Hyperlegible" w:hAnsi="Atkinson Hyperlegible" w:cs="Calibri Light"/>
                <w:szCs w:val="20"/>
                <w:lang w:val="nl-NL"/>
              </w:rPr>
              <w:t xml:space="preserve">? </w:t>
            </w:r>
            <w:r w:rsidRPr="003B0175">
              <w:rPr>
                <w:rFonts w:ascii="Atkinson Hyperlegible" w:hAnsi="Atkinson Hyperlegible" w:cs="Calibri Light"/>
                <w:szCs w:val="20"/>
                <w:lang w:val="nl-NL"/>
              </w:rPr>
              <w:t>Naar welke theorie verwijs je dan?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28ADA" w14:textId="77777777" w:rsidR="00F73C7C" w:rsidRPr="004523CA" w:rsidRDefault="00F73C7C" w:rsidP="001C4C48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73C7C" w:rsidRPr="003F1B6E" w14:paraId="15B25CE3" w14:textId="77777777" w:rsidTr="006A15C7">
        <w:trPr>
          <w:cantSplit/>
          <w:trHeight w:val="375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7BFC7031" w14:textId="77777777" w:rsidR="00F73C7C" w:rsidRPr="00FA606A" w:rsidRDefault="00F73C7C" w:rsidP="001C4C48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904EF" w14:textId="158D704E" w:rsidR="00F73C7C" w:rsidRPr="004523CA" w:rsidRDefault="003F2D94" w:rsidP="003F555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B0175">
              <w:rPr>
                <w:rFonts w:ascii="Atkinson Hyperlegible" w:hAnsi="Atkinson Hyperlegible" w:cs="Calibri Light"/>
                <w:szCs w:val="20"/>
                <w:lang w:val="nl-NL"/>
              </w:rPr>
              <w:t xml:space="preserve">Wat is het leerdoel/zijn de leerdoelen voor de volgende keer? </w:t>
            </w:r>
            <w:r>
              <w:rPr>
                <w:rFonts w:ascii="Atkinson Hyperlegible" w:hAnsi="Atkinson Hyperlegible" w:cs="Calibri Light"/>
                <w:szCs w:val="20"/>
                <w:lang w:val="nl-NL"/>
              </w:rPr>
              <w:t>Is/zijn dit dezelfde of andere?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F057D" w14:textId="77777777" w:rsidR="00F73C7C" w:rsidRPr="004523CA" w:rsidRDefault="00F73C7C" w:rsidP="001C4C48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73C7C" w:rsidRPr="003F1B6E" w14:paraId="223D7B92" w14:textId="77777777" w:rsidTr="006A15C7">
        <w:trPr>
          <w:cantSplit/>
          <w:trHeight w:val="85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75165A35" w14:textId="77777777" w:rsidR="00F73C7C" w:rsidRPr="00FA606A" w:rsidRDefault="00F73C7C" w:rsidP="001C4C48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F8FBF" w14:textId="22BE314A" w:rsidR="00F73C7C" w:rsidRPr="004523CA" w:rsidRDefault="00F73C7C" w:rsidP="003F555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B0175">
              <w:rPr>
                <w:rFonts w:ascii="Atkinson Hyperlegible" w:hAnsi="Atkinson Hyperlegible" w:cs="Calibri Light"/>
                <w:szCs w:val="20"/>
                <w:lang w:val="nl-NL"/>
              </w:rPr>
              <w:t>Welke theorie ga je hiervoor inzetten?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8A9331" w14:textId="77777777" w:rsidR="00F73C7C" w:rsidRPr="004523CA" w:rsidRDefault="00F73C7C" w:rsidP="001C4C48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73C7C" w:rsidRPr="003F1B6E" w14:paraId="7D5638C4" w14:textId="77777777" w:rsidTr="006A15C7">
        <w:trPr>
          <w:cantSplit/>
          <w:trHeight w:val="85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17C17D6C" w14:textId="77777777" w:rsidR="00F73C7C" w:rsidRPr="00FA606A" w:rsidRDefault="00F73C7C" w:rsidP="001C4C48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54D21" w14:textId="702A5D9A" w:rsidR="00F73C7C" w:rsidRPr="004523CA" w:rsidRDefault="00F73C7C" w:rsidP="003F555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B0175">
              <w:rPr>
                <w:rFonts w:ascii="Atkinson Hyperlegible" w:hAnsi="Atkinson Hyperlegible" w:cs="Calibri Light"/>
                <w:szCs w:val="20"/>
                <w:lang w:val="nl-NL"/>
              </w:rPr>
              <w:t>Hoe sluit dit aan bij je leerdoelen in je leerwerkplan?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9CF456" w14:textId="77777777" w:rsidR="00F73C7C" w:rsidRPr="004523CA" w:rsidRDefault="00F73C7C" w:rsidP="001C4C48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73C7C" w:rsidRPr="003F1B6E" w14:paraId="06AF4D77" w14:textId="77777777" w:rsidTr="006A15C7">
        <w:trPr>
          <w:cantSplit/>
          <w:trHeight w:val="240"/>
        </w:trPr>
        <w:tc>
          <w:tcPr>
            <w:tcW w:w="962" w:type="dxa"/>
            <w:vMerge/>
            <w:tcBorders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4F81BD" w:themeFill="accent1"/>
            <w:textDirection w:val="btLr"/>
            <w:vAlign w:val="center"/>
          </w:tcPr>
          <w:p w14:paraId="4262FA5B" w14:textId="77777777" w:rsidR="00F73C7C" w:rsidRPr="00FA606A" w:rsidRDefault="00F73C7C" w:rsidP="001C4C48">
            <w:pPr>
              <w:pStyle w:val="Heading1"/>
              <w:jc w:val="center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B4EE5" w14:textId="5B4B5501" w:rsidR="00F73C7C" w:rsidRPr="004523CA" w:rsidRDefault="00F564AC" w:rsidP="001C4C48">
            <w:pPr>
              <w:pStyle w:val="Header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B0175">
              <w:rPr>
                <w:rFonts w:ascii="Atkinson Hyperlegible" w:hAnsi="Atkinson Hyperlegible" w:cs="Calibri Light"/>
                <w:szCs w:val="20"/>
                <w:lang w:val="nl-NL"/>
              </w:rPr>
              <w:t>Welke concrete activiteit ga je aan je (nieuwe) leerdoel koppelen?</w:t>
            </w:r>
          </w:p>
        </w:tc>
        <w:tc>
          <w:tcPr>
            <w:tcW w:w="7344" w:type="dxa"/>
            <w:tcBorders>
              <w:top w:val="single" w:sz="4" w:space="0" w:color="DBE5F1"/>
              <w:left w:val="single" w:sz="4" w:space="0" w:color="FFFFFF" w:themeColor="background1"/>
              <w:bottom w:val="single" w:sz="4" w:space="0" w:color="DBE5F1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E9F3B" w14:textId="77777777" w:rsidR="00F73C7C" w:rsidRPr="004523CA" w:rsidRDefault="00F73C7C" w:rsidP="001C4C48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</w:tbl>
    <w:p w14:paraId="2DE82D15" w14:textId="77777777" w:rsidR="00703A23" w:rsidRPr="0064373D" w:rsidRDefault="00703A23" w:rsidP="00AC4488">
      <w:pPr>
        <w:pStyle w:val="Body"/>
        <w:rPr>
          <w:lang w:val="nl-NL"/>
        </w:rPr>
      </w:pPr>
    </w:p>
    <w:p w14:paraId="3F164CC8" w14:textId="77777777" w:rsidR="00703A23" w:rsidRPr="0064373D" w:rsidRDefault="00703A23" w:rsidP="00AC4488">
      <w:pPr>
        <w:pStyle w:val="Body"/>
        <w:rPr>
          <w:lang w:val="nl-NL"/>
        </w:rPr>
      </w:pPr>
    </w:p>
    <w:p w14:paraId="3B17160A" w14:textId="77777777" w:rsidR="00703A23" w:rsidRDefault="00703A23" w:rsidP="00AC4488">
      <w:pPr>
        <w:pStyle w:val="Body"/>
        <w:rPr>
          <w:lang w:val="nl-NL"/>
        </w:rPr>
      </w:pPr>
    </w:p>
    <w:p w14:paraId="6C3CBF5E" w14:textId="77777777" w:rsidR="00517880" w:rsidRDefault="00517880" w:rsidP="00AC4488">
      <w:pPr>
        <w:pStyle w:val="Body"/>
        <w:rPr>
          <w:lang w:val="nl-NL"/>
        </w:rPr>
      </w:pPr>
    </w:p>
    <w:p w14:paraId="4AF670F7" w14:textId="77777777" w:rsidR="00517880" w:rsidRDefault="00517880" w:rsidP="00AC4488">
      <w:pPr>
        <w:pStyle w:val="Body"/>
        <w:rPr>
          <w:lang w:val="nl-NL"/>
        </w:rPr>
      </w:pPr>
    </w:p>
    <w:p w14:paraId="3F24ECBF" w14:textId="77777777" w:rsidR="00517880" w:rsidRDefault="00517880" w:rsidP="00AC4488">
      <w:pPr>
        <w:pStyle w:val="Body"/>
        <w:rPr>
          <w:lang w:val="nl-NL"/>
        </w:rPr>
      </w:pPr>
    </w:p>
    <w:p w14:paraId="0A7B4D93" w14:textId="77777777" w:rsidR="00517880" w:rsidRDefault="00517880" w:rsidP="00AC4488">
      <w:pPr>
        <w:pStyle w:val="Body"/>
        <w:rPr>
          <w:lang w:val="nl-NL"/>
        </w:rPr>
      </w:pPr>
    </w:p>
    <w:p w14:paraId="54F0C652" w14:textId="77777777" w:rsidR="00517880" w:rsidRDefault="00517880" w:rsidP="00AC4488">
      <w:pPr>
        <w:pStyle w:val="Body"/>
        <w:rPr>
          <w:lang w:val="nl-NL"/>
        </w:rPr>
      </w:pPr>
    </w:p>
    <w:p w14:paraId="5F32F6CF" w14:textId="77777777" w:rsidR="00517880" w:rsidRDefault="00517880" w:rsidP="00AC4488">
      <w:pPr>
        <w:pStyle w:val="Body"/>
        <w:rPr>
          <w:lang w:val="nl-NL"/>
        </w:rPr>
      </w:pPr>
    </w:p>
    <w:p w14:paraId="68711B01" w14:textId="77777777" w:rsidR="00517880" w:rsidRDefault="00517880" w:rsidP="00AC4488">
      <w:pPr>
        <w:pStyle w:val="Body"/>
        <w:rPr>
          <w:lang w:val="nl-NL"/>
        </w:rPr>
      </w:pPr>
    </w:p>
    <w:p w14:paraId="093F0DDE" w14:textId="77777777" w:rsidR="00517880" w:rsidRDefault="00517880" w:rsidP="00AC4488">
      <w:pPr>
        <w:pStyle w:val="Body"/>
        <w:rPr>
          <w:lang w:val="nl-NL"/>
        </w:rPr>
      </w:pPr>
    </w:p>
    <w:tbl>
      <w:tblPr>
        <w:tblW w:w="14601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2"/>
        <w:gridCol w:w="6295"/>
        <w:gridCol w:w="7344"/>
      </w:tblGrid>
      <w:tr w:rsidR="00B1156E" w:rsidRPr="003F1B6E" w14:paraId="65F8CC62" w14:textId="77777777" w:rsidTr="00397DD1">
        <w:trPr>
          <w:trHeight w:val="220"/>
        </w:trPr>
        <w:tc>
          <w:tcPr>
            <w:tcW w:w="14601" w:type="dxa"/>
            <w:gridSpan w:val="3"/>
            <w:shd w:val="clear" w:color="auto" w:fill="E27B3B"/>
          </w:tcPr>
          <w:p w14:paraId="649C9479" w14:textId="77777777" w:rsidR="00B1156E" w:rsidRPr="003E7F57" w:rsidRDefault="00B1156E" w:rsidP="00444D4C">
            <w:pPr>
              <w:spacing w:before="240"/>
              <w:ind w:right="167"/>
              <w:rPr>
                <w:rFonts w:ascii="Atkinson Hyperlegible" w:hAnsi="Atkinson Hyperlegible" w:cs="Calibri Light"/>
                <w:b/>
                <w:szCs w:val="20"/>
                <w:lang w:val="nl-NL"/>
              </w:rPr>
            </w:pPr>
            <w:r w:rsidRPr="005751AA">
              <w:rPr>
                <w:rStyle w:val="Heading1Char"/>
                <w:sz w:val="42"/>
                <w:szCs w:val="42"/>
                <w:lang w:val="nl-NL"/>
              </w:rPr>
              <w:t>Koppelkaart</w:t>
            </w:r>
            <w:r>
              <w:rPr>
                <w:rStyle w:val="Heading1Char"/>
                <w:rFonts w:eastAsia="Myriad Pro"/>
                <w:lang w:val="nl-NL"/>
              </w:rPr>
              <w:t xml:space="preserve"> </w:t>
            </w:r>
            <w:r w:rsidRPr="00594874">
              <w:rPr>
                <w:rFonts w:ascii="Atkinson Hyperlegible" w:hAnsi="Atkinson Hyperlegible" w:cs="Calibri Light"/>
                <w:bCs/>
                <w:sz w:val="22"/>
                <w:lang w:val="nl-NL"/>
              </w:rPr>
              <w:t>Start vanuit vooraf opgesteld leerdoel</w:t>
            </w:r>
          </w:p>
        </w:tc>
      </w:tr>
      <w:tr w:rsidR="00B1156E" w:rsidRPr="003E7F57" w14:paraId="4EA14E3C" w14:textId="77777777" w:rsidTr="00444D4C">
        <w:trPr>
          <w:trHeight w:val="220"/>
        </w:trPr>
        <w:tc>
          <w:tcPr>
            <w:tcW w:w="14601" w:type="dxa"/>
            <w:gridSpan w:val="3"/>
          </w:tcPr>
          <w:p w14:paraId="14C5B10F" w14:textId="77777777" w:rsidR="00B1156E" w:rsidRPr="004566FA" w:rsidRDefault="00B1156E" w:rsidP="00444D4C">
            <w:pPr>
              <w:pStyle w:val="Heading1"/>
              <w:spacing w:before="240" w:after="24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Dag/week: </w:t>
            </w:r>
            <w:r>
              <w:rPr>
                <w:b w:val="0"/>
                <w:bCs w:val="0"/>
                <w:lang w:val="nl-NL"/>
              </w:rPr>
              <w:t>&lt;vul in&gt;</w:t>
            </w:r>
          </w:p>
          <w:p w14:paraId="7F263DAC" w14:textId="77777777" w:rsidR="00B1156E" w:rsidRPr="004566FA" w:rsidRDefault="00B1156E" w:rsidP="00444D4C">
            <w:pPr>
              <w:pStyle w:val="Heading1"/>
              <w:spacing w:after="24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Naam: </w:t>
            </w:r>
            <w:r>
              <w:rPr>
                <w:b w:val="0"/>
                <w:bCs w:val="0"/>
                <w:lang w:val="nl-NL"/>
              </w:rPr>
              <w:t>&lt;vul in&gt;</w:t>
            </w:r>
          </w:p>
          <w:p w14:paraId="7918FCA5" w14:textId="77777777" w:rsidR="00B1156E" w:rsidRPr="004566FA" w:rsidRDefault="00B1156E" w:rsidP="00444D4C">
            <w:pPr>
              <w:pStyle w:val="Heading1"/>
              <w:spacing w:after="24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Datum: </w:t>
            </w:r>
            <w:r>
              <w:rPr>
                <w:b w:val="0"/>
                <w:bCs w:val="0"/>
                <w:lang w:val="nl-NL"/>
              </w:rPr>
              <w:t>&lt;vul in&gt;</w:t>
            </w:r>
          </w:p>
        </w:tc>
      </w:tr>
      <w:tr w:rsidR="00B1156E" w:rsidRPr="0088369B" w14:paraId="537EA1F5" w14:textId="77777777" w:rsidTr="00BB1010">
        <w:trPr>
          <w:trHeight w:val="202"/>
        </w:trPr>
        <w:tc>
          <w:tcPr>
            <w:tcW w:w="962" w:type="dxa"/>
            <w:tcBorders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1D433D39" w14:textId="03B6EE1A" w:rsidR="00B1156E" w:rsidRPr="00DC182A" w:rsidRDefault="00B43105" w:rsidP="00444D4C">
            <w:pPr>
              <w:pStyle w:val="Heading1"/>
              <w:jc w:val="center"/>
            </w:pPr>
            <w:r>
              <w:rPr>
                <w:sz w:val="22"/>
                <w:szCs w:val="32"/>
              </w:rPr>
              <w:t xml:space="preserve">Concrete </w:t>
            </w:r>
            <w:proofErr w:type="spellStart"/>
            <w:r>
              <w:rPr>
                <w:sz w:val="22"/>
                <w:szCs w:val="32"/>
              </w:rPr>
              <w:t>ervaring</w:t>
            </w:r>
            <w:proofErr w:type="spellEnd"/>
          </w:p>
        </w:tc>
        <w:tc>
          <w:tcPr>
            <w:tcW w:w="6295" w:type="dxa"/>
            <w:tcBorders>
              <w:left w:val="single" w:sz="36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303BFD" w14:textId="77777777" w:rsidR="004C185C" w:rsidRPr="004C185C" w:rsidRDefault="004C185C" w:rsidP="004C185C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C185C">
              <w:rPr>
                <w:rFonts w:ascii="Atkinson Hyperlegible" w:hAnsi="Atkinson Hyperlegible" w:cs="Calibri Light"/>
                <w:szCs w:val="20"/>
                <w:lang w:val="nl-NL"/>
              </w:rPr>
              <w:t>Beschrijf de concrete ervaring:</w:t>
            </w:r>
          </w:p>
          <w:p w14:paraId="327A033F" w14:textId="621DC341" w:rsidR="004C185C" w:rsidRPr="004C185C" w:rsidRDefault="004C185C" w:rsidP="0048363D">
            <w:pPr>
              <w:pStyle w:val="BodyText"/>
              <w:numPr>
                <w:ilvl w:val="0"/>
                <w:numId w:val="16"/>
              </w:numPr>
              <w:spacing w:after="0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C185C">
              <w:rPr>
                <w:rFonts w:ascii="Atkinson Hyperlegible" w:hAnsi="Atkinson Hyperlegible" w:cs="Calibri Light"/>
                <w:szCs w:val="20"/>
                <w:lang w:val="nl-NL"/>
              </w:rPr>
              <w:t>Wat deed je?</w:t>
            </w:r>
          </w:p>
          <w:p w14:paraId="0DDB536B" w14:textId="180684B3" w:rsidR="004C185C" w:rsidRPr="004C185C" w:rsidRDefault="004C185C" w:rsidP="0048363D">
            <w:pPr>
              <w:pStyle w:val="BodyText"/>
              <w:numPr>
                <w:ilvl w:val="0"/>
                <w:numId w:val="16"/>
              </w:numPr>
              <w:spacing w:after="0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C185C">
              <w:rPr>
                <w:rFonts w:ascii="Atkinson Hyperlegible" w:hAnsi="Atkinson Hyperlegible" w:cs="Calibri Light"/>
                <w:szCs w:val="20"/>
                <w:lang w:val="nl-NL"/>
              </w:rPr>
              <w:t>Wat deden de leerlingen/ deed de ander?</w:t>
            </w:r>
          </w:p>
          <w:p w14:paraId="321BF272" w14:textId="4D1D8F2F" w:rsidR="004C185C" w:rsidRPr="004C185C" w:rsidRDefault="004C185C" w:rsidP="0048363D">
            <w:pPr>
              <w:pStyle w:val="BodyText"/>
              <w:numPr>
                <w:ilvl w:val="0"/>
                <w:numId w:val="16"/>
              </w:numPr>
              <w:spacing w:after="0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C185C">
              <w:rPr>
                <w:rFonts w:ascii="Atkinson Hyperlegible" w:hAnsi="Atkinson Hyperlegible" w:cs="Calibri Light"/>
                <w:szCs w:val="20"/>
                <w:lang w:val="nl-NL"/>
              </w:rPr>
              <w:t>Wat wilde je?</w:t>
            </w:r>
          </w:p>
          <w:p w14:paraId="7530D4F1" w14:textId="020AD4D8" w:rsidR="004C185C" w:rsidRPr="004C185C" w:rsidRDefault="004C185C" w:rsidP="0048363D">
            <w:pPr>
              <w:pStyle w:val="BodyText"/>
              <w:numPr>
                <w:ilvl w:val="0"/>
                <w:numId w:val="16"/>
              </w:numPr>
              <w:spacing w:after="0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C185C">
              <w:rPr>
                <w:rFonts w:ascii="Atkinson Hyperlegible" w:hAnsi="Atkinson Hyperlegible" w:cs="Calibri Light"/>
                <w:szCs w:val="20"/>
                <w:lang w:val="nl-NL"/>
              </w:rPr>
              <w:t>Wat wilden de leerlingen/ wilde de ander?</w:t>
            </w:r>
          </w:p>
          <w:p w14:paraId="6D661BB8" w14:textId="749422FB" w:rsidR="004C185C" w:rsidRPr="004C185C" w:rsidRDefault="004C185C" w:rsidP="0048363D">
            <w:pPr>
              <w:pStyle w:val="BodyText"/>
              <w:numPr>
                <w:ilvl w:val="0"/>
                <w:numId w:val="16"/>
              </w:numPr>
              <w:spacing w:after="0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C185C">
              <w:rPr>
                <w:rFonts w:ascii="Atkinson Hyperlegible" w:hAnsi="Atkinson Hyperlegible" w:cs="Calibri Light"/>
                <w:szCs w:val="20"/>
                <w:lang w:val="nl-NL"/>
              </w:rPr>
              <w:t>Wat gebeurde er, wat zag je?</w:t>
            </w:r>
          </w:p>
          <w:p w14:paraId="37907CFD" w14:textId="73C58413" w:rsidR="00B1156E" w:rsidRPr="00DC182A" w:rsidRDefault="004C185C" w:rsidP="0048363D">
            <w:pPr>
              <w:pStyle w:val="BodyText"/>
              <w:numPr>
                <w:ilvl w:val="0"/>
                <w:numId w:val="16"/>
              </w:numPr>
              <w:spacing w:after="0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4C185C">
              <w:rPr>
                <w:rFonts w:ascii="Atkinson Hyperlegible" w:hAnsi="Atkinson Hyperlegible" w:cs="Calibri Light"/>
                <w:szCs w:val="20"/>
                <w:lang w:val="nl-NL"/>
              </w:rPr>
              <w:t>Wat voelde je?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7C21D" w14:textId="77777777" w:rsidR="00B1156E" w:rsidRPr="00EF2684" w:rsidRDefault="00B1156E" w:rsidP="00444D4C">
            <w:pPr>
              <w:rPr>
                <w:rFonts w:ascii="Atkinson Hyperlegible" w:hAnsi="Atkinson Hyperlegible" w:cs="Calibri Light"/>
                <w:szCs w:val="20"/>
              </w:rPr>
            </w:pPr>
            <w:r>
              <w:rPr>
                <w:rFonts w:ascii="Atkinson Hyperlegible" w:hAnsi="Atkinson Hyperlegible" w:cs="Calibri Light"/>
                <w:szCs w:val="20"/>
              </w:rPr>
              <w:t>&lt;</w:t>
            </w:r>
            <w:proofErr w:type="spellStart"/>
            <w:r>
              <w:rPr>
                <w:rFonts w:ascii="Atkinson Hyperlegible" w:hAnsi="Atkinson Hyperlegible" w:cs="Calibri Light"/>
                <w:szCs w:val="20"/>
              </w:rPr>
              <w:t>vul</w:t>
            </w:r>
            <w:proofErr w:type="spellEnd"/>
            <w:r>
              <w:rPr>
                <w:rFonts w:ascii="Atkinson Hyperlegible" w:hAnsi="Atkinson Hyperlegible" w:cs="Calibri Light"/>
                <w:szCs w:val="20"/>
              </w:rPr>
              <w:t xml:space="preserve"> in&gt;</w:t>
            </w:r>
          </w:p>
        </w:tc>
      </w:tr>
      <w:tr w:rsidR="00E6321A" w:rsidRPr="003F1B6E" w14:paraId="64C4B8C8" w14:textId="77777777" w:rsidTr="00BB1010">
        <w:trPr>
          <w:cantSplit/>
          <w:trHeight w:val="163"/>
        </w:trPr>
        <w:tc>
          <w:tcPr>
            <w:tcW w:w="962" w:type="dxa"/>
            <w:vMerge w:val="restart"/>
            <w:tcBorders>
              <w:top w:val="single" w:sz="4" w:space="0" w:color="F4CEB6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3C182286" w14:textId="336D1BEC" w:rsidR="00E6321A" w:rsidRPr="00EC01BA" w:rsidRDefault="00E6321A" w:rsidP="00E6321A">
            <w:pPr>
              <w:pStyle w:val="Heading1"/>
              <w:jc w:val="center"/>
              <w:rPr>
                <w:rFonts w:cs="Calibri Light"/>
                <w:b w:val="0"/>
                <w:bCs w:val="0"/>
                <w:szCs w:val="20"/>
              </w:rPr>
            </w:pPr>
            <w:proofErr w:type="spellStart"/>
            <w:r w:rsidRPr="00EC01BA">
              <w:rPr>
                <w:sz w:val="22"/>
                <w:szCs w:val="32"/>
              </w:rPr>
              <w:t>Reflectie</w:t>
            </w:r>
            <w:proofErr w:type="spellEnd"/>
            <w:r w:rsidRPr="00EC01BA">
              <w:rPr>
                <w:sz w:val="22"/>
                <w:szCs w:val="32"/>
              </w:rPr>
              <w:t xml:space="preserve"> op</w:t>
            </w:r>
            <w:r w:rsidR="009D0D30">
              <w:rPr>
                <w:sz w:val="22"/>
                <w:szCs w:val="32"/>
              </w:rPr>
              <w:t xml:space="preserve"> </w:t>
            </w:r>
            <w:proofErr w:type="spellStart"/>
            <w:r w:rsidRPr="00EC01BA">
              <w:rPr>
                <w:sz w:val="22"/>
                <w:szCs w:val="32"/>
              </w:rPr>
              <w:t>ervaring</w:t>
            </w:r>
            <w:proofErr w:type="spellEnd"/>
          </w:p>
        </w:tc>
        <w:tc>
          <w:tcPr>
            <w:tcW w:w="6295" w:type="dxa"/>
            <w:tcBorders>
              <w:top w:val="single" w:sz="4" w:space="0" w:color="F4CEB6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B20F5A" w14:textId="071ACDE1" w:rsidR="009D0D30" w:rsidRDefault="00E6321A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E6321A">
              <w:rPr>
                <w:rFonts w:ascii="Atkinson Hyperlegible" w:hAnsi="Atkinson Hyperlegible" w:cs="Calibri Light"/>
                <w:szCs w:val="20"/>
                <w:lang w:val="nl-NL"/>
              </w:rPr>
              <w:t>Had je deze ervaring gepland/ verwacht/ voorbereid?</w:t>
            </w:r>
          </w:p>
          <w:p w14:paraId="04F14573" w14:textId="7AD1BF35" w:rsidR="006B2EF1" w:rsidRPr="00E6321A" w:rsidRDefault="006B2EF1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20D4B" w14:textId="77777777" w:rsidR="00E6321A" w:rsidRPr="0088369B" w:rsidRDefault="00E6321A" w:rsidP="00E6321A">
            <w:pPr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</w:tr>
      <w:tr w:rsidR="00E6321A" w:rsidRPr="003F1B6E" w14:paraId="411C5957" w14:textId="77777777" w:rsidTr="00BB1010">
        <w:trPr>
          <w:trHeight w:val="20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</w:tcPr>
          <w:p w14:paraId="69F1B5E2" w14:textId="77777777" w:rsidR="00E6321A" w:rsidRPr="0088369B" w:rsidRDefault="00E6321A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68C175" w14:textId="69745069" w:rsidR="009D0D30" w:rsidRDefault="00FF74DD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FF74DD">
              <w:rPr>
                <w:rFonts w:ascii="Atkinson Hyperlegible" w:hAnsi="Atkinson Hyperlegible" w:cs="Calibri Light"/>
                <w:szCs w:val="20"/>
                <w:lang w:val="nl-NL"/>
              </w:rPr>
              <w:t>Wat wilde je bereiken met je handelen?</w:t>
            </w:r>
          </w:p>
          <w:p w14:paraId="19030CF9" w14:textId="6B1C6C6C" w:rsidR="006B2EF1" w:rsidRPr="0088369B" w:rsidRDefault="006B2EF1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566FA" w14:textId="77777777" w:rsidR="00E6321A" w:rsidRPr="0088369B" w:rsidRDefault="00E6321A" w:rsidP="00E6321A">
            <w:pPr>
              <w:rPr>
                <w:rFonts w:ascii="Atkinson Hyperlegible" w:hAnsi="Atkinson Hyperlegible" w:cs="Calibri Light"/>
                <w:b/>
                <w:bCs/>
                <w:szCs w:val="20"/>
                <w:lang w:val="nl-NL"/>
              </w:rPr>
            </w:pPr>
          </w:p>
        </w:tc>
      </w:tr>
      <w:tr w:rsidR="00E6321A" w:rsidRPr="003F1B6E" w14:paraId="5D9D9A36" w14:textId="77777777" w:rsidTr="00BB1010">
        <w:trPr>
          <w:cantSplit/>
          <w:trHeight w:val="203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</w:tcPr>
          <w:p w14:paraId="779C343F" w14:textId="77777777" w:rsidR="00E6321A" w:rsidRPr="0088369B" w:rsidRDefault="00E6321A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9AFC20" w14:textId="746C7D28" w:rsidR="009D0D30" w:rsidRDefault="00F6391C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F6391C">
              <w:rPr>
                <w:rFonts w:ascii="Atkinson Hyperlegible" w:hAnsi="Atkinson Hyperlegible" w:cs="Calibri Light"/>
                <w:szCs w:val="20"/>
                <w:lang w:val="nl-NL"/>
              </w:rPr>
              <w:t>Heb je dat doel wel of niet bereikt? In welk opzicht wel/niet?</w:t>
            </w:r>
          </w:p>
          <w:p w14:paraId="3E8D4654" w14:textId="126202D8" w:rsidR="009D0D30" w:rsidRPr="00995D27" w:rsidRDefault="009D0D30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FDEA7" w14:textId="77777777" w:rsidR="00E6321A" w:rsidRPr="0088369B" w:rsidRDefault="00E6321A" w:rsidP="00E6321A">
            <w:pPr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</w:tr>
      <w:tr w:rsidR="00E6321A" w:rsidRPr="0088369B" w14:paraId="7F8AC5E0" w14:textId="77777777" w:rsidTr="00BB1010">
        <w:trPr>
          <w:trHeight w:val="476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</w:tcPr>
          <w:p w14:paraId="0231F8E4" w14:textId="77777777" w:rsidR="00E6321A" w:rsidRPr="0088369B" w:rsidRDefault="00E6321A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25EC30" w14:textId="6E9FE22D" w:rsidR="00E6321A" w:rsidRPr="0088369B" w:rsidRDefault="003C1794" w:rsidP="00E6321A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C1794">
              <w:rPr>
                <w:rFonts w:ascii="Atkinson Hyperlegible" w:hAnsi="Atkinson Hyperlegible" w:cs="Calibri Light"/>
                <w:szCs w:val="20"/>
                <w:lang w:val="nl-NL"/>
              </w:rPr>
              <w:t>Waar lag dat aan?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2D179" w14:textId="77777777" w:rsidR="00E6321A" w:rsidRPr="0088369B" w:rsidRDefault="00E6321A" w:rsidP="00E6321A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D25F11" w:rsidRPr="003F1B6E" w14:paraId="6ABE38B7" w14:textId="77777777" w:rsidTr="00BB1010">
        <w:trPr>
          <w:trHeight w:val="332"/>
        </w:trPr>
        <w:tc>
          <w:tcPr>
            <w:tcW w:w="962" w:type="dxa"/>
            <w:vMerge w:val="restart"/>
            <w:tcBorders>
              <w:top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7B8D51CA" w14:textId="2DB98D7D" w:rsidR="00D25F11" w:rsidRPr="0088369B" w:rsidRDefault="00D25F11" w:rsidP="00D25F11">
            <w:pPr>
              <w:pStyle w:val="Heading1"/>
              <w:jc w:val="center"/>
              <w:rPr>
                <w:rFonts w:cs="Calibri Light"/>
                <w:szCs w:val="20"/>
                <w:lang w:val="nl-NL"/>
              </w:rPr>
            </w:pPr>
            <w:r>
              <w:rPr>
                <w:sz w:val="22"/>
                <w:szCs w:val="32"/>
                <w:lang w:val="nl-NL"/>
              </w:rPr>
              <w:lastRenderedPageBreak/>
              <w:t>Theoretisch kader en conclusies</w:t>
            </w:r>
          </w:p>
        </w:tc>
        <w:tc>
          <w:tcPr>
            <w:tcW w:w="629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87AE63" w14:textId="12871628" w:rsidR="00D25F11" w:rsidRPr="003C1794" w:rsidRDefault="00D25F11" w:rsidP="00D25F1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5178EF">
              <w:rPr>
                <w:rFonts w:ascii="Atkinson Hyperlegible" w:hAnsi="Atkinson Hyperlegible" w:cs="Calibri Light"/>
                <w:szCs w:val="20"/>
                <w:lang w:val="nl-NL"/>
              </w:rPr>
              <w:t>Over welk competentiegebied heb je het hier?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9FD7C" w14:textId="77777777" w:rsidR="00D25F11" w:rsidRPr="0088369B" w:rsidRDefault="00D25F11" w:rsidP="009846C5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D25F11" w:rsidRPr="003F1B6E" w14:paraId="024F58D2" w14:textId="77777777" w:rsidTr="00BB1010">
        <w:trPr>
          <w:trHeight w:val="506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13C37EF4" w14:textId="77777777" w:rsidR="00D25F11" w:rsidRDefault="00D25F11" w:rsidP="00D25F11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EA02FF" w14:textId="401C179A" w:rsidR="00D25F11" w:rsidRPr="005178EF" w:rsidRDefault="00D25F11" w:rsidP="00D25F1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AC362E">
              <w:rPr>
                <w:rFonts w:ascii="Atkinson Hyperlegible" w:hAnsi="Atkinson Hyperlegible" w:cs="Calibri Light"/>
                <w:szCs w:val="20"/>
                <w:lang w:val="nl-NL"/>
              </w:rPr>
              <w:t>Welke theorie kan oplossingen bieden? Waarover wil je (aanvullend) iets opzoeken in de theorie</w:t>
            </w:r>
            <w:r>
              <w:rPr>
                <w:rFonts w:ascii="Atkinson Hyperlegible" w:hAnsi="Atkinson Hyperlegible" w:cs="Calibri Light"/>
                <w:szCs w:val="20"/>
                <w:lang w:val="nl-NL"/>
              </w:rPr>
              <w:t>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1DEDC" w14:textId="77777777" w:rsidR="00D25F11" w:rsidRPr="0088369B" w:rsidRDefault="00D25F11" w:rsidP="00D25F11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D25F11" w:rsidRPr="003F1B6E" w14:paraId="28A8FAAB" w14:textId="77777777" w:rsidTr="00BB1010">
        <w:trPr>
          <w:trHeight w:val="148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2AC5BD8B" w14:textId="77777777" w:rsidR="00D25F11" w:rsidRDefault="00D25F11" w:rsidP="00D25F11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54E57" w14:textId="5B59DD27" w:rsidR="00D25F11" w:rsidRPr="00AC362E" w:rsidRDefault="00D25F11" w:rsidP="00D25F1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93421E">
              <w:rPr>
                <w:rFonts w:ascii="Atkinson Hyperlegible" w:hAnsi="Atkinson Hyperlegible" w:cs="Calibri Light"/>
                <w:szCs w:val="20"/>
                <w:lang w:val="nl-NL"/>
              </w:rPr>
              <w:t>Welke conclusie(s) voor je eigen handelen trek je m.b.v. die theorie?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B5F70" w14:textId="77777777" w:rsidR="00D25F11" w:rsidRPr="0088369B" w:rsidRDefault="00D25F11" w:rsidP="00D25F11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D25F11" w:rsidRPr="009846C5" w14:paraId="6C22B4FE" w14:textId="77777777" w:rsidTr="00BB1010">
        <w:trPr>
          <w:trHeight w:val="70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33519A85" w14:textId="77777777" w:rsidR="00D25F11" w:rsidRDefault="00D25F11" w:rsidP="00D25F11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1B2D0" w14:textId="6DB79042" w:rsidR="00D25F11" w:rsidRPr="0093421E" w:rsidRDefault="00D25F11" w:rsidP="00D25F1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3822F1">
              <w:rPr>
                <w:rFonts w:ascii="Atkinson Hyperlegible" w:hAnsi="Atkinson Hyperlegible" w:cs="Calibri Light"/>
                <w:szCs w:val="20"/>
                <w:lang w:val="nl-NL"/>
              </w:rPr>
              <w:t>Wat kun je toepassen?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5AEE1" w14:textId="77777777" w:rsidR="00D25F11" w:rsidRPr="0088369B" w:rsidRDefault="00D25F11" w:rsidP="00D25F11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D25F11" w:rsidRPr="003F1B6E" w14:paraId="6645E2D2" w14:textId="77777777" w:rsidTr="00BB1010">
        <w:trPr>
          <w:trHeight w:val="70"/>
        </w:trPr>
        <w:tc>
          <w:tcPr>
            <w:tcW w:w="962" w:type="dxa"/>
            <w:vMerge/>
            <w:tcBorders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1DD1E409" w14:textId="77777777" w:rsidR="00D25F11" w:rsidRDefault="00D25F11" w:rsidP="00D25F11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2600F8" w14:textId="01412F55" w:rsidR="00D25F11" w:rsidRPr="003822F1" w:rsidRDefault="00D25F11" w:rsidP="00D25F1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7A1348">
              <w:rPr>
                <w:rFonts w:ascii="Atkinson Hyperlegible" w:hAnsi="Atkinson Hyperlegible" w:cs="Calibri Light"/>
                <w:szCs w:val="20"/>
                <w:lang w:val="nl-NL"/>
              </w:rPr>
              <w:t>Wat heb je al toegepast?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FD974" w14:textId="77777777" w:rsidR="00D25F11" w:rsidRPr="0088369B" w:rsidRDefault="00D25F11" w:rsidP="00D25F11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D25F11" w:rsidRPr="003F1B6E" w14:paraId="71BD2729" w14:textId="77777777" w:rsidTr="00BB1010">
        <w:trPr>
          <w:trHeight w:val="242"/>
        </w:trPr>
        <w:tc>
          <w:tcPr>
            <w:tcW w:w="962" w:type="dxa"/>
            <w:vMerge/>
            <w:tcBorders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004E10C9" w14:textId="77777777" w:rsidR="00D25F11" w:rsidRDefault="00D25F11" w:rsidP="00D25F11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429E4" w14:textId="77777777" w:rsidR="00D25F11" w:rsidRDefault="00D25F11" w:rsidP="00D25F1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1B6369">
              <w:rPr>
                <w:rFonts w:ascii="Atkinson Hyperlegible" w:hAnsi="Atkinson Hyperlegible" w:cs="Calibri Light"/>
                <w:szCs w:val="20"/>
                <w:lang w:val="nl-NL"/>
              </w:rPr>
              <w:t>Welke verbeteracties kies je en waarom?</w:t>
            </w:r>
          </w:p>
          <w:p w14:paraId="4DE6A5CB" w14:textId="75EA9F05" w:rsidR="00C304A9" w:rsidRPr="007A1348" w:rsidRDefault="00C304A9" w:rsidP="00D25F1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32E1F" w14:textId="77777777" w:rsidR="00D25F11" w:rsidRPr="0088369B" w:rsidRDefault="00D25F11" w:rsidP="00D25F11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C5987" w:rsidRPr="003F1B6E" w14:paraId="0D516D41" w14:textId="77777777" w:rsidTr="00BB1010">
        <w:trPr>
          <w:trHeight w:val="273"/>
        </w:trPr>
        <w:tc>
          <w:tcPr>
            <w:tcW w:w="962" w:type="dxa"/>
            <w:vMerge w:val="restar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51D5A932" w14:textId="2407CB04" w:rsidR="00FC5987" w:rsidRPr="000F6D71" w:rsidRDefault="00FC5987" w:rsidP="000F6D71">
            <w:pPr>
              <w:pStyle w:val="BodyText"/>
              <w:jc w:val="center"/>
              <w:rPr>
                <w:b/>
                <w:bCs/>
                <w:sz w:val="22"/>
                <w:szCs w:val="32"/>
                <w:lang w:val="nl-NL"/>
              </w:rPr>
            </w:pPr>
            <w:r w:rsidRPr="000F6D71">
              <w:rPr>
                <w:b/>
                <w:bCs/>
                <w:sz w:val="22"/>
                <w:szCs w:val="32"/>
              </w:rPr>
              <w:t xml:space="preserve">Van </w:t>
            </w:r>
            <w:proofErr w:type="spellStart"/>
            <w:r w:rsidRPr="000F6D71">
              <w:rPr>
                <w:b/>
                <w:bCs/>
                <w:sz w:val="22"/>
                <w:szCs w:val="32"/>
              </w:rPr>
              <w:t>conclusie</w:t>
            </w:r>
            <w:proofErr w:type="spellEnd"/>
            <w:r w:rsidRPr="000F6D71">
              <w:rPr>
                <w:b/>
                <w:bCs/>
                <w:sz w:val="22"/>
                <w:szCs w:val="32"/>
              </w:rPr>
              <w:t xml:space="preserve"> </w:t>
            </w:r>
            <w:proofErr w:type="spellStart"/>
            <w:r w:rsidRPr="000F6D71">
              <w:rPr>
                <w:b/>
                <w:bCs/>
                <w:sz w:val="22"/>
                <w:szCs w:val="32"/>
              </w:rPr>
              <w:t>naar</w:t>
            </w:r>
            <w:proofErr w:type="spellEnd"/>
            <w:r w:rsidRPr="000F6D71">
              <w:rPr>
                <w:b/>
                <w:bCs/>
                <w:sz w:val="22"/>
                <w:szCs w:val="32"/>
              </w:rPr>
              <w:t xml:space="preserve"> </w:t>
            </w:r>
            <w:proofErr w:type="spellStart"/>
            <w:r w:rsidRPr="000F6D71">
              <w:rPr>
                <w:b/>
                <w:bCs/>
                <w:sz w:val="22"/>
                <w:szCs w:val="32"/>
              </w:rPr>
              <w:t>leerdoel</w:t>
            </w:r>
            <w:proofErr w:type="spellEnd"/>
          </w:p>
        </w:tc>
        <w:tc>
          <w:tcPr>
            <w:tcW w:w="629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C8D5F5" w14:textId="5A04209C" w:rsidR="00FC5987" w:rsidRPr="000F6D71" w:rsidRDefault="00FC5987" w:rsidP="000F6D71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0F6D71">
              <w:rPr>
                <w:rFonts w:ascii="Atkinson Hyperlegible" w:hAnsi="Atkinson Hyperlegible" w:cs="Calibri Light"/>
                <w:szCs w:val="20"/>
                <w:lang w:val="nl-NL"/>
              </w:rPr>
              <w:t>Hoe ga je handelen in een nieuwe of soortgelijke situatie?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C4D5F9" w14:textId="77777777" w:rsidR="00FC5987" w:rsidRPr="0088369B" w:rsidRDefault="00FC5987" w:rsidP="00FC5987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C5987" w:rsidRPr="003F1B6E" w14:paraId="5A98D77A" w14:textId="77777777" w:rsidTr="00BB1010">
        <w:trPr>
          <w:trHeight w:val="226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72B79790" w14:textId="77777777" w:rsidR="00FC5987" w:rsidRPr="00AB2828" w:rsidRDefault="00FC5987" w:rsidP="00FC5987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E5811" w14:textId="1CDC0DAE" w:rsidR="00FC5987" w:rsidRPr="0053211A" w:rsidRDefault="00FC5987" w:rsidP="00FC598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CB0D36">
              <w:rPr>
                <w:rFonts w:ascii="Atkinson Hyperlegible" w:hAnsi="Atkinson Hyperlegible" w:cs="Calibri Light"/>
                <w:szCs w:val="20"/>
                <w:lang w:val="nl-NL"/>
              </w:rPr>
              <w:t>Wat is het leerdoel/zijn de leerdoelen voor de volgende keer?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53541" w14:textId="77777777" w:rsidR="00FC5987" w:rsidRPr="0088369B" w:rsidRDefault="00FC5987" w:rsidP="00FC5987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C5987" w:rsidRPr="009846C5" w14:paraId="434FFF43" w14:textId="77777777" w:rsidTr="00BB1010">
        <w:trPr>
          <w:trHeight w:val="319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14A25BF9" w14:textId="77777777" w:rsidR="00FC5987" w:rsidRPr="00AB2828" w:rsidRDefault="00FC5987" w:rsidP="00FC5987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F15DB" w14:textId="6AF786D2" w:rsidR="00FC5987" w:rsidRPr="00CB0D36" w:rsidRDefault="00FC5987" w:rsidP="00FC598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24799D">
              <w:rPr>
                <w:rFonts w:ascii="Atkinson Hyperlegible" w:hAnsi="Atkinson Hyperlegible" w:cs="Calibri Light"/>
                <w:szCs w:val="20"/>
                <w:lang w:val="nl-NL"/>
              </w:rPr>
              <w:t>Welke competentie hoort daarbij?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E64773" w14:textId="77777777" w:rsidR="00FC5987" w:rsidRPr="0088369B" w:rsidRDefault="00FC5987" w:rsidP="00FC5987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C5987" w:rsidRPr="003F1B6E" w14:paraId="1DDFF6E4" w14:textId="77777777" w:rsidTr="00BB1010">
        <w:trPr>
          <w:trHeight w:val="129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  <w:textDirection w:val="btLr"/>
            <w:vAlign w:val="center"/>
          </w:tcPr>
          <w:p w14:paraId="7981C906" w14:textId="77777777" w:rsidR="00FC5987" w:rsidRDefault="00FC5987" w:rsidP="00FC5987">
            <w:pPr>
              <w:pStyle w:val="BodyText"/>
              <w:rPr>
                <w:sz w:val="22"/>
                <w:szCs w:val="32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9D6C8" w14:textId="0211E951" w:rsidR="00FC5987" w:rsidRPr="0024799D" w:rsidRDefault="00FC5987" w:rsidP="00FC598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113000">
              <w:rPr>
                <w:rFonts w:ascii="Atkinson Hyperlegible" w:hAnsi="Atkinson Hyperlegible" w:cs="Calibri Light"/>
                <w:szCs w:val="20"/>
                <w:lang w:val="nl-NL"/>
              </w:rPr>
              <w:t>Welke theorie ga je hiervoor inzetten?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163D7" w14:textId="77777777" w:rsidR="00FC5987" w:rsidRPr="0088369B" w:rsidRDefault="00FC5987" w:rsidP="00FC5987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C5987" w:rsidRPr="009846C5" w14:paraId="17B74851" w14:textId="77777777" w:rsidTr="00BB1010">
        <w:trPr>
          <w:trHeight w:val="240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</w:tcPr>
          <w:p w14:paraId="5AECA4EE" w14:textId="77777777" w:rsidR="00FC5987" w:rsidRPr="00AB2828" w:rsidRDefault="00FC5987" w:rsidP="00FC5987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8012D5" w14:textId="3EFCD3C8" w:rsidR="00FC5987" w:rsidRPr="00113000" w:rsidRDefault="00FC5987" w:rsidP="00FC598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F12F15">
              <w:rPr>
                <w:rFonts w:ascii="Atkinson Hyperlegible" w:hAnsi="Atkinson Hyperlegible" w:cs="Calibri Light"/>
                <w:szCs w:val="20"/>
                <w:lang w:val="nl-NL"/>
              </w:rPr>
              <w:t>Wat wil je bereiken?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5F3D16" w14:textId="5A880B8B" w:rsidR="00FC5987" w:rsidRPr="0088369B" w:rsidRDefault="00FC5987" w:rsidP="00FC5987">
            <w:pPr>
              <w:rPr>
                <w:rFonts w:ascii="Atkinson Hyperlegible" w:hAnsi="Atkinson Hyperlegible" w:cs="Calibri Light"/>
                <w:i/>
                <w:iCs/>
                <w:szCs w:val="20"/>
                <w:lang w:val="nl-NL"/>
              </w:rPr>
            </w:pPr>
          </w:p>
        </w:tc>
      </w:tr>
      <w:tr w:rsidR="00FC5987" w:rsidRPr="003F1B6E" w14:paraId="371A5768" w14:textId="77777777" w:rsidTr="00BB1010">
        <w:trPr>
          <w:trHeight w:val="193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</w:tcPr>
          <w:p w14:paraId="1C5CEE9B" w14:textId="77777777" w:rsidR="00FC5987" w:rsidRDefault="00FC5987" w:rsidP="00FC5987">
            <w:pPr>
              <w:pStyle w:val="BodyText"/>
              <w:rPr>
                <w:sz w:val="22"/>
                <w:szCs w:val="32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3A7D56" w14:textId="2DD844EC" w:rsidR="00FC5987" w:rsidRPr="00F12F15" w:rsidRDefault="00FC5987" w:rsidP="00FC598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FA0A63">
              <w:rPr>
                <w:rFonts w:ascii="Atkinson Hyperlegible" w:hAnsi="Atkinson Hyperlegible" w:cs="Calibri Light"/>
                <w:szCs w:val="20"/>
                <w:lang w:val="nl-NL"/>
              </w:rPr>
              <w:t>Hoe sluit dit aan bij je leerdoelen in je leerwerkplan?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E71B97" w14:textId="302FBDD2" w:rsidR="00FC5987" w:rsidRPr="00F12F15" w:rsidRDefault="00FC5987" w:rsidP="00FC5987">
            <w:pPr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</w:tr>
      <w:tr w:rsidR="00FC5987" w:rsidRPr="003F1B6E" w14:paraId="2D8B69C3" w14:textId="77777777" w:rsidTr="00BB1010">
        <w:trPr>
          <w:trHeight w:val="145"/>
        </w:trPr>
        <w:tc>
          <w:tcPr>
            <w:tcW w:w="962" w:type="dxa"/>
            <w:vMerge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9562"/>
          </w:tcPr>
          <w:p w14:paraId="76987D69" w14:textId="77777777" w:rsidR="00FC5987" w:rsidRPr="00AB2828" w:rsidRDefault="00FC5987" w:rsidP="00FC5987">
            <w:pPr>
              <w:pStyle w:val="BodyText"/>
              <w:rPr>
                <w:sz w:val="22"/>
                <w:szCs w:val="32"/>
                <w:lang w:val="nl-NL"/>
              </w:rPr>
            </w:pPr>
          </w:p>
        </w:tc>
        <w:tc>
          <w:tcPr>
            <w:tcW w:w="6295" w:type="dxa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012D7" w14:textId="604E4DDC" w:rsidR="00FC5987" w:rsidRPr="00FA0A63" w:rsidRDefault="00FC5987" w:rsidP="00FC5987">
            <w:pPr>
              <w:pStyle w:val="BodyText"/>
              <w:rPr>
                <w:rFonts w:ascii="Atkinson Hyperlegible" w:hAnsi="Atkinson Hyperlegible" w:cs="Calibri Light"/>
                <w:szCs w:val="20"/>
                <w:lang w:val="nl-NL"/>
              </w:rPr>
            </w:pPr>
            <w:r w:rsidRPr="00CA01F3">
              <w:rPr>
                <w:rFonts w:ascii="Atkinson Hyperlegible" w:hAnsi="Atkinson Hyperlegible" w:cs="Calibri Light"/>
                <w:szCs w:val="20"/>
                <w:lang w:val="nl-NL"/>
              </w:rPr>
              <w:t>Welke concrete activiteit ga je aan je (nieuwe) leerdoel koppelen?</w:t>
            </w:r>
          </w:p>
        </w:tc>
        <w:tc>
          <w:tcPr>
            <w:tcW w:w="7344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F98F3" w14:textId="3291F177" w:rsidR="00FC5987" w:rsidRPr="00FA0A63" w:rsidRDefault="00FC5987" w:rsidP="00FC5987">
            <w:pPr>
              <w:rPr>
                <w:rFonts w:ascii="Atkinson Hyperlegible" w:hAnsi="Atkinson Hyperlegible" w:cs="Calibri Light"/>
                <w:szCs w:val="20"/>
                <w:lang w:val="nl-NL"/>
              </w:rPr>
            </w:pPr>
          </w:p>
        </w:tc>
      </w:tr>
    </w:tbl>
    <w:p w14:paraId="558C5970" w14:textId="77777777" w:rsidR="00995D27" w:rsidRPr="0064373D" w:rsidRDefault="00995D27" w:rsidP="00AC4488">
      <w:pPr>
        <w:pStyle w:val="Body"/>
        <w:rPr>
          <w:lang w:val="nl-NL"/>
        </w:rPr>
        <w:sectPr w:rsidR="00995D27" w:rsidRPr="0064373D" w:rsidSect="009443DA">
          <w:headerReference w:type="default" r:id="rId10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2027931B" w14:textId="77777777" w:rsidR="00703A23" w:rsidRPr="009E7500" w:rsidRDefault="00703A23" w:rsidP="00AC4488">
      <w:pPr>
        <w:pStyle w:val="Body"/>
        <w:rPr>
          <w:lang w:val="nl-NL"/>
        </w:rPr>
      </w:pPr>
    </w:p>
    <w:sectPr w:rsidR="00703A23" w:rsidRPr="009E7500" w:rsidSect="00BE23C6">
      <w:footerReference w:type="default" r:id="rId11"/>
      <w:pgSz w:w="16820" w:h="11900" w:orient="landscape"/>
      <w:pgMar w:top="2098" w:right="1134" w:bottom="1134" w:left="1134" w:header="720" w:footer="720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B0DD" w14:textId="77777777" w:rsidR="00D32CAE" w:rsidRDefault="00D32CAE">
      <w:pPr>
        <w:spacing w:after="0" w:line="240" w:lineRule="auto"/>
      </w:pPr>
      <w:r>
        <w:separator/>
      </w:r>
    </w:p>
  </w:endnote>
  <w:endnote w:type="continuationSeparator" w:id="0">
    <w:p w14:paraId="375B97A5" w14:textId="77777777" w:rsidR="00D32CAE" w:rsidRDefault="00D3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Zilla Slab Light">
    <w:panose1 w:val="00000000000000000000"/>
    <w:charset w:val="00"/>
    <w:family w:val="auto"/>
    <w:pitch w:val="variable"/>
    <w:sig w:usb0="A00000FF" w:usb1="5001E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C391" w14:textId="77777777" w:rsidR="00F940A0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6736F30" wp14:editId="0A397A25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800" cy="255600"/>
              <wp:effectExtent l="0" t="0" r="0" b="0"/>
              <wp:wrapNone/>
              <wp:docPr id="2114021910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F9005B" w14:textId="77777777" w:rsidR="00921A7A" w:rsidRPr="00921A7A" w:rsidRDefault="00552DF7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left:0;text-align:left;margin-left:698.65pt;margin-top:16.1pt;width:51.85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PSFQIAACsEAAAOAAAAZHJzL2Uyb0RvYy54bWysU02P2jAQvVfqf7B8LwmU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" filled="f" stroked="f" strokeweight=".5pt">
              <v:textbox>
                <w:txbxContent>
                  <w:p w14:paraId="59F9005B" w14:textId="77777777" w:rsidR="00921A7A" w:rsidRPr="00921A7A" w:rsidRDefault="00552DF7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920" behindDoc="1" locked="0" layoutInCell="1" allowOverlap="1" wp14:anchorId="10946FD9" wp14:editId="6D48AA10">
          <wp:simplePos x="0" y="0"/>
          <wp:positionH relativeFrom="column">
            <wp:posOffset>-720091</wp:posOffset>
          </wp:positionH>
          <wp:positionV relativeFrom="paragraph">
            <wp:posOffset>-521386</wp:posOffset>
          </wp:positionV>
          <wp:extent cx="10691495" cy="1118286"/>
          <wp:effectExtent l="0" t="0" r="0" b="0"/>
          <wp:wrapNone/>
          <wp:docPr id="124090262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308334" name="Graphic 141230833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1045" cy="117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7EFD" w14:textId="77777777" w:rsidR="000467C4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FBFEE24" wp14:editId="14E1C24B">
              <wp:simplePos x="0" y="0"/>
              <wp:positionH relativeFrom="column">
                <wp:posOffset>8875013</wp:posOffset>
              </wp:positionH>
              <wp:positionV relativeFrom="paragraph">
                <wp:posOffset>-346710</wp:posOffset>
              </wp:positionV>
              <wp:extent cx="658800" cy="255600"/>
              <wp:effectExtent l="0" t="0" r="0" b="0"/>
              <wp:wrapNone/>
              <wp:docPr id="102253093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4380D9" w14:textId="77777777" w:rsidR="00552DF7" w:rsidRPr="00921A7A" w:rsidRDefault="00552DF7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98.8pt;margin-top:-27.3pt;width:51.85pt;height:20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T9FwIAADI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" filled="f" stroked="f" strokeweight=".5pt">
              <v:textbox>
                <w:txbxContent>
                  <w:p w14:paraId="604380D9" w14:textId="77777777" w:rsidR="00552DF7" w:rsidRPr="00921A7A" w:rsidRDefault="00552DF7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968" behindDoc="1" locked="0" layoutInCell="1" allowOverlap="1" wp14:anchorId="7D3021CA" wp14:editId="3992D65F">
          <wp:simplePos x="0" y="0"/>
          <wp:positionH relativeFrom="column">
            <wp:posOffset>-720091</wp:posOffset>
          </wp:positionH>
          <wp:positionV relativeFrom="paragraph">
            <wp:posOffset>-513365</wp:posOffset>
          </wp:positionV>
          <wp:extent cx="10691495" cy="1118286"/>
          <wp:effectExtent l="0" t="0" r="1905" b="0"/>
          <wp:wrapNone/>
          <wp:docPr id="955434264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34264" name="Graphic 9554342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6920" cy="1147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2905A" w14:textId="77777777" w:rsidR="00D32CAE" w:rsidRDefault="00D32CAE">
      <w:pPr>
        <w:spacing w:after="0" w:line="240" w:lineRule="auto"/>
      </w:pPr>
      <w:r>
        <w:separator/>
      </w:r>
    </w:p>
  </w:footnote>
  <w:footnote w:type="continuationSeparator" w:id="0">
    <w:p w14:paraId="41BEF535" w14:textId="77777777" w:rsidR="00D32CAE" w:rsidRDefault="00D3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E4A6F" w14:textId="77777777" w:rsidR="00F940A0" w:rsidRDefault="008D0804">
    <w:pPr>
      <w:pStyle w:val="Header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3704881" wp14:editId="25EC36CF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2063" cy="2236691"/>
          <wp:effectExtent l="0" t="0" r="1905" b="0"/>
          <wp:wrapNone/>
          <wp:docPr id="62310832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2642" name="Graphic 11726264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524" cy="2257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C98E" w14:textId="77777777" w:rsidR="00703A23" w:rsidRDefault="008D0804">
    <w:pPr>
      <w:pStyle w:val="Head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37112623" wp14:editId="247B9F9E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1495" cy="2236573"/>
          <wp:effectExtent l="0" t="0" r="1905" b="0"/>
          <wp:wrapNone/>
          <wp:docPr id="117434029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40296" name="Graphic 11743402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6208" cy="227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DB772F"/>
    <w:multiLevelType w:val="hybridMultilevel"/>
    <w:tmpl w:val="513496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F7AE3"/>
    <w:multiLevelType w:val="hybridMultilevel"/>
    <w:tmpl w:val="A60461FA"/>
    <w:lvl w:ilvl="0" w:tplc="A12E0B52">
      <w:numFmt w:val="bullet"/>
      <w:lvlText w:val="-"/>
      <w:lvlJc w:val="left"/>
      <w:pPr>
        <w:ind w:left="1080" w:hanging="720"/>
      </w:pPr>
      <w:rPr>
        <w:rFonts w:ascii="Atkinson Hyperlegible" w:eastAsia="Myriad Pro" w:hAnsi="Atkinson Hyperlegible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F44F9"/>
    <w:multiLevelType w:val="hybridMultilevel"/>
    <w:tmpl w:val="EDDEF6E6"/>
    <w:lvl w:ilvl="0" w:tplc="BBB8160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06A51"/>
    <w:multiLevelType w:val="hybridMultilevel"/>
    <w:tmpl w:val="C4188196"/>
    <w:lvl w:ilvl="0" w:tplc="0413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35A2CA1"/>
    <w:multiLevelType w:val="hybridMultilevel"/>
    <w:tmpl w:val="AB406A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03509"/>
    <w:multiLevelType w:val="hybridMultilevel"/>
    <w:tmpl w:val="51A2128A"/>
    <w:lvl w:ilvl="0" w:tplc="AD26F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873DAE"/>
    <w:multiLevelType w:val="hybridMultilevel"/>
    <w:tmpl w:val="1FEAB9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25FCC"/>
    <w:multiLevelType w:val="hybridMultilevel"/>
    <w:tmpl w:val="BB94D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82971">
    <w:abstractNumId w:val="8"/>
  </w:num>
  <w:num w:numId="2" w16cid:durableId="446584114">
    <w:abstractNumId w:val="6"/>
  </w:num>
  <w:num w:numId="3" w16cid:durableId="1532457463">
    <w:abstractNumId w:val="5"/>
  </w:num>
  <w:num w:numId="4" w16cid:durableId="725184593">
    <w:abstractNumId w:val="4"/>
  </w:num>
  <w:num w:numId="5" w16cid:durableId="1545556349">
    <w:abstractNumId w:val="7"/>
  </w:num>
  <w:num w:numId="6" w16cid:durableId="1518688279">
    <w:abstractNumId w:val="3"/>
  </w:num>
  <w:num w:numId="7" w16cid:durableId="1718356826">
    <w:abstractNumId w:val="2"/>
  </w:num>
  <w:num w:numId="8" w16cid:durableId="935405178">
    <w:abstractNumId w:val="1"/>
  </w:num>
  <w:num w:numId="9" w16cid:durableId="1870147589">
    <w:abstractNumId w:val="0"/>
  </w:num>
  <w:num w:numId="10" w16cid:durableId="459419078">
    <w:abstractNumId w:val="11"/>
  </w:num>
  <w:num w:numId="11" w16cid:durableId="753552665">
    <w:abstractNumId w:val="15"/>
  </w:num>
  <w:num w:numId="12" w16cid:durableId="1443110518">
    <w:abstractNumId w:val="14"/>
  </w:num>
  <w:num w:numId="13" w16cid:durableId="86847930">
    <w:abstractNumId w:val="16"/>
  </w:num>
  <w:num w:numId="14" w16cid:durableId="449319358">
    <w:abstractNumId w:val="13"/>
  </w:num>
  <w:num w:numId="15" w16cid:durableId="155194671">
    <w:abstractNumId w:val="12"/>
  </w:num>
  <w:num w:numId="16" w16cid:durableId="1166020435">
    <w:abstractNumId w:val="9"/>
  </w:num>
  <w:num w:numId="17" w16cid:durableId="371226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5A"/>
    <w:rsid w:val="000077AD"/>
    <w:rsid w:val="00034616"/>
    <w:rsid w:val="000467C4"/>
    <w:rsid w:val="00051F64"/>
    <w:rsid w:val="00054A46"/>
    <w:rsid w:val="00057911"/>
    <w:rsid w:val="0006063C"/>
    <w:rsid w:val="0009254F"/>
    <w:rsid w:val="000B7E5A"/>
    <w:rsid w:val="000F6D71"/>
    <w:rsid w:val="000F7D95"/>
    <w:rsid w:val="001008A0"/>
    <w:rsid w:val="00113000"/>
    <w:rsid w:val="0015074B"/>
    <w:rsid w:val="0017768A"/>
    <w:rsid w:val="001A4D79"/>
    <w:rsid w:val="001B6369"/>
    <w:rsid w:val="001C15FA"/>
    <w:rsid w:val="001C4C48"/>
    <w:rsid w:val="001C6B15"/>
    <w:rsid w:val="001E5A71"/>
    <w:rsid w:val="00202560"/>
    <w:rsid w:val="00224A7D"/>
    <w:rsid w:val="00235C9C"/>
    <w:rsid w:val="00244321"/>
    <w:rsid w:val="0024799D"/>
    <w:rsid w:val="00265CB9"/>
    <w:rsid w:val="0029639D"/>
    <w:rsid w:val="002D3FC4"/>
    <w:rsid w:val="002D4918"/>
    <w:rsid w:val="002D5791"/>
    <w:rsid w:val="002E4BB2"/>
    <w:rsid w:val="002F211A"/>
    <w:rsid w:val="002F2D25"/>
    <w:rsid w:val="002F5AD9"/>
    <w:rsid w:val="00303010"/>
    <w:rsid w:val="00306924"/>
    <w:rsid w:val="003138EA"/>
    <w:rsid w:val="00322FCD"/>
    <w:rsid w:val="0032322E"/>
    <w:rsid w:val="00326F90"/>
    <w:rsid w:val="0035649C"/>
    <w:rsid w:val="00364AB6"/>
    <w:rsid w:val="003822F1"/>
    <w:rsid w:val="00387A3F"/>
    <w:rsid w:val="00391FF1"/>
    <w:rsid w:val="00397DD1"/>
    <w:rsid w:val="003A17F1"/>
    <w:rsid w:val="003B0175"/>
    <w:rsid w:val="003C1794"/>
    <w:rsid w:val="003D4A1C"/>
    <w:rsid w:val="003F1B6E"/>
    <w:rsid w:val="003F2D94"/>
    <w:rsid w:val="003F5557"/>
    <w:rsid w:val="004038C1"/>
    <w:rsid w:val="00403B76"/>
    <w:rsid w:val="004514CA"/>
    <w:rsid w:val="004523CA"/>
    <w:rsid w:val="0048363D"/>
    <w:rsid w:val="00484675"/>
    <w:rsid w:val="00493637"/>
    <w:rsid w:val="004A2CFB"/>
    <w:rsid w:val="004C185C"/>
    <w:rsid w:val="004C2CAB"/>
    <w:rsid w:val="004C532F"/>
    <w:rsid w:val="004F58E7"/>
    <w:rsid w:val="00514485"/>
    <w:rsid w:val="00517880"/>
    <w:rsid w:val="005178EF"/>
    <w:rsid w:val="0053211A"/>
    <w:rsid w:val="00552DF7"/>
    <w:rsid w:val="00553588"/>
    <w:rsid w:val="005609D6"/>
    <w:rsid w:val="005803C6"/>
    <w:rsid w:val="00594874"/>
    <w:rsid w:val="005969EB"/>
    <w:rsid w:val="005B1FB9"/>
    <w:rsid w:val="005D35C3"/>
    <w:rsid w:val="005D5783"/>
    <w:rsid w:val="00607F80"/>
    <w:rsid w:val="00615D1F"/>
    <w:rsid w:val="00631B90"/>
    <w:rsid w:val="006349C9"/>
    <w:rsid w:val="0064373D"/>
    <w:rsid w:val="006A15C7"/>
    <w:rsid w:val="006A2380"/>
    <w:rsid w:val="006A45DB"/>
    <w:rsid w:val="006A6CA3"/>
    <w:rsid w:val="006B2EF1"/>
    <w:rsid w:val="006C7C3E"/>
    <w:rsid w:val="00703A23"/>
    <w:rsid w:val="007451F3"/>
    <w:rsid w:val="00767CDD"/>
    <w:rsid w:val="007A1348"/>
    <w:rsid w:val="007A614D"/>
    <w:rsid w:val="0082617F"/>
    <w:rsid w:val="00850CA5"/>
    <w:rsid w:val="0085279F"/>
    <w:rsid w:val="00861530"/>
    <w:rsid w:val="008C2FC6"/>
    <w:rsid w:val="008D0804"/>
    <w:rsid w:val="008D59EB"/>
    <w:rsid w:val="008E5426"/>
    <w:rsid w:val="008F39BE"/>
    <w:rsid w:val="009103F3"/>
    <w:rsid w:val="00921A7A"/>
    <w:rsid w:val="009333C8"/>
    <w:rsid w:val="0093421E"/>
    <w:rsid w:val="00941786"/>
    <w:rsid w:val="009443DA"/>
    <w:rsid w:val="0095326B"/>
    <w:rsid w:val="00963D8E"/>
    <w:rsid w:val="00977B27"/>
    <w:rsid w:val="009846C5"/>
    <w:rsid w:val="009902AE"/>
    <w:rsid w:val="00995D27"/>
    <w:rsid w:val="009D0D30"/>
    <w:rsid w:val="009D5AB2"/>
    <w:rsid w:val="009E7500"/>
    <w:rsid w:val="00A21818"/>
    <w:rsid w:val="00A27F2E"/>
    <w:rsid w:val="00A53AA2"/>
    <w:rsid w:val="00A91A5D"/>
    <w:rsid w:val="00AA1D8D"/>
    <w:rsid w:val="00AA4392"/>
    <w:rsid w:val="00AB0634"/>
    <w:rsid w:val="00AB0D6F"/>
    <w:rsid w:val="00AB2828"/>
    <w:rsid w:val="00AB7B1B"/>
    <w:rsid w:val="00AC2716"/>
    <w:rsid w:val="00AC362E"/>
    <w:rsid w:val="00AC4488"/>
    <w:rsid w:val="00B073B9"/>
    <w:rsid w:val="00B1156E"/>
    <w:rsid w:val="00B25E62"/>
    <w:rsid w:val="00B27A5D"/>
    <w:rsid w:val="00B40AC0"/>
    <w:rsid w:val="00B43105"/>
    <w:rsid w:val="00B47730"/>
    <w:rsid w:val="00B64A08"/>
    <w:rsid w:val="00B742E0"/>
    <w:rsid w:val="00B7468B"/>
    <w:rsid w:val="00BB1010"/>
    <w:rsid w:val="00BD53EE"/>
    <w:rsid w:val="00BE23C6"/>
    <w:rsid w:val="00C21F99"/>
    <w:rsid w:val="00C304A9"/>
    <w:rsid w:val="00C30D91"/>
    <w:rsid w:val="00C45562"/>
    <w:rsid w:val="00C66D6E"/>
    <w:rsid w:val="00C66DB3"/>
    <w:rsid w:val="00C85A08"/>
    <w:rsid w:val="00C979BD"/>
    <w:rsid w:val="00CA01F3"/>
    <w:rsid w:val="00CA70D0"/>
    <w:rsid w:val="00CB0664"/>
    <w:rsid w:val="00CB0D36"/>
    <w:rsid w:val="00CB117C"/>
    <w:rsid w:val="00CE6486"/>
    <w:rsid w:val="00CE6D05"/>
    <w:rsid w:val="00CE797B"/>
    <w:rsid w:val="00D25F11"/>
    <w:rsid w:val="00D32CAE"/>
    <w:rsid w:val="00D54E8A"/>
    <w:rsid w:val="00D75CCA"/>
    <w:rsid w:val="00DC4DFA"/>
    <w:rsid w:val="00DF7044"/>
    <w:rsid w:val="00E10F0E"/>
    <w:rsid w:val="00E16ED5"/>
    <w:rsid w:val="00E24F57"/>
    <w:rsid w:val="00E6321A"/>
    <w:rsid w:val="00E77CBE"/>
    <w:rsid w:val="00E8128F"/>
    <w:rsid w:val="00E904B2"/>
    <w:rsid w:val="00E94E41"/>
    <w:rsid w:val="00EA2884"/>
    <w:rsid w:val="00EC01BA"/>
    <w:rsid w:val="00EF5D1C"/>
    <w:rsid w:val="00EF71C2"/>
    <w:rsid w:val="00EF7E88"/>
    <w:rsid w:val="00F12F15"/>
    <w:rsid w:val="00F16C31"/>
    <w:rsid w:val="00F564AC"/>
    <w:rsid w:val="00F6391C"/>
    <w:rsid w:val="00F64252"/>
    <w:rsid w:val="00F66FE5"/>
    <w:rsid w:val="00F72C41"/>
    <w:rsid w:val="00F73C7C"/>
    <w:rsid w:val="00F940A0"/>
    <w:rsid w:val="00FA0A63"/>
    <w:rsid w:val="00FA0E33"/>
    <w:rsid w:val="00FA606A"/>
    <w:rsid w:val="00FC175F"/>
    <w:rsid w:val="00FC5987"/>
    <w:rsid w:val="00FC693F"/>
    <w:rsid w:val="00FF5486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07570B"/>
  <w14:defaultImageDpi w14:val="300"/>
  <w15:docId w15:val="{7DFE40A8-1BD2-46BD-BD2D-D450080A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yriad Pro" w:eastAsia="Myriad Pro" w:hAnsi="Myriad Pro"/>
      <w:sz w:val="20"/>
    </w:rPr>
  </w:style>
  <w:style w:type="paragraph" w:styleId="Heading1">
    <w:name w:val="heading 1"/>
    <w:basedOn w:val="Normal"/>
    <w:next w:val="Body"/>
    <w:link w:val="Heading1Char"/>
    <w:uiPriority w:val="9"/>
    <w:qFormat/>
    <w:rsid w:val="00322FCD"/>
    <w:pPr>
      <w:keepNext/>
      <w:keepLines/>
      <w:spacing w:after="0"/>
      <w:outlineLvl w:val="0"/>
    </w:pPr>
    <w:rPr>
      <w:rFonts w:ascii="Atkinson Hyperlegible" w:eastAsiaTheme="majorEastAsia" w:hAnsi="Atkinson Hyperlegible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AC4488"/>
    <w:pPr>
      <w:keepNext/>
      <w:keepLines/>
      <w:spacing w:before="200" w:after="0"/>
      <w:outlineLvl w:val="1"/>
    </w:pPr>
    <w:rPr>
      <w:rFonts w:ascii="Atkinson Hyperlegible" w:eastAsiaTheme="majorEastAsia" w:hAnsi="Atkinson Hyperlegible" w:cstheme="majorBidi"/>
      <w:b/>
      <w:bCs/>
      <w:color w:val="69598B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488"/>
    <w:pPr>
      <w:keepNext/>
      <w:keepLines/>
      <w:spacing w:before="200" w:after="0"/>
      <w:outlineLvl w:val="2"/>
    </w:pPr>
    <w:rPr>
      <w:rFonts w:ascii="Atkinson Hyperlegible" w:eastAsiaTheme="majorEastAsia" w:hAnsi="Atkinson Hyperlegible" w:cstheme="majorBidi"/>
      <w:b/>
      <w:bCs/>
      <w:color w:val="808080" w:themeColor="background1" w:themeShade="80"/>
    </w:rPr>
  </w:style>
  <w:style w:type="paragraph" w:styleId="Heading4">
    <w:name w:val="heading 4"/>
    <w:basedOn w:val="Normal"/>
    <w:next w:val="Body"/>
    <w:link w:val="Heading4Char"/>
    <w:uiPriority w:val="9"/>
    <w:unhideWhenUsed/>
    <w:qFormat/>
    <w:rsid w:val="00AC4488"/>
    <w:pPr>
      <w:keepNext/>
      <w:keepLines/>
      <w:spacing w:before="200" w:after="0"/>
      <w:outlineLvl w:val="3"/>
    </w:pPr>
    <w:rPr>
      <w:rFonts w:ascii="Atkinson Hyperlegible" w:eastAsiaTheme="majorEastAsia" w:hAnsi="Atkinson Hyperlegible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character" w:customStyle="1" w:styleId="Heading1Char">
    <w:name w:val="Heading 1 Char"/>
    <w:basedOn w:val="DefaultParagraphFont"/>
    <w:link w:val="Heading1"/>
    <w:uiPriority w:val="9"/>
    <w:rsid w:val="00322FCD"/>
    <w:rPr>
      <w:rFonts w:ascii="Atkinson Hyperlegible" w:eastAsiaTheme="majorEastAsia" w:hAnsi="Atkinson Hyperlegible" w:cstheme="majorBidi"/>
      <w:b/>
      <w:bCs/>
      <w:color w:val="000000" w:themeColor="text1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488"/>
    <w:rPr>
      <w:rFonts w:ascii="Atkinson Hyperlegible" w:eastAsiaTheme="majorEastAsia" w:hAnsi="Atkinson Hyperlegible" w:cstheme="majorBidi"/>
      <w:b/>
      <w:bCs/>
      <w:color w:val="69598B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4488"/>
    <w:rPr>
      <w:rFonts w:ascii="Atkinson Hyperlegible" w:eastAsiaTheme="majorEastAsia" w:hAnsi="Atkinson Hyperlegible" w:cstheme="majorBidi"/>
      <w:b/>
      <w:bCs/>
      <w:color w:val="808080" w:themeColor="background1" w:themeShade="80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Body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Body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Body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Body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Body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Body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Body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Body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Body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Body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Body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Body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C4488"/>
    <w:rPr>
      <w:rFonts w:ascii="Atkinson Hyperlegible" w:eastAsiaTheme="majorEastAsia" w:hAnsi="Atkinson Hyperlegible" w:cstheme="majorBidi"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elnest">
    <w:name w:val="Titel nest"/>
    <w:basedOn w:val="Normal"/>
    <w:next w:val="Heading1"/>
    <w:rsid w:val="008D0804"/>
    <w:pPr>
      <w:spacing w:after="1400" w:line="240" w:lineRule="auto"/>
    </w:pPr>
    <w:rPr>
      <w:rFonts w:ascii="Zilla Slab Light" w:hAnsi="Zilla Slab Light"/>
      <w:color w:val="59447B"/>
      <w:sz w:val="42"/>
    </w:rPr>
  </w:style>
  <w:style w:type="paragraph" w:customStyle="1" w:styleId="Body">
    <w:name w:val="Body"/>
    <w:basedOn w:val="Normal"/>
    <w:rsid w:val="00322FCD"/>
    <w:rPr>
      <w:rFonts w:ascii="Atkinson Hyperlegible" w:hAnsi="Atkinson Hyperlegible"/>
    </w:rPr>
  </w:style>
  <w:style w:type="paragraph" w:customStyle="1" w:styleId="Opsomming">
    <w:name w:val="Opsomming"/>
    <w:basedOn w:val="Body"/>
    <w:rPr>
      <w:rFonts w:ascii="Myriad Pro" w:hAnsi="Myriad Pro"/>
    </w:rPr>
  </w:style>
  <w:style w:type="paragraph" w:styleId="NoSpacing">
    <w:name w:val="No Spacing"/>
    <w:uiPriority w:val="1"/>
    <w:qFormat/>
    <w:rsid w:val="00EF71C2"/>
    <w:pPr>
      <w:spacing w:after="0" w:line="240" w:lineRule="auto"/>
    </w:pPr>
    <w:rPr>
      <w:rFonts w:ascii="Myriad Pro" w:eastAsia="Myriad Pro" w:hAnsi="Myriad Pr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6176\OneDrive%20-%20Radboud%20Universiteit\RU-Drive\Documents\Documenten%20nestnijmegen.nl\Originelen%20in%20Word\Templates\Nest_Nijmegen_meerdere%20pagina's%20liggend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4578d9-400d-4a5a-a7c7-e76ca47af400}" enabled="0" method="" siteId="{084578d9-400d-4a5a-a7c7-e76ca47af4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Nest_Nijmegen_meerdere pagina's liggend_v1</Template>
  <TotalTime>0</TotalTime>
  <Pages>7</Pages>
  <Words>521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Bruggink, E. (Esmée)</dc:creator>
  <cp:keywords/>
  <dc:description>generated by python-docx</dc:description>
  <cp:lastModifiedBy>Bruggink, E. (Esmée)</cp:lastModifiedBy>
  <cp:revision>2</cp:revision>
  <dcterms:created xsi:type="dcterms:W3CDTF">2026-08-24T07:03:00Z</dcterms:created>
  <dcterms:modified xsi:type="dcterms:W3CDTF">2026-08-24T07:03:00Z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Nest_Nijmegen_meerdere pagina's liggend_v1.dotx</vt:lpwstr>
  </property>
</Properties>
</file>